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CC1" w:rsidRDefault="00B27CC1" w:rsidP="00B27CC1">
      <w:pPr>
        <w:pStyle w:val="Default"/>
      </w:pPr>
    </w:p>
    <w:p w:rsidR="00EE177C" w:rsidRPr="00BA4DEE" w:rsidRDefault="00EE177C" w:rsidP="002F10C7">
      <w:pPr>
        <w:pStyle w:val="Default"/>
        <w:jc w:val="center"/>
        <w:rPr>
          <w:rFonts w:ascii="Times New Roman" w:hAnsi="Times New Roman"/>
          <w:color w:val="auto"/>
          <w:sz w:val="52"/>
          <w:szCs w:val="36"/>
          <w:lang w:eastAsia="zh-TW"/>
        </w:rPr>
      </w:pPr>
    </w:p>
    <w:p w:rsidR="00B27CC1" w:rsidRPr="00BA4DEE" w:rsidRDefault="006859EF" w:rsidP="002F10C7">
      <w:pPr>
        <w:pStyle w:val="Default"/>
        <w:jc w:val="center"/>
        <w:rPr>
          <w:rFonts w:ascii="Times New Roman" w:hAnsi="Times New Roman"/>
          <w:color w:val="auto"/>
          <w:sz w:val="52"/>
          <w:szCs w:val="40"/>
          <w:lang w:eastAsia="zh-TW"/>
        </w:rPr>
      </w:pPr>
      <w:r w:rsidRPr="00BA4DEE">
        <w:rPr>
          <w:rFonts w:ascii="Times New Roman" w:hAnsi="Times New Roman" w:cs="Times New Roman" w:hint="eastAsia"/>
          <w:color w:val="auto"/>
          <w:sz w:val="52"/>
          <w:lang w:eastAsia="zh-TW"/>
        </w:rPr>
        <w:t>智慧健康照護創新</w:t>
      </w:r>
      <w:r w:rsidR="00025081">
        <w:rPr>
          <w:rFonts w:ascii="Times New Roman" w:hAnsi="Times New Roman" w:cs="Times New Roman" w:hint="eastAsia"/>
          <w:color w:val="auto"/>
          <w:sz w:val="52"/>
          <w:lang w:eastAsia="zh-TW"/>
        </w:rPr>
        <w:t>教案</w:t>
      </w:r>
    </w:p>
    <w:p w:rsidR="00EE177C" w:rsidRPr="00BA4DEE" w:rsidRDefault="00EE177C" w:rsidP="002F10C7">
      <w:pPr>
        <w:pStyle w:val="Default"/>
        <w:jc w:val="center"/>
        <w:rPr>
          <w:rFonts w:ascii="Times New Roman" w:hAnsi="Times New Roman"/>
          <w:color w:val="auto"/>
          <w:sz w:val="52"/>
          <w:szCs w:val="40"/>
          <w:lang w:eastAsia="zh-TW"/>
        </w:rPr>
      </w:pPr>
    </w:p>
    <w:p w:rsidR="00EE177C" w:rsidRPr="00BA4DEE" w:rsidRDefault="00EE177C" w:rsidP="002F10C7">
      <w:pPr>
        <w:pStyle w:val="Default"/>
        <w:jc w:val="center"/>
        <w:rPr>
          <w:rFonts w:ascii="Times New Roman" w:hAnsi="Times New Roman"/>
          <w:color w:val="auto"/>
          <w:sz w:val="52"/>
          <w:szCs w:val="40"/>
          <w:lang w:eastAsia="zh-TW"/>
        </w:rPr>
      </w:pPr>
    </w:p>
    <w:p w:rsidR="00EE177C" w:rsidRPr="00BA4DEE" w:rsidRDefault="00EE177C" w:rsidP="002F10C7">
      <w:pPr>
        <w:pStyle w:val="Default"/>
        <w:jc w:val="center"/>
        <w:rPr>
          <w:rFonts w:ascii="Times New Roman" w:hAnsi="Times New Roman"/>
          <w:color w:val="auto"/>
          <w:sz w:val="52"/>
          <w:szCs w:val="40"/>
          <w:lang w:eastAsia="zh-TW"/>
        </w:rPr>
      </w:pPr>
    </w:p>
    <w:p w:rsidR="00B27CC1" w:rsidRPr="00025081" w:rsidRDefault="00025081" w:rsidP="00B27CC1">
      <w:pPr>
        <w:pStyle w:val="Default"/>
        <w:rPr>
          <w:rFonts w:ascii="Times New Roman" w:hAnsi="Times New Roman" w:cs="Times New Roman"/>
          <w:color w:val="auto"/>
          <w:sz w:val="48"/>
          <w:lang w:eastAsia="zh-TW"/>
        </w:rPr>
      </w:pPr>
      <w:r w:rsidRPr="00025081">
        <w:rPr>
          <w:rFonts w:ascii="Times New Roman" w:hAnsi="Times New Roman" w:hint="eastAsia"/>
          <w:color w:val="auto"/>
          <w:sz w:val="48"/>
          <w:szCs w:val="36"/>
          <w:lang w:eastAsia="zh-TW"/>
        </w:rPr>
        <w:t>教案</w:t>
      </w:r>
      <w:r w:rsidR="00B27CC1" w:rsidRPr="00025081">
        <w:rPr>
          <w:rFonts w:ascii="Times New Roman" w:hAnsi="Times New Roman" w:hint="eastAsia"/>
          <w:color w:val="auto"/>
          <w:sz w:val="48"/>
          <w:szCs w:val="36"/>
          <w:lang w:eastAsia="zh-TW"/>
        </w:rPr>
        <w:t>名稱：</w:t>
      </w:r>
      <w:r w:rsidRPr="00025081">
        <w:rPr>
          <w:rFonts w:ascii="Times New Roman" w:hAnsi="Times New Roman" w:hint="eastAsia"/>
          <w:color w:val="auto"/>
          <w:sz w:val="48"/>
          <w:szCs w:val="36"/>
          <w:lang w:eastAsia="zh-TW"/>
        </w:rPr>
        <w:t>數位醫護跨域實務主題式課群</w:t>
      </w:r>
    </w:p>
    <w:p w:rsidR="00EE177C" w:rsidRPr="00BA4DEE" w:rsidRDefault="00EE177C" w:rsidP="00B27CC1">
      <w:pPr>
        <w:pStyle w:val="Default"/>
        <w:rPr>
          <w:rFonts w:ascii="Times New Roman" w:hAnsi="Times New Roman"/>
          <w:color w:val="auto"/>
          <w:sz w:val="52"/>
          <w:szCs w:val="36"/>
          <w:lang w:eastAsia="zh-TW"/>
        </w:rPr>
      </w:pPr>
    </w:p>
    <w:p w:rsidR="00B27CC1" w:rsidRPr="00025081" w:rsidRDefault="00B27CC1" w:rsidP="00B27CC1">
      <w:pPr>
        <w:pStyle w:val="Default"/>
        <w:rPr>
          <w:rFonts w:ascii="Times New Roman" w:hAnsi="Times New Roman"/>
          <w:color w:val="auto"/>
          <w:sz w:val="48"/>
          <w:szCs w:val="36"/>
          <w:lang w:eastAsia="zh-TW"/>
        </w:rPr>
      </w:pPr>
      <w:r w:rsidRPr="00025081">
        <w:rPr>
          <w:rFonts w:ascii="Times New Roman" w:hAnsi="Times New Roman" w:hint="eastAsia"/>
          <w:color w:val="auto"/>
          <w:sz w:val="48"/>
          <w:szCs w:val="36"/>
          <w:lang w:eastAsia="zh-TW"/>
        </w:rPr>
        <w:t>執行學校：中華醫事科技大學</w:t>
      </w:r>
      <w:r w:rsidRPr="00025081">
        <w:rPr>
          <w:rFonts w:ascii="Times New Roman" w:hAnsi="Times New Roman"/>
          <w:color w:val="auto"/>
          <w:sz w:val="48"/>
          <w:szCs w:val="36"/>
          <w:lang w:eastAsia="zh-TW"/>
        </w:rPr>
        <w:t xml:space="preserve"> </w:t>
      </w:r>
    </w:p>
    <w:p w:rsidR="00EE177C" w:rsidRPr="00025081" w:rsidRDefault="00EE177C" w:rsidP="00B27CC1">
      <w:pPr>
        <w:pStyle w:val="Default"/>
        <w:rPr>
          <w:rFonts w:ascii="Times New Roman" w:hAnsi="Times New Roman"/>
          <w:color w:val="auto"/>
          <w:sz w:val="48"/>
          <w:szCs w:val="36"/>
          <w:lang w:eastAsia="zh-TW"/>
        </w:rPr>
      </w:pPr>
    </w:p>
    <w:p w:rsidR="00B27CC1" w:rsidRPr="00025081" w:rsidRDefault="00025081" w:rsidP="00B27CC1">
      <w:pPr>
        <w:pStyle w:val="Default"/>
        <w:rPr>
          <w:rFonts w:ascii="Times New Roman" w:hAnsi="Times New Roman"/>
          <w:color w:val="auto"/>
          <w:sz w:val="48"/>
          <w:szCs w:val="36"/>
          <w:lang w:eastAsia="zh-TW"/>
        </w:rPr>
      </w:pPr>
      <w:r>
        <w:rPr>
          <w:rFonts w:ascii="Times New Roman" w:hAnsi="Times New Roman" w:hint="eastAsia"/>
          <w:color w:val="auto"/>
          <w:sz w:val="48"/>
          <w:szCs w:val="36"/>
          <w:lang w:eastAsia="zh-TW"/>
        </w:rPr>
        <w:t>系所</w:t>
      </w:r>
      <w:r w:rsidR="00B27CC1" w:rsidRPr="00025081">
        <w:rPr>
          <w:rFonts w:ascii="Times New Roman" w:hAnsi="Times New Roman" w:hint="eastAsia"/>
          <w:color w:val="auto"/>
          <w:sz w:val="48"/>
          <w:szCs w:val="36"/>
          <w:lang w:eastAsia="zh-TW"/>
        </w:rPr>
        <w:t>：</w:t>
      </w:r>
      <w:r>
        <w:rPr>
          <w:rFonts w:ascii="Times New Roman" w:hAnsi="Times New Roman" w:hint="eastAsia"/>
          <w:color w:val="auto"/>
          <w:sz w:val="48"/>
          <w:szCs w:val="36"/>
          <w:lang w:eastAsia="zh-TW"/>
        </w:rPr>
        <w:t>醫務暨健康事業管理系</w:t>
      </w:r>
      <w:bookmarkStart w:id="0" w:name="_GoBack"/>
      <w:bookmarkEnd w:id="0"/>
    </w:p>
    <w:p w:rsidR="00EE177C" w:rsidRPr="00025081" w:rsidRDefault="00EE177C" w:rsidP="00B27CC1">
      <w:pPr>
        <w:pStyle w:val="Default"/>
        <w:rPr>
          <w:rFonts w:ascii="Times New Roman" w:hAnsi="Times New Roman"/>
          <w:color w:val="auto"/>
          <w:sz w:val="48"/>
          <w:szCs w:val="36"/>
          <w:lang w:eastAsia="zh-TW"/>
        </w:rPr>
      </w:pPr>
    </w:p>
    <w:p w:rsidR="00B27CC1" w:rsidRPr="00025081" w:rsidRDefault="00025081" w:rsidP="00B27CC1">
      <w:pPr>
        <w:pStyle w:val="Default"/>
        <w:rPr>
          <w:rFonts w:ascii="Times New Roman" w:hAnsi="Times New Roman"/>
          <w:color w:val="auto"/>
          <w:sz w:val="48"/>
          <w:szCs w:val="36"/>
          <w:lang w:eastAsia="zh-TW"/>
        </w:rPr>
      </w:pPr>
      <w:r>
        <w:rPr>
          <w:rFonts w:ascii="Times New Roman" w:hAnsi="Times New Roman" w:hint="eastAsia"/>
          <w:color w:val="auto"/>
          <w:sz w:val="48"/>
          <w:szCs w:val="36"/>
          <w:lang w:eastAsia="zh-TW"/>
        </w:rPr>
        <w:t>教師名稱</w:t>
      </w:r>
      <w:r w:rsidR="00B27CC1" w:rsidRPr="00025081">
        <w:rPr>
          <w:rFonts w:ascii="Times New Roman" w:hAnsi="Times New Roman" w:hint="eastAsia"/>
          <w:color w:val="auto"/>
          <w:sz w:val="48"/>
          <w:szCs w:val="36"/>
          <w:lang w:eastAsia="zh-TW"/>
        </w:rPr>
        <w:t>：</w:t>
      </w:r>
      <w:r w:rsidR="00B27CC1" w:rsidRPr="00025081">
        <w:rPr>
          <w:rFonts w:ascii="Times New Roman" w:hAnsi="Times New Roman"/>
          <w:color w:val="auto"/>
          <w:sz w:val="48"/>
          <w:szCs w:val="36"/>
          <w:lang w:eastAsia="zh-TW"/>
        </w:rPr>
        <w:t xml:space="preserve"> </w:t>
      </w:r>
      <w:r w:rsidR="00BC3E13" w:rsidRPr="00025081">
        <w:rPr>
          <w:rFonts w:ascii="Times New Roman" w:hAnsi="Times New Roman" w:hint="eastAsia"/>
          <w:color w:val="auto"/>
          <w:sz w:val="48"/>
          <w:szCs w:val="36"/>
          <w:lang w:eastAsia="zh-HK"/>
        </w:rPr>
        <w:t>吳郁馨</w:t>
      </w:r>
      <w:r w:rsidR="00B27CC1" w:rsidRPr="00025081">
        <w:rPr>
          <w:rFonts w:ascii="Times New Roman" w:hAnsi="Times New Roman"/>
          <w:color w:val="auto"/>
          <w:sz w:val="48"/>
          <w:szCs w:val="36"/>
          <w:lang w:eastAsia="zh-TW"/>
        </w:rPr>
        <w:t xml:space="preserve"> </w:t>
      </w:r>
    </w:p>
    <w:p w:rsidR="00EE177C" w:rsidRPr="00025081" w:rsidRDefault="00EE177C" w:rsidP="00B27CC1">
      <w:pPr>
        <w:pStyle w:val="aa"/>
        <w:rPr>
          <w:rFonts w:ascii="Times New Roman" w:eastAsia="標楷體" w:hAnsi="Times New Roman"/>
          <w:color w:val="auto"/>
          <w:sz w:val="48"/>
          <w:szCs w:val="32"/>
          <w:lang w:eastAsia="zh-TW"/>
        </w:rPr>
      </w:pPr>
    </w:p>
    <w:p w:rsidR="00B27CC1" w:rsidRPr="00025081" w:rsidRDefault="00B27CC1" w:rsidP="00B27CC1">
      <w:pPr>
        <w:pStyle w:val="aa"/>
        <w:rPr>
          <w:rFonts w:ascii="Times New Roman" w:eastAsia="標楷體" w:hAnsi="Times New Roman"/>
          <w:color w:val="auto"/>
          <w:sz w:val="48"/>
          <w:lang w:eastAsia="zh-TW"/>
        </w:rPr>
      </w:pPr>
      <w:r w:rsidRPr="00025081">
        <w:rPr>
          <w:rFonts w:ascii="Times New Roman" w:eastAsia="標楷體" w:hAnsi="Times New Roman" w:hint="eastAsia"/>
          <w:color w:val="auto"/>
          <w:sz w:val="48"/>
          <w:szCs w:val="32"/>
        </w:rPr>
        <w:t>中</w:t>
      </w:r>
      <w:r w:rsidRPr="00025081">
        <w:rPr>
          <w:rFonts w:ascii="Times New Roman" w:eastAsia="標楷體" w:hAnsi="Times New Roman"/>
          <w:color w:val="auto"/>
          <w:sz w:val="48"/>
          <w:szCs w:val="32"/>
        </w:rPr>
        <w:t xml:space="preserve"> </w:t>
      </w:r>
      <w:r w:rsidRPr="00025081">
        <w:rPr>
          <w:rFonts w:ascii="Times New Roman" w:eastAsia="標楷體" w:hAnsi="Times New Roman" w:hint="eastAsia"/>
          <w:color w:val="auto"/>
          <w:sz w:val="48"/>
          <w:szCs w:val="32"/>
        </w:rPr>
        <w:t>華</w:t>
      </w:r>
      <w:r w:rsidRPr="00025081">
        <w:rPr>
          <w:rFonts w:ascii="Times New Roman" w:eastAsia="標楷體" w:hAnsi="Times New Roman"/>
          <w:color w:val="auto"/>
          <w:sz w:val="48"/>
          <w:szCs w:val="32"/>
        </w:rPr>
        <w:t xml:space="preserve"> </w:t>
      </w:r>
      <w:r w:rsidRPr="00025081">
        <w:rPr>
          <w:rFonts w:ascii="Times New Roman" w:eastAsia="標楷體" w:hAnsi="Times New Roman" w:hint="eastAsia"/>
          <w:color w:val="auto"/>
          <w:sz w:val="48"/>
          <w:szCs w:val="32"/>
        </w:rPr>
        <w:t>民</w:t>
      </w:r>
      <w:r w:rsidRPr="00025081">
        <w:rPr>
          <w:rFonts w:ascii="Times New Roman" w:eastAsia="標楷體" w:hAnsi="Times New Roman"/>
          <w:color w:val="auto"/>
          <w:sz w:val="48"/>
          <w:szCs w:val="32"/>
        </w:rPr>
        <w:t xml:space="preserve"> </w:t>
      </w:r>
      <w:r w:rsidRPr="00025081">
        <w:rPr>
          <w:rFonts w:ascii="Times New Roman" w:eastAsia="標楷體" w:hAnsi="Times New Roman" w:hint="eastAsia"/>
          <w:color w:val="auto"/>
          <w:sz w:val="48"/>
          <w:szCs w:val="32"/>
        </w:rPr>
        <w:t>國</w:t>
      </w:r>
      <w:r w:rsidRPr="00025081">
        <w:rPr>
          <w:rFonts w:ascii="Times New Roman" w:eastAsia="標楷體" w:hAnsi="Times New Roman"/>
          <w:color w:val="auto"/>
          <w:sz w:val="48"/>
          <w:szCs w:val="32"/>
        </w:rPr>
        <w:t xml:space="preserve"> </w:t>
      </w:r>
      <w:r w:rsidRPr="00025081">
        <w:rPr>
          <w:rFonts w:ascii="Times New Roman" w:eastAsia="標楷體" w:hAnsi="Times New Roman" w:cs="Times New Roman"/>
          <w:color w:val="auto"/>
          <w:sz w:val="48"/>
          <w:szCs w:val="32"/>
        </w:rPr>
        <w:t xml:space="preserve">115 </w:t>
      </w:r>
      <w:r w:rsidRPr="00025081">
        <w:rPr>
          <w:rFonts w:ascii="Times New Roman" w:eastAsia="標楷體" w:hAnsi="Times New Roman" w:hint="eastAsia"/>
          <w:color w:val="auto"/>
          <w:sz w:val="48"/>
          <w:szCs w:val="32"/>
        </w:rPr>
        <w:t>年</w:t>
      </w:r>
      <w:r w:rsidRPr="00025081">
        <w:rPr>
          <w:rFonts w:ascii="Times New Roman" w:eastAsia="標楷體" w:hAnsi="Times New Roman"/>
          <w:color w:val="auto"/>
          <w:sz w:val="48"/>
          <w:szCs w:val="32"/>
        </w:rPr>
        <w:t xml:space="preserve"> </w:t>
      </w:r>
      <w:r w:rsidR="00BC3E13" w:rsidRPr="00025081">
        <w:rPr>
          <w:rFonts w:ascii="Times New Roman" w:eastAsia="標楷體" w:hAnsi="Times New Roman" w:cs="Times New Roman"/>
          <w:color w:val="auto"/>
          <w:sz w:val="48"/>
          <w:szCs w:val="32"/>
        </w:rPr>
        <w:t>7</w:t>
      </w:r>
      <w:r w:rsidRPr="00025081">
        <w:rPr>
          <w:rFonts w:ascii="Times New Roman" w:eastAsia="標楷體" w:hAnsi="Times New Roman" w:cs="Times New Roman"/>
          <w:color w:val="auto"/>
          <w:sz w:val="48"/>
          <w:szCs w:val="32"/>
        </w:rPr>
        <w:t xml:space="preserve"> </w:t>
      </w:r>
      <w:r w:rsidRPr="00025081">
        <w:rPr>
          <w:rFonts w:ascii="Times New Roman" w:eastAsia="標楷體" w:hAnsi="Times New Roman" w:hint="eastAsia"/>
          <w:color w:val="auto"/>
          <w:sz w:val="48"/>
          <w:szCs w:val="32"/>
        </w:rPr>
        <w:t>月</w:t>
      </w:r>
    </w:p>
    <w:p w:rsidR="00B27CC1" w:rsidRPr="00BA4DEE" w:rsidRDefault="00B27CC1">
      <w:pPr>
        <w:pStyle w:val="aa"/>
        <w:rPr>
          <w:rFonts w:ascii="標楷體" w:eastAsia="標楷體" w:hAnsi="標楷體"/>
          <w:color w:val="auto"/>
          <w:lang w:eastAsia="zh-TW"/>
        </w:rPr>
      </w:pPr>
    </w:p>
    <w:p w:rsidR="0048152F" w:rsidRDefault="00742140">
      <w:pPr>
        <w:rPr>
          <w:rFonts w:ascii="Times New Roman" w:eastAsia="標楷體" w:hAnsi="Times New Roman"/>
          <w:sz w:val="40"/>
          <w:szCs w:val="32"/>
          <w:lang w:eastAsia="zh-TW"/>
        </w:rPr>
      </w:pPr>
      <w:r>
        <w:rPr>
          <w:lang w:eastAsia="zh-TW"/>
        </w:rPr>
        <w:br w:type="page"/>
      </w:r>
    </w:p>
    <w:sdt>
      <w:sdtPr>
        <w:rPr>
          <w:rFonts w:ascii="細明體" w:eastAsia="細明體" w:hAnsi="細明體" w:cs="細明體" w:hint="eastAsia"/>
          <w:b w:val="0"/>
          <w:bCs w:val="0"/>
          <w:color w:val="auto"/>
          <w:sz w:val="22"/>
          <w:szCs w:val="22"/>
          <w:lang w:val="zh-TW" w:eastAsia="zh-TW"/>
        </w:rPr>
        <w:id w:val="1504013210"/>
        <w:docPartObj>
          <w:docPartGallery w:val="Table of Contents"/>
          <w:docPartUnique/>
        </w:docPartObj>
      </w:sdtPr>
      <w:sdtEndPr>
        <w:rPr>
          <w:rFonts w:asciiTheme="minorHAnsi" w:eastAsiaTheme="minorEastAsia" w:hAnsiTheme="minorHAnsi" w:cstheme="minorBidi" w:hint="default"/>
          <w:lang w:eastAsia="en-US"/>
        </w:rPr>
      </w:sdtEndPr>
      <w:sdtContent>
        <w:p w:rsidR="00164AA2" w:rsidRPr="00F5292D" w:rsidRDefault="00164AA2" w:rsidP="00F5292D">
          <w:pPr>
            <w:pStyle w:val="aff1"/>
            <w:jc w:val="center"/>
            <w:rPr>
              <w:rFonts w:ascii="Times New Roman" w:eastAsia="標楷體" w:hAnsi="Times New Roman"/>
            </w:rPr>
          </w:pPr>
          <w:r w:rsidRPr="00F5292D">
            <w:rPr>
              <w:rFonts w:ascii="Times New Roman" w:eastAsia="標楷體" w:hAnsi="Times New Roman" w:cs="細明體" w:hint="eastAsia"/>
              <w:lang w:val="zh-TW" w:eastAsia="zh-HK"/>
            </w:rPr>
            <w:t>目錄</w:t>
          </w:r>
        </w:p>
        <w:p w:rsidR="00CF6056" w:rsidRPr="00F5292D" w:rsidRDefault="00164AA2">
          <w:pPr>
            <w:pStyle w:val="14"/>
            <w:tabs>
              <w:tab w:val="right" w:leader="dot" w:pos="8630"/>
            </w:tabs>
            <w:rPr>
              <w:rFonts w:ascii="Times New Roman" w:eastAsia="標楷體" w:hAnsi="Times New Roman"/>
              <w:noProof/>
              <w:kern w:val="2"/>
              <w:sz w:val="28"/>
              <w:szCs w:val="28"/>
            </w:rPr>
          </w:pPr>
          <w:r w:rsidRPr="00F5292D">
            <w:rPr>
              <w:rFonts w:ascii="Times New Roman" w:eastAsia="標楷體" w:hAnsi="Times New Roman"/>
              <w:sz w:val="28"/>
              <w:szCs w:val="28"/>
            </w:rPr>
            <w:fldChar w:fldCharType="begin"/>
          </w:r>
          <w:r w:rsidRPr="00F5292D">
            <w:rPr>
              <w:rFonts w:ascii="Times New Roman" w:eastAsia="標楷體" w:hAnsi="Times New Roman"/>
              <w:sz w:val="28"/>
              <w:szCs w:val="28"/>
            </w:rPr>
            <w:instrText xml:space="preserve"> TOC \o "1-3" \h \z \u </w:instrText>
          </w:r>
          <w:r w:rsidRPr="00F5292D">
            <w:rPr>
              <w:rFonts w:ascii="Times New Roman" w:eastAsia="標楷體" w:hAnsi="Times New Roman"/>
              <w:sz w:val="28"/>
              <w:szCs w:val="28"/>
            </w:rPr>
            <w:fldChar w:fldCharType="separate"/>
          </w:r>
          <w:hyperlink w:anchor="_Toc234218888" w:history="1">
            <w:r w:rsidR="00CF6056" w:rsidRPr="00F5292D">
              <w:rPr>
                <w:rStyle w:val="affc"/>
                <w:rFonts w:ascii="Times New Roman" w:eastAsia="標楷體" w:hAnsi="Times New Roman" w:hint="eastAsia"/>
                <w:noProof/>
                <w:sz w:val="28"/>
                <w:szCs w:val="28"/>
              </w:rPr>
              <w:t>壹、</w:t>
            </w:r>
            <w:r w:rsidR="00CF6056" w:rsidRPr="00F5292D">
              <w:rPr>
                <w:rStyle w:val="affc"/>
                <w:rFonts w:ascii="Times New Roman" w:eastAsia="標楷體" w:hAnsi="Times New Roman"/>
                <w:noProof/>
                <w:sz w:val="28"/>
                <w:szCs w:val="28"/>
              </w:rPr>
              <w:t xml:space="preserve"> </w:t>
            </w:r>
            <w:r w:rsidR="00CF6056" w:rsidRPr="00F5292D">
              <w:rPr>
                <w:rStyle w:val="affc"/>
                <w:rFonts w:ascii="Times New Roman" w:eastAsia="標楷體" w:hAnsi="Times New Roman" w:hint="eastAsia"/>
                <w:noProof/>
                <w:sz w:val="28"/>
                <w:szCs w:val="28"/>
              </w:rPr>
              <w:t>基本資料</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_Toc234218888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3</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14"/>
            <w:tabs>
              <w:tab w:val="right" w:leader="dot" w:pos="8630"/>
            </w:tabs>
            <w:rPr>
              <w:rFonts w:ascii="Times New Roman" w:eastAsia="標楷體" w:hAnsi="Times New Roman"/>
              <w:noProof/>
              <w:kern w:val="2"/>
              <w:sz w:val="28"/>
              <w:szCs w:val="28"/>
            </w:rPr>
          </w:pPr>
          <w:hyperlink w:anchor="_Toc234218889" w:history="1">
            <w:r w:rsidR="00CF6056" w:rsidRPr="00F5292D">
              <w:rPr>
                <w:rStyle w:val="affc"/>
                <w:rFonts w:ascii="Times New Roman" w:eastAsia="標楷體" w:hAnsi="Times New Roman" w:hint="eastAsia"/>
                <w:noProof/>
                <w:sz w:val="28"/>
                <w:szCs w:val="28"/>
              </w:rPr>
              <w:t>貳、</w:t>
            </w:r>
            <w:r w:rsidR="00CF6056" w:rsidRPr="00F5292D">
              <w:rPr>
                <w:rStyle w:val="affc"/>
                <w:rFonts w:ascii="Times New Roman" w:eastAsia="標楷體" w:hAnsi="Times New Roman"/>
                <w:noProof/>
                <w:sz w:val="28"/>
                <w:szCs w:val="28"/>
              </w:rPr>
              <w:t xml:space="preserve"> </w:t>
            </w:r>
            <w:r w:rsidR="00CF6056" w:rsidRPr="00F5292D">
              <w:rPr>
                <w:rStyle w:val="affc"/>
                <w:rFonts w:ascii="Times New Roman" w:eastAsia="標楷體" w:hAnsi="Times New Roman" w:hint="eastAsia"/>
                <w:noProof/>
                <w:sz w:val="28"/>
                <w:szCs w:val="28"/>
              </w:rPr>
              <w:t>前言</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_Toc234218889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4</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14"/>
            <w:tabs>
              <w:tab w:val="right" w:leader="dot" w:pos="8630"/>
            </w:tabs>
            <w:rPr>
              <w:rFonts w:ascii="Times New Roman" w:eastAsia="標楷體" w:hAnsi="Times New Roman"/>
              <w:noProof/>
              <w:kern w:val="2"/>
              <w:sz w:val="28"/>
              <w:szCs w:val="28"/>
            </w:rPr>
          </w:pPr>
          <w:hyperlink w:anchor="_Toc234218890" w:history="1">
            <w:r w:rsidR="00CF6056" w:rsidRPr="00F5292D">
              <w:rPr>
                <w:rStyle w:val="affc"/>
                <w:rFonts w:ascii="Times New Roman" w:eastAsia="標楷體" w:hAnsi="Times New Roman" w:hint="eastAsia"/>
                <w:noProof/>
                <w:sz w:val="28"/>
                <w:szCs w:val="28"/>
              </w:rPr>
              <w:t>參、</w:t>
            </w:r>
            <w:r w:rsidR="00CF6056" w:rsidRPr="00F5292D">
              <w:rPr>
                <w:rStyle w:val="affc"/>
                <w:rFonts w:ascii="Times New Roman" w:eastAsia="標楷體" w:hAnsi="Times New Roman"/>
                <w:noProof/>
                <w:sz w:val="28"/>
                <w:szCs w:val="28"/>
              </w:rPr>
              <w:t xml:space="preserve"> </w:t>
            </w:r>
            <w:r w:rsidR="00CF6056" w:rsidRPr="00F5292D">
              <w:rPr>
                <w:rStyle w:val="affc"/>
                <w:rFonts w:ascii="Times New Roman" w:eastAsia="標楷體" w:hAnsi="Times New Roman" w:hint="eastAsia"/>
                <w:noProof/>
                <w:sz w:val="28"/>
                <w:szCs w:val="28"/>
              </w:rPr>
              <w:t>統整式課程實作專題規劃與教案手冊設計</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_Toc234218890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5</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1" w:history="1">
            <w:r w:rsidR="00CF6056" w:rsidRPr="00F5292D">
              <w:rPr>
                <w:rStyle w:val="affc"/>
                <w:rFonts w:ascii="Times New Roman" w:eastAsia="標楷體" w:hAnsi="Times New Roman" w:hint="eastAsia"/>
                <w:noProof/>
                <w:sz w:val="28"/>
                <w:szCs w:val="28"/>
                <w:lang w:eastAsia="zh-HK"/>
              </w:rPr>
              <w:t>一</w:t>
            </w:r>
            <w:r w:rsidR="00CF6056" w:rsidRPr="00F5292D">
              <w:rPr>
                <w:rStyle w:val="affc"/>
                <w:rFonts w:ascii="Times New Roman" w:eastAsia="標楷體" w:hAnsi="Times New Roman" w:hint="eastAsia"/>
                <w:noProof/>
                <w:sz w:val="28"/>
                <w:szCs w:val="28"/>
              </w:rPr>
              <w:t>、教學目標</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_Toc234218891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6</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2" w:history="1">
            <w:r w:rsidR="00CF6056" w:rsidRPr="00F5292D">
              <w:rPr>
                <w:rStyle w:val="affc"/>
                <w:rFonts w:ascii="Times New Roman" w:eastAsia="標楷體" w:hAnsi="Times New Roman" w:hint="eastAsia"/>
                <w:noProof/>
                <w:sz w:val="28"/>
                <w:szCs w:val="28"/>
                <w:lang w:eastAsia="zh-HK"/>
              </w:rPr>
              <w:t>二</w:t>
            </w:r>
            <w:r w:rsidR="00CF6056" w:rsidRPr="00F5292D">
              <w:rPr>
                <w:rStyle w:val="affc"/>
                <w:rFonts w:ascii="Times New Roman" w:eastAsia="標楷體" w:hAnsi="Times New Roman" w:hint="eastAsia"/>
                <w:noProof/>
                <w:sz w:val="28"/>
                <w:szCs w:val="28"/>
              </w:rPr>
              <w:t>、教學</w:t>
            </w:r>
            <w:r w:rsidR="00CF6056" w:rsidRPr="00F5292D">
              <w:rPr>
                <w:rStyle w:val="affc"/>
                <w:rFonts w:ascii="Times New Roman" w:eastAsia="標楷體" w:hAnsi="Times New Roman" w:cs="細明體" w:hint="eastAsia"/>
                <w:noProof/>
                <w:sz w:val="28"/>
                <w:szCs w:val="28"/>
              </w:rPr>
              <w:t>內</w:t>
            </w:r>
            <w:r w:rsidR="00CF6056" w:rsidRPr="00F5292D">
              <w:rPr>
                <w:rStyle w:val="affc"/>
                <w:rFonts w:ascii="Times New Roman" w:eastAsia="標楷體" w:hAnsi="Times New Roman" w:cs="MS Gothic" w:hint="eastAsia"/>
                <w:noProof/>
                <w:sz w:val="28"/>
                <w:szCs w:val="28"/>
              </w:rPr>
              <w:t>容與課程架</w:t>
            </w:r>
            <w:r w:rsidR="00CF6056" w:rsidRPr="00F5292D">
              <w:rPr>
                <w:rStyle w:val="affc"/>
                <w:rFonts w:ascii="Times New Roman" w:eastAsia="標楷體" w:hAnsi="Times New Roman" w:hint="eastAsia"/>
                <w:noProof/>
                <w:sz w:val="28"/>
                <w:szCs w:val="28"/>
              </w:rPr>
              <w:t>構</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_Toc234218892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7</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3" w:history="1">
            <w:r w:rsidR="00CF6056" w:rsidRPr="00F5292D">
              <w:rPr>
                <w:rStyle w:val="affc"/>
                <w:rFonts w:ascii="Times New Roman" w:eastAsia="標楷體" w:hAnsi="Times New Roman" w:hint="eastAsia"/>
                <w:noProof/>
                <w:sz w:val="28"/>
                <w:szCs w:val="28"/>
                <w:lang w:eastAsia="zh-HK"/>
              </w:rPr>
              <w:t>三</w:t>
            </w:r>
            <w:r w:rsidR="00CF6056" w:rsidRPr="00F5292D">
              <w:rPr>
                <w:rStyle w:val="affc"/>
                <w:rFonts w:ascii="Times New Roman" w:eastAsia="標楷體" w:hAnsi="Times New Roman" w:hint="eastAsia"/>
                <w:noProof/>
                <w:sz w:val="28"/>
                <w:szCs w:val="28"/>
              </w:rPr>
              <w:t>、教學流程設計</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_Toc234218893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9</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4" w:history="1">
            <w:r w:rsidR="00CF6056" w:rsidRPr="00F5292D">
              <w:rPr>
                <w:rStyle w:val="affc"/>
                <w:rFonts w:ascii="Times New Roman" w:eastAsia="標楷體" w:hAnsi="Times New Roman" w:hint="eastAsia"/>
                <w:noProof/>
                <w:sz w:val="28"/>
                <w:szCs w:val="28"/>
                <w:lang w:eastAsia="zh-HK"/>
              </w:rPr>
              <w:t>四</w:t>
            </w:r>
            <w:r w:rsidR="00CF6056" w:rsidRPr="00F5292D">
              <w:rPr>
                <w:rStyle w:val="affc"/>
                <w:rFonts w:ascii="Times New Roman" w:eastAsia="標楷體" w:hAnsi="Times New Roman" w:hint="eastAsia"/>
                <w:noProof/>
                <w:sz w:val="28"/>
                <w:szCs w:val="28"/>
              </w:rPr>
              <w:t>、</w:t>
            </w:r>
            <w:r w:rsidR="00CF6056" w:rsidRPr="00F5292D">
              <w:rPr>
                <w:rStyle w:val="affc"/>
                <w:rFonts w:ascii="Times New Roman" w:eastAsia="標楷體" w:hAnsi="Times New Roman"/>
                <w:noProof/>
                <w:sz w:val="28"/>
                <w:szCs w:val="28"/>
              </w:rPr>
              <w:t>AI</w:t>
            </w:r>
            <w:r w:rsidR="00CF6056" w:rsidRPr="00F5292D">
              <w:rPr>
                <w:rStyle w:val="affc"/>
                <w:rFonts w:ascii="Times New Roman" w:eastAsia="標楷體" w:hAnsi="Times New Roman" w:hint="eastAsia"/>
                <w:noProof/>
                <w:sz w:val="28"/>
                <w:szCs w:val="28"/>
              </w:rPr>
              <w:t>或智慧科技融入教學</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_Toc234218894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10</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5" w:history="1">
            <w:r w:rsidR="00CF6056" w:rsidRPr="00F5292D">
              <w:rPr>
                <w:rStyle w:val="affc"/>
                <w:rFonts w:ascii="Times New Roman" w:eastAsia="標楷體" w:hAnsi="Times New Roman" w:hint="eastAsia"/>
                <w:noProof/>
                <w:sz w:val="28"/>
                <w:szCs w:val="28"/>
                <w:lang w:eastAsia="zh-HK"/>
              </w:rPr>
              <w:t>五</w:t>
            </w:r>
            <w:r w:rsidR="00CF6056" w:rsidRPr="00F5292D">
              <w:rPr>
                <w:rStyle w:val="affc"/>
                <w:rFonts w:ascii="Times New Roman" w:eastAsia="標楷體" w:hAnsi="Times New Roman" w:hint="eastAsia"/>
                <w:noProof/>
                <w:sz w:val="28"/>
                <w:szCs w:val="28"/>
              </w:rPr>
              <w:t>、學習評量方式</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_Toc234218895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12</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6" w:history="1">
            <w:r w:rsidR="00CF6056" w:rsidRPr="00F5292D">
              <w:rPr>
                <w:rStyle w:val="affc"/>
                <w:rFonts w:ascii="Times New Roman" w:eastAsia="標楷體" w:hAnsi="Times New Roman" w:hint="eastAsia"/>
                <w:noProof/>
                <w:sz w:val="28"/>
                <w:szCs w:val="28"/>
                <w:lang w:eastAsia="zh-HK"/>
              </w:rPr>
              <w:t>六</w:t>
            </w:r>
            <w:r w:rsidR="00CF6056" w:rsidRPr="00F5292D">
              <w:rPr>
                <w:rStyle w:val="affc"/>
                <w:rFonts w:ascii="Times New Roman" w:eastAsia="標楷體" w:hAnsi="Times New Roman" w:hint="eastAsia"/>
                <w:noProof/>
                <w:sz w:val="28"/>
                <w:szCs w:val="28"/>
              </w:rPr>
              <w:t>、教學成果展示</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_Toc234218896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14</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2a"/>
            <w:tabs>
              <w:tab w:val="right" w:leader="dot" w:pos="8630"/>
            </w:tabs>
            <w:rPr>
              <w:rFonts w:ascii="Times New Roman" w:eastAsia="標楷體" w:hAnsi="Times New Roman"/>
              <w:noProof/>
              <w:kern w:val="2"/>
              <w:sz w:val="28"/>
              <w:szCs w:val="28"/>
            </w:rPr>
          </w:pPr>
          <w:hyperlink w:anchor="_Toc234218897" w:history="1">
            <w:r w:rsidR="00CF6056" w:rsidRPr="00F5292D">
              <w:rPr>
                <w:rStyle w:val="affc"/>
                <w:rFonts w:ascii="Times New Roman" w:eastAsia="標楷體" w:hAnsi="Times New Roman" w:hint="eastAsia"/>
                <w:noProof/>
                <w:sz w:val="28"/>
                <w:szCs w:val="28"/>
                <w:lang w:eastAsia="zh-HK"/>
              </w:rPr>
              <w:t>七</w:t>
            </w:r>
            <w:r w:rsidR="00CF6056" w:rsidRPr="00F5292D">
              <w:rPr>
                <w:rStyle w:val="affc"/>
                <w:rFonts w:ascii="Times New Roman" w:eastAsia="標楷體" w:hAnsi="Times New Roman" w:hint="eastAsia"/>
                <w:noProof/>
                <w:sz w:val="28"/>
                <w:szCs w:val="28"/>
              </w:rPr>
              <w:t>、教學反思與未來規劃</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_Toc234218897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22</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14"/>
            <w:tabs>
              <w:tab w:val="right" w:leader="dot" w:pos="8630"/>
            </w:tabs>
            <w:rPr>
              <w:rFonts w:ascii="Times New Roman" w:eastAsia="標楷體" w:hAnsi="Times New Roman"/>
              <w:noProof/>
              <w:kern w:val="2"/>
              <w:sz w:val="28"/>
              <w:szCs w:val="28"/>
            </w:rPr>
          </w:pPr>
          <w:hyperlink w:anchor="_Toc234218898" w:history="1">
            <w:r w:rsidR="00CF6056" w:rsidRPr="00F5292D">
              <w:rPr>
                <w:rStyle w:val="affc"/>
                <w:rFonts w:ascii="Times New Roman" w:eastAsia="標楷體" w:hAnsi="Times New Roman" w:hint="eastAsia"/>
                <w:noProof/>
                <w:sz w:val="28"/>
                <w:szCs w:val="28"/>
                <w:lang w:eastAsia="zh-HK"/>
              </w:rPr>
              <w:t>肆</w:t>
            </w:r>
            <w:r w:rsidR="00CF6056" w:rsidRPr="00F5292D">
              <w:rPr>
                <w:rStyle w:val="affc"/>
                <w:rFonts w:ascii="Times New Roman" w:eastAsia="標楷體" w:hAnsi="Times New Roman" w:hint="eastAsia"/>
                <w:noProof/>
                <w:sz w:val="28"/>
                <w:szCs w:val="28"/>
              </w:rPr>
              <w:t>、</w:t>
            </w:r>
            <w:r w:rsidR="00CF6056" w:rsidRPr="00F5292D">
              <w:rPr>
                <w:rStyle w:val="affc"/>
                <w:rFonts w:ascii="Times New Roman" w:eastAsia="標楷體" w:hAnsi="Times New Roman"/>
                <w:noProof/>
                <w:sz w:val="28"/>
                <w:szCs w:val="28"/>
              </w:rPr>
              <w:t xml:space="preserve"> </w:t>
            </w:r>
            <w:r w:rsidR="00CF6056" w:rsidRPr="00F5292D">
              <w:rPr>
                <w:rStyle w:val="affc"/>
                <w:rFonts w:ascii="Times New Roman" w:eastAsia="標楷體" w:hAnsi="Times New Roman" w:hint="eastAsia"/>
                <w:noProof/>
                <w:sz w:val="28"/>
                <w:szCs w:val="28"/>
              </w:rPr>
              <w:t>總結</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_Toc234218898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25</w:t>
            </w:r>
            <w:r w:rsidR="00CF6056" w:rsidRPr="00F5292D">
              <w:rPr>
                <w:rFonts w:ascii="Times New Roman" w:eastAsia="標楷體" w:hAnsi="Times New Roman"/>
                <w:noProof/>
                <w:webHidden/>
                <w:sz w:val="28"/>
                <w:szCs w:val="28"/>
              </w:rPr>
              <w:fldChar w:fldCharType="end"/>
            </w:r>
          </w:hyperlink>
        </w:p>
        <w:p w:rsidR="00CF6056" w:rsidRPr="00F5292D" w:rsidRDefault="00025081">
          <w:pPr>
            <w:pStyle w:val="14"/>
            <w:tabs>
              <w:tab w:val="right" w:leader="dot" w:pos="8630"/>
            </w:tabs>
            <w:rPr>
              <w:rFonts w:ascii="Times New Roman" w:eastAsia="標楷體" w:hAnsi="Times New Roman"/>
              <w:noProof/>
              <w:kern w:val="2"/>
              <w:sz w:val="28"/>
              <w:szCs w:val="28"/>
            </w:rPr>
          </w:pPr>
          <w:hyperlink w:anchor="_Toc234218899" w:history="1">
            <w:r w:rsidR="00CF6056" w:rsidRPr="00F5292D">
              <w:rPr>
                <w:rStyle w:val="affc"/>
                <w:rFonts w:ascii="Times New Roman" w:eastAsia="標楷體" w:hAnsi="Times New Roman" w:hint="eastAsia"/>
                <w:noProof/>
                <w:sz w:val="28"/>
                <w:szCs w:val="28"/>
                <w:lang w:eastAsia="zh-HK"/>
              </w:rPr>
              <w:t>伍</w:t>
            </w:r>
            <w:r w:rsidR="00CF6056" w:rsidRPr="00F5292D">
              <w:rPr>
                <w:rStyle w:val="affc"/>
                <w:rFonts w:ascii="Times New Roman" w:eastAsia="標楷體" w:hAnsi="Times New Roman" w:hint="eastAsia"/>
                <w:noProof/>
                <w:sz w:val="28"/>
                <w:szCs w:val="28"/>
              </w:rPr>
              <w:t>、</w:t>
            </w:r>
            <w:r w:rsidR="00CF6056" w:rsidRPr="00F5292D">
              <w:rPr>
                <w:rStyle w:val="affc"/>
                <w:rFonts w:ascii="Times New Roman" w:eastAsia="標楷體" w:hAnsi="Times New Roman"/>
                <w:noProof/>
                <w:sz w:val="28"/>
                <w:szCs w:val="28"/>
              </w:rPr>
              <w:t xml:space="preserve"> </w:t>
            </w:r>
            <w:r w:rsidR="00CF6056" w:rsidRPr="00F5292D">
              <w:rPr>
                <w:rStyle w:val="affc"/>
                <w:rFonts w:ascii="Times New Roman" w:eastAsia="標楷體" w:hAnsi="Times New Roman" w:hint="eastAsia"/>
                <w:noProof/>
                <w:sz w:val="28"/>
                <w:szCs w:val="28"/>
              </w:rPr>
              <w:t>附錄</w:t>
            </w:r>
            <w:r w:rsidR="00CF6056" w:rsidRPr="00F5292D">
              <w:rPr>
                <w:rFonts w:ascii="Times New Roman" w:eastAsia="標楷體" w:hAnsi="Times New Roman"/>
                <w:noProof/>
                <w:webHidden/>
                <w:sz w:val="28"/>
                <w:szCs w:val="28"/>
              </w:rPr>
              <w:tab/>
            </w:r>
            <w:r w:rsidR="00CF6056" w:rsidRPr="00F5292D">
              <w:rPr>
                <w:rFonts w:ascii="Times New Roman" w:eastAsia="標楷體" w:hAnsi="Times New Roman"/>
                <w:noProof/>
                <w:webHidden/>
                <w:sz w:val="28"/>
                <w:szCs w:val="28"/>
              </w:rPr>
              <w:fldChar w:fldCharType="begin"/>
            </w:r>
            <w:r w:rsidR="00CF6056" w:rsidRPr="00F5292D">
              <w:rPr>
                <w:rFonts w:ascii="Times New Roman" w:eastAsia="標楷體" w:hAnsi="Times New Roman"/>
                <w:noProof/>
                <w:webHidden/>
                <w:sz w:val="28"/>
                <w:szCs w:val="28"/>
              </w:rPr>
              <w:instrText xml:space="preserve"> PAGEREF _Toc234218899 \h </w:instrText>
            </w:r>
            <w:r w:rsidR="00CF6056" w:rsidRPr="00F5292D">
              <w:rPr>
                <w:rFonts w:ascii="Times New Roman" w:eastAsia="標楷體" w:hAnsi="Times New Roman"/>
                <w:noProof/>
                <w:webHidden/>
                <w:sz w:val="28"/>
                <w:szCs w:val="28"/>
              </w:rPr>
            </w:r>
            <w:r w:rsidR="00CF6056" w:rsidRPr="00F5292D">
              <w:rPr>
                <w:rFonts w:ascii="Times New Roman" w:eastAsia="標楷體" w:hAnsi="Times New Roman"/>
                <w:noProof/>
                <w:webHidden/>
                <w:sz w:val="28"/>
                <w:szCs w:val="28"/>
              </w:rPr>
              <w:fldChar w:fldCharType="separate"/>
            </w:r>
            <w:r w:rsidR="003B58FD">
              <w:rPr>
                <w:rFonts w:ascii="Times New Roman" w:eastAsia="標楷體" w:hAnsi="Times New Roman"/>
                <w:noProof/>
                <w:webHidden/>
                <w:sz w:val="28"/>
                <w:szCs w:val="28"/>
              </w:rPr>
              <w:t>27</w:t>
            </w:r>
            <w:r w:rsidR="00CF6056" w:rsidRPr="00F5292D">
              <w:rPr>
                <w:rFonts w:ascii="Times New Roman" w:eastAsia="標楷體" w:hAnsi="Times New Roman"/>
                <w:noProof/>
                <w:webHidden/>
                <w:sz w:val="28"/>
                <w:szCs w:val="28"/>
              </w:rPr>
              <w:fldChar w:fldCharType="end"/>
            </w:r>
          </w:hyperlink>
        </w:p>
        <w:p w:rsidR="0048152F" w:rsidRDefault="00164AA2">
          <w:r w:rsidRPr="00F5292D">
            <w:rPr>
              <w:rFonts w:ascii="Times New Roman" w:eastAsia="標楷體" w:hAnsi="Times New Roman"/>
              <w:b/>
              <w:bCs/>
              <w:sz w:val="28"/>
              <w:szCs w:val="28"/>
              <w:lang w:val="zh-TW"/>
            </w:rPr>
            <w:fldChar w:fldCharType="end"/>
          </w:r>
        </w:p>
      </w:sdtContent>
    </w:sdt>
    <w:p w:rsidR="0048152F" w:rsidRDefault="00742140">
      <w:pPr>
        <w:rPr>
          <w:rFonts w:ascii="Times New Roman" w:eastAsia="標楷體" w:hAnsi="Times New Roman"/>
          <w:sz w:val="40"/>
          <w:szCs w:val="32"/>
          <w:lang w:eastAsia="zh-TW"/>
        </w:rPr>
      </w:pPr>
      <w:r>
        <w:rPr>
          <w:lang w:eastAsia="zh-TW"/>
        </w:rPr>
        <w:br/>
      </w:r>
    </w:p>
    <w:p w:rsidR="0048152F" w:rsidRDefault="0048152F">
      <w:pPr>
        <w:rPr>
          <w:rFonts w:ascii="Times New Roman" w:eastAsia="標楷體" w:hAnsi="Times New Roman"/>
          <w:sz w:val="40"/>
          <w:szCs w:val="32"/>
          <w:lang w:eastAsia="zh-TW"/>
        </w:rPr>
      </w:pPr>
    </w:p>
    <w:p w:rsidR="00AE56AD" w:rsidRDefault="00AE56AD">
      <w:pPr>
        <w:rPr>
          <w:rFonts w:ascii="Times New Roman" w:eastAsia="標楷體" w:hAnsi="Times New Roman"/>
          <w:sz w:val="40"/>
          <w:szCs w:val="32"/>
          <w:lang w:eastAsia="zh-TW"/>
        </w:rPr>
      </w:pPr>
    </w:p>
    <w:p w:rsidR="00AE56AD" w:rsidRDefault="00AE56AD">
      <w:pPr>
        <w:rPr>
          <w:rFonts w:ascii="Times New Roman" w:eastAsia="標楷體" w:hAnsi="Times New Roman"/>
          <w:sz w:val="40"/>
          <w:szCs w:val="32"/>
          <w:lang w:eastAsia="zh-TW"/>
        </w:rPr>
      </w:pPr>
    </w:p>
    <w:p w:rsidR="00AE56AD" w:rsidRDefault="00AE56AD">
      <w:pPr>
        <w:rPr>
          <w:rFonts w:ascii="Times New Roman" w:eastAsia="標楷體" w:hAnsi="Times New Roman"/>
          <w:sz w:val="40"/>
          <w:szCs w:val="32"/>
          <w:lang w:eastAsia="zh-TW"/>
        </w:rPr>
      </w:pPr>
    </w:p>
    <w:p w:rsidR="00AE56AD" w:rsidRDefault="00AE56AD">
      <w:pPr>
        <w:rPr>
          <w:rFonts w:ascii="Times New Roman" w:eastAsia="標楷體" w:hAnsi="Times New Roman"/>
          <w:sz w:val="40"/>
          <w:szCs w:val="32"/>
          <w:lang w:eastAsia="zh-TW"/>
        </w:rPr>
      </w:pPr>
    </w:p>
    <w:p w:rsidR="00AE56AD" w:rsidRDefault="00AE56AD">
      <w:pPr>
        <w:rPr>
          <w:rFonts w:ascii="Times New Roman" w:eastAsia="標楷體" w:hAnsi="Times New Roman"/>
          <w:sz w:val="40"/>
          <w:szCs w:val="32"/>
          <w:lang w:eastAsia="zh-TW"/>
        </w:rPr>
      </w:pPr>
    </w:p>
    <w:p w:rsidR="00CF4134" w:rsidRPr="00292BCF" w:rsidRDefault="00800DAB" w:rsidP="006378B7">
      <w:pPr>
        <w:pStyle w:val="1"/>
        <w:rPr>
          <w:rFonts w:ascii="標楷體" w:eastAsia="標楷體" w:hAnsi="標楷體" w:cstheme="minorBidi"/>
          <w:sz w:val="22"/>
          <w:szCs w:val="22"/>
          <w:lang w:eastAsia="zh-TW"/>
        </w:rPr>
      </w:pPr>
      <w:bookmarkStart w:id="1" w:name="_Toc234218888"/>
      <w:r w:rsidRPr="00292BCF">
        <w:rPr>
          <w:rFonts w:ascii="標楷體" w:eastAsia="標楷體" w:hAnsi="標楷體" w:hint="eastAsia"/>
          <w:lang w:eastAsia="zh-TW"/>
        </w:rPr>
        <w:lastRenderedPageBreak/>
        <w:t>壹、</w:t>
      </w:r>
      <w:r w:rsidRPr="00292BCF">
        <w:rPr>
          <w:rFonts w:ascii="標楷體" w:eastAsia="標楷體" w:hAnsi="標楷體"/>
          <w:lang w:eastAsia="zh-TW"/>
        </w:rPr>
        <w:t xml:space="preserve"> </w:t>
      </w:r>
      <w:r w:rsidRPr="00292BCF">
        <w:rPr>
          <w:rFonts w:ascii="標楷體" w:eastAsia="標楷體" w:hAnsi="標楷體" w:hint="eastAsia"/>
          <w:lang w:eastAsia="zh-TW"/>
        </w:rPr>
        <w:t>基本資料</w:t>
      </w:r>
      <w:bookmarkEnd w:id="1"/>
    </w:p>
    <w:tbl>
      <w:tblPr>
        <w:tblStyle w:val="aff2"/>
        <w:tblW w:w="9782" w:type="dxa"/>
        <w:tblInd w:w="-318" w:type="dxa"/>
        <w:tblLook w:val="04A0" w:firstRow="1" w:lastRow="0" w:firstColumn="1" w:lastColumn="0" w:noHBand="0" w:noVBand="1"/>
      </w:tblPr>
      <w:tblGrid>
        <w:gridCol w:w="2492"/>
        <w:gridCol w:w="2174"/>
        <w:gridCol w:w="2174"/>
        <w:gridCol w:w="2942"/>
      </w:tblGrid>
      <w:tr w:rsidR="000C3EFF" w:rsidRPr="00B00D48" w:rsidTr="00F23AC3">
        <w:tc>
          <w:tcPr>
            <w:tcW w:w="2492" w:type="dxa"/>
          </w:tcPr>
          <w:p w:rsidR="000C3EFF" w:rsidRPr="00B00D48" w:rsidRDefault="000C3EFF">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課程名稱</w:t>
            </w:r>
          </w:p>
        </w:tc>
        <w:tc>
          <w:tcPr>
            <w:tcW w:w="7290" w:type="dxa"/>
            <w:gridSpan w:val="3"/>
          </w:tcPr>
          <w:p w:rsidR="000C3EFF" w:rsidRPr="00B00D48" w:rsidRDefault="000C3EFF">
            <w:pPr>
              <w:rPr>
                <w:rFonts w:ascii="Times New Roman" w:eastAsia="標楷體" w:hAnsi="Times New Roman"/>
                <w:sz w:val="24"/>
                <w:szCs w:val="24"/>
                <w:lang w:eastAsia="zh-TW"/>
              </w:rPr>
            </w:pPr>
            <w:r w:rsidRPr="00B00D48">
              <w:rPr>
                <w:rFonts w:ascii="Times New Roman" w:eastAsia="標楷體" w:hAnsi="Times New Roman" w:cs="Times New Roman" w:hint="eastAsia"/>
                <w:sz w:val="24"/>
                <w:szCs w:val="24"/>
                <w:lang w:eastAsia="zh-TW"/>
              </w:rPr>
              <w:t>智慧健康照護創新與應用</w:t>
            </w:r>
          </w:p>
        </w:tc>
      </w:tr>
      <w:tr w:rsidR="000C3EFF" w:rsidRPr="00B00D48" w:rsidTr="00F23AC3">
        <w:tc>
          <w:tcPr>
            <w:tcW w:w="2492" w:type="dxa"/>
          </w:tcPr>
          <w:p w:rsidR="000C3EFF" w:rsidRPr="00B00D48" w:rsidRDefault="000C3EFF">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專題手冊</w:t>
            </w:r>
            <w:r w:rsidRPr="00B00D48">
              <w:rPr>
                <w:rFonts w:ascii="Times New Roman" w:eastAsia="標楷體" w:hAnsi="Times New Roman" w:hint="eastAsia"/>
                <w:sz w:val="24"/>
                <w:szCs w:val="24"/>
                <w:lang w:eastAsia="zh-HK"/>
              </w:rPr>
              <w:t>(</w:t>
            </w:r>
            <w:r w:rsidRPr="00B00D48">
              <w:rPr>
                <w:rFonts w:ascii="Times New Roman" w:eastAsia="標楷體" w:hAnsi="Times New Roman" w:hint="eastAsia"/>
                <w:sz w:val="24"/>
                <w:szCs w:val="24"/>
                <w:lang w:eastAsia="zh-HK"/>
              </w:rPr>
              <w:t>指引</w:t>
            </w:r>
            <w:r w:rsidRPr="00B00D48">
              <w:rPr>
                <w:rFonts w:ascii="Times New Roman" w:eastAsia="標楷體" w:hAnsi="Times New Roman" w:hint="eastAsia"/>
                <w:sz w:val="24"/>
                <w:szCs w:val="24"/>
                <w:lang w:eastAsia="zh-HK"/>
              </w:rPr>
              <w:t>)</w:t>
            </w:r>
            <w:r w:rsidRPr="00B00D48">
              <w:rPr>
                <w:rFonts w:ascii="Times New Roman" w:eastAsia="標楷體" w:hAnsi="Times New Roman" w:hint="eastAsia"/>
                <w:sz w:val="24"/>
                <w:szCs w:val="24"/>
                <w:lang w:eastAsia="zh-HK"/>
              </w:rPr>
              <w:t>名稱</w:t>
            </w:r>
          </w:p>
        </w:tc>
        <w:tc>
          <w:tcPr>
            <w:tcW w:w="7290" w:type="dxa"/>
            <w:gridSpan w:val="3"/>
          </w:tcPr>
          <w:p w:rsidR="000C3EFF" w:rsidRPr="00B00D48" w:rsidRDefault="000C3EFF">
            <w:pPr>
              <w:rPr>
                <w:rFonts w:ascii="Times New Roman" w:eastAsia="標楷體" w:hAnsi="Times New Roman"/>
                <w:sz w:val="24"/>
                <w:szCs w:val="24"/>
                <w:lang w:eastAsia="zh-TW"/>
              </w:rPr>
            </w:pPr>
            <w:r w:rsidRPr="00B00D48">
              <w:rPr>
                <w:rFonts w:ascii="Times New Roman" w:eastAsia="標楷體" w:hAnsi="Times New Roman" w:cs="Times New Roman" w:hint="eastAsia"/>
                <w:sz w:val="24"/>
                <w:szCs w:val="24"/>
                <w:lang w:eastAsia="zh-TW"/>
              </w:rPr>
              <w:t>智慧健康照護創新與應用</w:t>
            </w:r>
          </w:p>
        </w:tc>
      </w:tr>
      <w:tr w:rsidR="00CF4134" w:rsidRPr="00B00D48" w:rsidTr="00F23AC3">
        <w:tc>
          <w:tcPr>
            <w:tcW w:w="2492"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編撰教師</w:t>
            </w:r>
          </w:p>
        </w:tc>
        <w:tc>
          <w:tcPr>
            <w:tcW w:w="2174"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科系</w:t>
            </w:r>
          </w:p>
        </w:tc>
        <w:tc>
          <w:tcPr>
            <w:tcW w:w="2174"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專長領域</w:t>
            </w:r>
          </w:p>
        </w:tc>
        <w:tc>
          <w:tcPr>
            <w:tcW w:w="2942"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負責任務</w:t>
            </w:r>
          </w:p>
        </w:tc>
      </w:tr>
      <w:tr w:rsidR="00CF4134" w:rsidRPr="00B00D48" w:rsidTr="00F23AC3">
        <w:tc>
          <w:tcPr>
            <w:tcW w:w="2492"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吳郁馨</w:t>
            </w:r>
          </w:p>
        </w:tc>
        <w:tc>
          <w:tcPr>
            <w:tcW w:w="2174"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衛生福利部嘉南療養院資訊室主任</w:t>
            </w:r>
          </w:p>
        </w:tc>
        <w:tc>
          <w:tcPr>
            <w:tcW w:w="2174" w:type="dxa"/>
          </w:tcPr>
          <w:p w:rsidR="00CF4134" w:rsidRPr="00B00D48" w:rsidRDefault="00CF4134">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程式開發與設計</w:t>
            </w:r>
          </w:p>
          <w:p w:rsidR="00CF4134" w:rsidRPr="00B00D48" w:rsidRDefault="00CF4134" w:rsidP="00CF4134">
            <w:pPr>
              <w:pStyle w:val="Default"/>
              <w:rPr>
                <w:rFonts w:ascii="Times New Roman" w:hAnsi="Times New Roman"/>
                <w:lang w:eastAsia="zh-HK"/>
              </w:rPr>
            </w:pPr>
            <w:r w:rsidRPr="00B00D48">
              <w:rPr>
                <w:rFonts w:ascii="Times New Roman" w:hAnsi="Times New Roman" w:hint="eastAsia"/>
                <w:lang w:eastAsia="zh-TW"/>
              </w:rPr>
              <w:t>、</w:t>
            </w:r>
            <w:r w:rsidRPr="00B00D48">
              <w:rPr>
                <w:rFonts w:ascii="Times New Roman" w:hAnsi="Times New Roman" w:hint="eastAsia"/>
                <w:lang w:eastAsia="zh-HK"/>
              </w:rPr>
              <w:t>資料庫管理及應用</w:t>
            </w:r>
            <w:r w:rsidRPr="00B00D48">
              <w:rPr>
                <w:rFonts w:ascii="Times New Roman" w:hAnsi="Times New Roman" w:hint="eastAsia"/>
                <w:lang w:eastAsia="zh-TW"/>
              </w:rPr>
              <w:t>、</w:t>
            </w:r>
            <w:r w:rsidRPr="00B00D48">
              <w:rPr>
                <w:rFonts w:ascii="Times New Roman" w:hAnsi="Times New Roman" w:hint="eastAsia"/>
                <w:lang w:eastAsia="zh-HK"/>
              </w:rPr>
              <w:t>資安暨個資法推行及導入</w:t>
            </w:r>
            <w:r w:rsidRPr="00B00D48">
              <w:rPr>
                <w:rFonts w:ascii="Times New Roman" w:hAnsi="Times New Roman" w:hint="eastAsia"/>
                <w:lang w:eastAsia="zh-TW"/>
              </w:rPr>
              <w:t>、</w:t>
            </w:r>
            <w:r w:rsidRPr="00B00D48">
              <w:rPr>
                <w:rFonts w:ascii="Times New Roman" w:hAnsi="Times New Roman" w:hint="eastAsia"/>
                <w:lang w:eastAsia="zh-TW"/>
              </w:rPr>
              <w:t>AI</w:t>
            </w:r>
            <w:r w:rsidRPr="00B00D48">
              <w:rPr>
                <w:rFonts w:ascii="Times New Roman" w:hAnsi="Times New Roman" w:hint="eastAsia"/>
                <w:lang w:eastAsia="zh-HK"/>
              </w:rPr>
              <w:t>醫療應用</w:t>
            </w:r>
          </w:p>
          <w:p w:rsidR="00CF4134" w:rsidRPr="00B00D48" w:rsidRDefault="00CF4134" w:rsidP="00CF4134">
            <w:pPr>
              <w:pStyle w:val="Default"/>
              <w:rPr>
                <w:rFonts w:ascii="Times New Roman" w:hAnsi="Times New Roman"/>
                <w:lang w:eastAsia="zh-TW"/>
              </w:rPr>
            </w:pPr>
          </w:p>
        </w:tc>
        <w:tc>
          <w:tcPr>
            <w:tcW w:w="2942" w:type="dxa"/>
          </w:tcPr>
          <w:p w:rsidR="00CF4134" w:rsidRPr="00B00D48" w:rsidRDefault="00FD0C9D">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HK"/>
              </w:rPr>
              <w:t>以實務問題引導與臨床痛點定義</w:t>
            </w:r>
            <w:r w:rsidR="008327EF" w:rsidRPr="00B00D48">
              <w:rPr>
                <w:rFonts w:ascii="Times New Roman" w:eastAsia="標楷體" w:hAnsi="Times New Roman" w:hint="eastAsia"/>
                <w:sz w:val="24"/>
                <w:szCs w:val="24"/>
                <w:lang w:eastAsia="zh-TW"/>
              </w:rPr>
              <w:t>、階層式教學設計與流程規劃</w:t>
            </w:r>
            <w:r w:rsidR="00096401" w:rsidRPr="00B00D48">
              <w:rPr>
                <w:rFonts w:ascii="Times New Roman" w:eastAsia="標楷體" w:hAnsi="Times New Roman" w:hint="eastAsia"/>
                <w:sz w:val="24"/>
                <w:szCs w:val="24"/>
                <w:lang w:eastAsia="zh-TW"/>
              </w:rPr>
              <w:t>、</w:t>
            </w:r>
            <w:r w:rsidR="00096401" w:rsidRPr="00B00D48">
              <w:rPr>
                <w:rFonts w:ascii="Times New Roman" w:eastAsia="標楷體" w:hAnsi="Times New Roman" w:hint="eastAsia"/>
                <w:sz w:val="24"/>
                <w:szCs w:val="24"/>
                <w:lang w:eastAsia="zh-TW"/>
              </w:rPr>
              <w:t xml:space="preserve">AI </w:t>
            </w:r>
            <w:r w:rsidR="00096401" w:rsidRPr="00B00D48">
              <w:rPr>
                <w:rFonts w:ascii="Times New Roman" w:eastAsia="標楷體" w:hAnsi="Times New Roman" w:hint="eastAsia"/>
                <w:sz w:val="24"/>
                <w:szCs w:val="24"/>
                <w:lang w:eastAsia="zh-TW"/>
              </w:rPr>
              <w:t>工具操作教學與應用指導</w:t>
            </w:r>
            <w:r w:rsidR="00B00D48" w:rsidRPr="00B00D48">
              <w:rPr>
                <w:rFonts w:ascii="Times New Roman" w:eastAsia="標楷體" w:hAnsi="Times New Roman" w:hint="eastAsia"/>
                <w:sz w:val="24"/>
                <w:szCs w:val="24"/>
                <w:lang w:eastAsia="zh-TW"/>
              </w:rPr>
              <w:t>、多元評量與教學成效檢核</w:t>
            </w:r>
          </w:p>
        </w:tc>
      </w:tr>
      <w:tr w:rsidR="00EB4396" w:rsidRPr="00B00D48" w:rsidTr="00F23AC3">
        <w:tc>
          <w:tcPr>
            <w:tcW w:w="9782" w:type="dxa"/>
            <w:gridSpan w:val="4"/>
          </w:tcPr>
          <w:p w:rsidR="00EB4396" w:rsidRPr="00B00D48" w:rsidRDefault="00EB4396" w:rsidP="0014414B">
            <w:pPr>
              <w:jc w:val="center"/>
              <w:rPr>
                <w:rFonts w:ascii="Times New Roman" w:eastAsia="標楷體" w:hAnsi="Times New Roman"/>
                <w:sz w:val="24"/>
                <w:szCs w:val="24"/>
                <w:lang w:eastAsia="zh-HK"/>
              </w:rPr>
            </w:pPr>
            <w:r w:rsidRPr="00B00D48">
              <w:rPr>
                <w:rFonts w:ascii="Times New Roman" w:eastAsia="標楷體" w:hAnsi="Times New Roman" w:hint="eastAsia"/>
                <w:sz w:val="24"/>
                <w:szCs w:val="24"/>
                <w:lang w:eastAsia="zh-HK"/>
              </w:rPr>
              <w:t>摘要</w:t>
            </w:r>
          </w:p>
          <w:p w:rsidR="00EB4396" w:rsidRPr="00B00D48" w:rsidRDefault="004243BD">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TW"/>
              </w:rPr>
              <w:t>本教案針對護理與醫務管理系學生設計，核心理念在於</w:t>
            </w:r>
            <w:r w:rsidRPr="00B00D48">
              <w:rPr>
                <w:rFonts w:ascii="Times New Roman" w:eastAsia="標楷體" w:hAnsi="Times New Roman" w:hint="eastAsia"/>
                <w:sz w:val="24"/>
                <w:szCs w:val="24"/>
                <w:lang w:eastAsia="zh-TW"/>
              </w:rPr>
              <w:t>**</w:t>
            </w:r>
            <w:r w:rsidRPr="00B00D48">
              <w:rPr>
                <w:rFonts w:ascii="Times New Roman" w:eastAsia="標楷體" w:hAnsi="Times New Roman" w:hint="eastAsia"/>
                <w:sz w:val="24"/>
                <w:szCs w:val="24"/>
                <w:lang w:eastAsia="zh-TW"/>
              </w:rPr>
              <w:t>「跨域科技賦能」與「臨床實務鏈結」</w:t>
            </w:r>
            <w:r w:rsidRPr="00B00D48">
              <w:rPr>
                <w:rFonts w:ascii="Times New Roman" w:eastAsia="標楷體" w:hAnsi="Times New Roman" w:hint="eastAsia"/>
                <w:sz w:val="24"/>
                <w:szCs w:val="24"/>
                <w:lang w:eastAsia="zh-TW"/>
              </w:rPr>
              <w:t>**</w:t>
            </w:r>
            <w:r w:rsidRPr="00B00D48">
              <w:rPr>
                <w:rFonts w:ascii="Times New Roman" w:eastAsia="標楷體" w:hAnsi="Times New Roman" w:hint="eastAsia"/>
                <w:sz w:val="24"/>
                <w:szCs w:val="24"/>
                <w:lang w:eastAsia="zh-TW"/>
              </w:rPr>
              <w:t>，旨在將數位科技轉化為臨床照護與行政管理的輔助工具。其設計架構涵蓋從</w:t>
            </w:r>
            <w:r w:rsidRPr="00B00D48">
              <w:rPr>
                <w:rFonts w:ascii="Times New Roman" w:eastAsia="標楷體" w:hAnsi="Times New Roman" w:hint="eastAsia"/>
                <w:sz w:val="24"/>
                <w:szCs w:val="24"/>
                <w:lang w:eastAsia="zh-TW"/>
              </w:rPr>
              <w:t xml:space="preserve"> Python AI </w:t>
            </w:r>
            <w:r w:rsidRPr="00B00D48">
              <w:rPr>
                <w:rFonts w:ascii="Times New Roman" w:eastAsia="標楷體" w:hAnsi="Times New Roman" w:hint="eastAsia"/>
                <w:sz w:val="24"/>
                <w:szCs w:val="24"/>
                <w:lang w:eastAsia="zh-TW"/>
              </w:rPr>
              <w:t>基礎到醫療系統實務（</w:t>
            </w:r>
            <w:r w:rsidRPr="00B00D48">
              <w:rPr>
                <w:rFonts w:ascii="Times New Roman" w:eastAsia="標楷體" w:hAnsi="Times New Roman" w:hint="eastAsia"/>
                <w:sz w:val="24"/>
                <w:szCs w:val="24"/>
                <w:lang w:eastAsia="zh-TW"/>
              </w:rPr>
              <w:t>NIS/HIS</w:t>
            </w:r>
            <w:r w:rsidRPr="00B00D48">
              <w:rPr>
                <w:rFonts w:ascii="Times New Roman" w:eastAsia="標楷體" w:hAnsi="Times New Roman" w:hint="eastAsia"/>
                <w:sz w:val="24"/>
                <w:szCs w:val="24"/>
                <w:lang w:eastAsia="zh-TW"/>
              </w:rPr>
              <w:t>）、資訊倫理（</w:t>
            </w:r>
            <w:r w:rsidRPr="00B00D48">
              <w:rPr>
                <w:rFonts w:ascii="Times New Roman" w:eastAsia="標楷體" w:hAnsi="Times New Roman" w:hint="eastAsia"/>
                <w:sz w:val="24"/>
                <w:szCs w:val="24"/>
                <w:lang w:eastAsia="zh-TW"/>
              </w:rPr>
              <w:t>IRB</w:t>
            </w:r>
            <w:r w:rsidRPr="00B00D48">
              <w:rPr>
                <w:rFonts w:ascii="Times New Roman" w:eastAsia="標楷體" w:hAnsi="Times New Roman" w:hint="eastAsia"/>
                <w:sz w:val="24"/>
                <w:szCs w:val="24"/>
                <w:lang w:eastAsia="zh-TW"/>
              </w:rPr>
              <w:t>）及資安防護，其核心精要如下：</w:t>
            </w:r>
          </w:p>
          <w:p w:rsidR="004243BD" w:rsidRPr="00B00D48" w:rsidRDefault="00440A29" w:rsidP="004243BD">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TW"/>
              </w:rPr>
              <w:t>1.</w:t>
            </w:r>
            <w:r w:rsidR="004243BD" w:rsidRPr="00B00D48">
              <w:rPr>
                <w:rFonts w:ascii="Times New Roman" w:eastAsia="標楷體" w:hAnsi="Times New Roman" w:hint="eastAsia"/>
                <w:sz w:val="24"/>
                <w:szCs w:val="24"/>
                <w:lang w:eastAsia="zh-TW"/>
              </w:rPr>
              <w:t>由淺入深的階層式教學與人機協作：</w:t>
            </w:r>
            <w:r w:rsidR="004243BD" w:rsidRPr="00B00D48">
              <w:rPr>
                <w:rFonts w:ascii="Times New Roman" w:eastAsia="標楷體" w:hAnsi="Times New Roman"/>
                <w:sz w:val="24"/>
                <w:szCs w:val="24"/>
                <w:lang w:eastAsia="zh-TW"/>
              </w:rPr>
              <w:t xml:space="preserve"> </w:t>
            </w:r>
            <w:r w:rsidR="004243BD" w:rsidRPr="00B00D48">
              <w:rPr>
                <w:rFonts w:ascii="Times New Roman" w:eastAsia="標楷體" w:hAnsi="Times New Roman" w:hint="eastAsia"/>
                <w:sz w:val="24"/>
                <w:szCs w:val="24"/>
                <w:lang w:eastAsia="zh-TW"/>
              </w:rPr>
              <w:t>針對非資訊背景學生對撰寫程式的畏懼（期中問卷顯示學生在</w:t>
            </w:r>
            <w:r w:rsidR="004243BD" w:rsidRPr="00B00D48">
              <w:rPr>
                <w:rFonts w:ascii="Times New Roman" w:eastAsia="標楷體" w:hAnsi="Times New Roman"/>
                <w:sz w:val="24"/>
                <w:szCs w:val="24"/>
                <w:lang w:eastAsia="zh-TW"/>
              </w:rPr>
              <w:t xml:space="preserve"> Python </w:t>
            </w:r>
            <w:r w:rsidR="004243BD" w:rsidRPr="00B00D48">
              <w:rPr>
                <w:rFonts w:ascii="Times New Roman" w:eastAsia="標楷體" w:hAnsi="Times New Roman" w:hint="eastAsia"/>
                <w:sz w:val="24"/>
                <w:szCs w:val="24"/>
                <w:lang w:eastAsia="zh-TW"/>
              </w:rPr>
              <w:t>工具開啟與語法撰寫上信心較弱），本教案捨棄死背代碼，改以</w:t>
            </w:r>
            <w:r w:rsidR="004243BD" w:rsidRPr="00B00D48">
              <w:rPr>
                <w:rFonts w:ascii="Times New Roman" w:eastAsia="標楷體" w:hAnsi="Times New Roman" w:hint="eastAsia"/>
                <w:sz w:val="24"/>
                <w:szCs w:val="24"/>
                <w:lang w:eastAsia="zh-TW"/>
              </w:rPr>
              <w:t xml:space="preserve"> Google Colab </w:t>
            </w:r>
            <w:r w:rsidR="004243BD" w:rsidRPr="00B00D48">
              <w:rPr>
                <w:rFonts w:ascii="Times New Roman" w:eastAsia="標楷體" w:hAnsi="Times New Roman" w:hint="eastAsia"/>
                <w:sz w:val="24"/>
                <w:szCs w:val="24"/>
                <w:lang w:eastAsia="zh-TW"/>
              </w:rPr>
              <w:t>雲端環境搭配生成式</w:t>
            </w:r>
            <w:r w:rsidR="004243BD" w:rsidRPr="00B00D48">
              <w:rPr>
                <w:rFonts w:ascii="Times New Roman" w:eastAsia="標楷體" w:hAnsi="Times New Roman" w:hint="eastAsia"/>
                <w:sz w:val="24"/>
                <w:szCs w:val="24"/>
                <w:lang w:eastAsia="zh-TW"/>
              </w:rPr>
              <w:t xml:space="preserve"> AI (GenAI) </w:t>
            </w:r>
            <w:r w:rsidR="004243BD" w:rsidRPr="00B00D48">
              <w:rPr>
                <w:rFonts w:ascii="Times New Roman" w:eastAsia="標楷體" w:hAnsi="Times New Roman" w:hint="eastAsia"/>
                <w:sz w:val="24"/>
                <w:szCs w:val="24"/>
                <w:lang w:eastAsia="zh-TW"/>
              </w:rPr>
              <w:t>輔助開發。學生學會透過</w:t>
            </w:r>
            <w:r w:rsidR="004243BD" w:rsidRPr="00B00D48">
              <w:rPr>
                <w:rFonts w:ascii="Times New Roman" w:eastAsia="標楷體" w:hAnsi="Times New Roman" w:hint="eastAsia"/>
                <w:sz w:val="24"/>
                <w:szCs w:val="24"/>
                <w:lang w:eastAsia="zh-TW"/>
              </w:rPr>
              <w:t xml:space="preserve"> Prompt </w:t>
            </w:r>
            <w:r w:rsidR="004243BD" w:rsidRPr="00B00D48">
              <w:rPr>
                <w:rFonts w:ascii="Times New Roman" w:eastAsia="標楷體" w:hAnsi="Times New Roman" w:hint="eastAsia"/>
                <w:sz w:val="24"/>
                <w:szCs w:val="24"/>
                <w:lang w:eastAsia="zh-TW"/>
              </w:rPr>
              <w:t>工程</w:t>
            </w:r>
            <w:r w:rsidR="004243BD" w:rsidRPr="00B00D48">
              <w:rPr>
                <w:rFonts w:ascii="Times New Roman" w:eastAsia="標楷體" w:hAnsi="Times New Roman" w:hint="eastAsia"/>
                <w:sz w:val="24"/>
                <w:szCs w:val="24"/>
                <w:lang w:eastAsia="zh-TW"/>
              </w:rPr>
              <w:t xml:space="preserve"> (</w:t>
            </w:r>
            <w:r w:rsidR="004243BD" w:rsidRPr="00B00D48">
              <w:rPr>
                <w:rFonts w:ascii="Times New Roman" w:eastAsia="標楷體" w:hAnsi="Times New Roman" w:hint="eastAsia"/>
                <w:sz w:val="24"/>
                <w:szCs w:val="24"/>
                <w:lang w:eastAsia="zh-TW"/>
              </w:rPr>
              <w:t>提示工程</w:t>
            </w:r>
            <w:r w:rsidR="004243BD" w:rsidRPr="00B00D48">
              <w:rPr>
                <w:rFonts w:ascii="Times New Roman" w:eastAsia="標楷體" w:hAnsi="Times New Roman" w:hint="eastAsia"/>
                <w:sz w:val="24"/>
                <w:szCs w:val="24"/>
                <w:lang w:eastAsia="zh-TW"/>
              </w:rPr>
              <w:t xml:space="preserve">) </w:t>
            </w:r>
            <w:r w:rsidR="004243BD" w:rsidRPr="00B00D48">
              <w:rPr>
                <w:rFonts w:ascii="Times New Roman" w:eastAsia="標楷體" w:hAnsi="Times New Roman" w:hint="eastAsia"/>
                <w:sz w:val="24"/>
                <w:szCs w:val="24"/>
                <w:lang w:eastAsia="zh-TW"/>
              </w:rPr>
              <w:t>下達自然語言指令，讓</w:t>
            </w:r>
            <w:r w:rsidR="004243BD" w:rsidRPr="00B00D48">
              <w:rPr>
                <w:rFonts w:ascii="Times New Roman" w:eastAsia="標楷體" w:hAnsi="Times New Roman" w:hint="eastAsia"/>
                <w:sz w:val="24"/>
                <w:szCs w:val="24"/>
                <w:lang w:eastAsia="zh-TW"/>
              </w:rPr>
              <w:t xml:space="preserve"> AI </w:t>
            </w:r>
            <w:r w:rsidR="004243BD" w:rsidRPr="00B00D48">
              <w:rPr>
                <w:rFonts w:ascii="Times New Roman" w:eastAsia="標楷體" w:hAnsi="Times New Roman" w:hint="eastAsia"/>
                <w:sz w:val="24"/>
                <w:szCs w:val="24"/>
                <w:lang w:eastAsia="zh-TW"/>
              </w:rPr>
              <w:t>輔助生成醫療數據分析代碼（如血糖高風險篩選），使學習重心從「技術門檻」轉移至「臨床決策輔助」</w:t>
            </w:r>
          </w:p>
          <w:p w:rsidR="0099106A" w:rsidRPr="00B00D48" w:rsidRDefault="0099106A" w:rsidP="000947D9">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TW"/>
              </w:rPr>
              <w:t>2.</w:t>
            </w:r>
            <w:r w:rsidR="000947D9" w:rsidRPr="00B00D48">
              <w:rPr>
                <w:rFonts w:ascii="Times New Roman" w:eastAsia="標楷體" w:hAnsi="Times New Roman" w:hint="eastAsia"/>
                <w:sz w:val="24"/>
                <w:szCs w:val="24"/>
                <w:lang w:eastAsia="zh-TW"/>
              </w:rPr>
              <w:t xml:space="preserve"> </w:t>
            </w:r>
            <w:r w:rsidR="000947D9" w:rsidRPr="00B00D48">
              <w:rPr>
                <w:rFonts w:ascii="Times New Roman" w:eastAsia="標楷體" w:hAnsi="Times New Roman" w:hint="eastAsia"/>
                <w:sz w:val="24"/>
                <w:szCs w:val="24"/>
                <w:lang w:eastAsia="zh-TW"/>
              </w:rPr>
              <w:t>臨床場景驅動與智慧醫院案例導入：</w:t>
            </w:r>
            <w:r w:rsidR="000947D9" w:rsidRPr="00B00D48">
              <w:rPr>
                <w:rFonts w:ascii="Times New Roman" w:eastAsia="標楷體" w:hAnsi="Times New Roman" w:hint="eastAsia"/>
                <w:sz w:val="24"/>
                <w:szCs w:val="24"/>
                <w:lang w:eastAsia="zh-TW"/>
              </w:rPr>
              <w:t xml:space="preserve"> </w:t>
            </w:r>
            <w:r w:rsidR="000947D9" w:rsidRPr="00B00D48">
              <w:rPr>
                <w:rFonts w:ascii="Times New Roman" w:eastAsia="標楷體" w:hAnsi="Times New Roman" w:hint="eastAsia"/>
                <w:sz w:val="24"/>
                <w:szCs w:val="24"/>
                <w:lang w:eastAsia="zh-TW"/>
              </w:rPr>
              <w:t>課程深度整合醫療實務案例，包括凱旋醫院的</w:t>
            </w:r>
            <w:r w:rsidR="000947D9" w:rsidRPr="00B00D48">
              <w:rPr>
                <w:rFonts w:ascii="Times New Roman" w:eastAsia="標楷體" w:hAnsi="Times New Roman" w:hint="eastAsia"/>
                <w:sz w:val="24"/>
                <w:szCs w:val="24"/>
                <w:lang w:eastAsia="zh-TW"/>
              </w:rPr>
              <w:t xml:space="preserve"> iSAFE </w:t>
            </w:r>
            <w:r w:rsidR="000947D9" w:rsidRPr="00B00D48">
              <w:rPr>
                <w:rFonts w:ascii="Times New Roman" w:eastAsia="標楷體" w:hAnsi="Times New Roman" w:hint="eastAsia"/>
                <w:sz w:val="24"/>
                <w:szCs w:val="24"/>
                <w:lang w:eastAsia="zh-TW"/>
              </w:rPr>
              <w:t>安全照護系統（跌倒偵測）與</w:t>
            </w:r>
            <w:r w:rsidR="000947D9" w:rsidRPr="00B00D48">
              <w:rPr>
                <w:rFonts w:ascii="Times New Roman" w:eastAsia="標楷體" w:hAnsi="Times New Roman" w:hint="eastAsia"/>
                <w:sz w:val="24"/>
                <w:szCs w:val="24"/>
                <w:lang w:eastAsia="zh-TW"/>
              </w:rPr>
              <w:t xml:space="preserve"> AI </w:t>
            </w:r>
            <w:r w:rsidR="000947D9" w:rsidRPr="00B00D48">
              <w:rPr>
                <w:rFonts w:ascii="Times New Roman" w:eastAsia="標楷體" w:hAnsi="Times New Roman" w:hint="eastAsia"/>
                <w:sz w:val="24"/>
                <w:szCs w:val="24"/>
                <w:lang w:eastAsia="zh-TW"/>
              </w:rPr>
              <w:t>自助問診室，以及奇美醫院從預測式</w:t>
            </w:r>
            <w:r w:rsidR="000947D9" w:rsidRPr="00B00D48">
              <w:rPr>
                <w:rFonts w:ascii="Times New Roman" w:eastAsia="標楷體" w:hAnsi="Times New Roman" w:hint="eastAsia"/>
                <w:sz w:val="24"/>
                <w:szCs w:val="24"/>
                <w:lang w:eastAsia="zh-TW"/>
              </w:rPr>
              <w:t xml:space="preserve"> AI (1.0) </w:t>
            </w:r>
            <w:r w:rsidR="000947D9" w:rsidRPr="00B00D48">
              <w:rPr>
                <w:rFonts w:ascii="Times New Roman" w:eastAsia="標楷體" w:hAnsi="Times New Roman" w:hint="eastAsia"/>
                <w:sz w:val="24"/>
                <w:szCs w:val="24"/>
                <w:lang w:eastAsia="zh-TW"/>
              </w:rPr>
              <w:t>到生成式</w:t>
            </w:r>
            <w:r w:rsidR="000947D9" w:rsidRPr="00B00D48">
              <w:rPr>
                <w:rFonts w:ascii="Times New Roman" w:eastAsia="標楷體" w:hAnsi="Times New Roman" w:hint="eastAsia"/>
                <w:sz w:val="24"/>
                <w:szCs w:val="24"/>
                <w:lang w:eastAsia="zh-TW"/>
              </w:rPr>
              <w:t xml:space="preserve"> AI (2.0) </w:t>
            </w:r>
            <w:r w:rsidR="000947D9" w:rsidRPr="00B00D48">
              <w:rPr>
                <w:rFonts w:ascii="Times New Roman" w:eastAsia="標楷體" w:hAnsi="Times New Roman" w:hint="eastAsia"/>
                <w:sz w:val="24"/>
                <w:szCs w:val="24"/>
                <w:lang w:eastAsia="zh-TW"/>
              </w:rPr>
              <w:t>的</w:t>
            </w:r>
            <w:r w:rsidR="000947D9" w:rsidRPr="00B00D48">
              <w:rPr>
                <w:rFonts w:ascii="Times New Roman" w:eastAsia="標楷體" w:hAnsi="Times New Roman" w:hint="eastAsia"/>
                <w:sz w:val="24"/>
                <w:szCs w:val="24"/>
                <w:lang w:eastAsia="zh-TW"/>
              </w:rPr>
              <w:t xml:space="preserve"> A+ Copilot </w:t>
            </w:r>
            <w:r w:rsidR="000947D9" w:rsidRPr="00B00D48">
              <w:rPr>
                <w:rFonts w:ascii="Times New Roman" w:eastAsia="標楷體" w:hAnsi="Times New Roman" w:hint="eastAsia"/>
                <w:sz w:val="24"/>
                <w:szCs w:val="24"/>
                <w:lang w:eastAsia="zh-TW"/>
              </w:rPr>
              <w:t>應用經驗。透過實際病歷摘要生成與護理交班模擬，引導學生理解科技如何實質減輕行政負擔並提升照護品質</w:t>
            </w:r>
          </w:p>
          <w:p w:rsidR="00AC590E" w:rsidRPr="00B00D48" w:rsidRDefault="00AC590E" w:rsidP="00AC590E">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TW"/>
              </w:rPr>
              <w:t xml:space="preserve">3. </w:t>
            </w:r>
            <w:r w:rsidRPr="00B00D48">
              <w:rPr>
                <w:rFonts w:ascii="Times New Roman" w:eastAsia="標楷體" w:hAnsi="Times New Roman" w:hint="eastAsia"/>
                <w:sz w:val="24"/>
                <w:szCs w:val="24"/>
                <w:lang w:eastAsia="zh-TW"/>
              </w:rPr>
              <w:t>以資訊倫理為基石，深植資安防禦素養：</w:t>
            </w:r>
            <w:r w:rsidRPr="00B00D48">
              <w:rPr>
                <w:rFonts w:ascii="Times New Roman" w:eastAsia="標楷體" w:hAnsi="Times New Roman" w:hint="eastAsia"/>
                <w:sz w:val="24"/>
                <w:szCs w:val="24"/>
                <w:lang w:eastAsia="zh-TW"/>
              </w:rPr>
              <w:t xml:space="preserve"> </w:t>
            </w:r>
            <w:r w:rsidRPr="00B00D48">
              <w:rPr>
                <w:rFonts w:ascii="Times New Roman" w:eastAsia="標楷體" w:hAnsi="Times New Roman" w:hint="eastAsia"/>
                <w:sz w:val="24"/>
                <w:szCs w:val="24"/>
                <w:lang w:eastAsia="zh-TW"/>
              </w:rPr>
              <w:t>在發展智慧科技的同時，強調必須嚴格遵守</w:t>
            </w:r>
            <w:r w:rsidRPr="00B00D48">
              <w:rPr>
                <w:rFonts w:ascii="Times New Roman" w:eastAsia="標楷體" w:hAnsi="Times New Roman" w:hint="eastAsia"/>
                <w:sz w:val="24"/>
                <w:szCs w:val="24"/>
                <w:lang w:eastAsia="zh-TW"/>
              </w:rPr>
              <w:t xml:space="preserve"> IRB </w:t>
            </w:r>
            <w:r w:rsidRPr="00B00D48">
              <w:rPr>
                <w:rFonts w:ascii="Times New Roman" w:eastAsia="標楷體" w:hAnsi="Times New Roman" w:hint="eastAsia"/>
                <w:sz w:val="24"/>
                <w:szCs w:val="24"/>
                <w:lang w:eastAsia="zh-TW"/>
              </w:rPr>
              <w:t>倫理規範與個資去識別化處理。課程納入</w:t>
            </w:r>
            <w:r w:rsidRPr="00B00D48">
              <w:rPr>
                <w:rFonts w:ascii="Times New Roman" w:eastAsia="標楷體" w:hAnsi="Times New Roman"/>
                <w:sz w:val="24"/>
                <w:szCs w:val="24"/>
                <w:lang w:eastAsia="zh-TW"/>
              </w:rPr>
              <w:t xml:space="preserve"> NIS/HIS </w:t>
            </w:r>
            <w:r w:rsidRPr="00B00D48">
              <w:rPr>
                <w:rFonts w:ascii="Times New Roman" w:eastAsia="標楷體" w:hAnsi="Times New Roman" w:hint="eastAsia"/>
                <w:sz w:val="24"/>
                <w:szCs w:val="24"/>
                <w:lang w:eastAsia="zh-TW"/>
              </w:rPr>
              <w:t>系統架構介紹，並教授</w:t>
            </w:r>
            <w:r w:rsidRPr="00B00D48">
              <w:rPr>
                <w:rFonts w:ascii="Times New Roman" w:eastAsia="標楷體" w:hAnsi="Times New Roman"/>
                <w:sz w:val="24"/>
                <w:szCs w:val="24"/>
                <w:lang w:eastAsia="zh-TW"/>
              </w:rPr>
              <w:t xml:space="preserve"> SOC x MDR x SOAR </w:t>
            </w:r>
            <w:r w:rsidRPr="00B00D48">
              <w:rPr>
                <w:rFonts w:ascii="Times New Roman" w:eastAsia="標楷體" w:hAnsi="Times New Roman" w:hint="eastAsia"/>
                <w:sz w:val="24"/>
                <w:szCs w:val="24"/>
                <w:lang w:eastAsia="zh-TW"/>
              </w:rPr>
              <w:t>聯防架構與</w:t>
            </w:r>
            <w:r w:rsidRPr="00B00D48">
              <w:rPr>
                <w:rFonts w:ascii="Times New Roman" w:eastAsia="標楷體" w:hAnsi="Times New Roman"/>
                <w:sz w:val="24"/>
                <w:szCs w:val="24"/>
                <w:lang w:eastAsia="zh-TW"/>
              </w:rPr>
              <w:t xml:space="preserve"> ISO 27001 </w:t>
            </w:r>
            <w:r w:rsidRPr="00B00D48">
              <w:rPr>
                <w:rFonts w:ascii="Times New Roman" w:eastAsia="標楷體" w:hAnsi="Times New Roman" w:hint="eastAsia"/>
                <w:sz w:val="24"/>
                <w:szCs w:val="24"/>
                <w:lang w:eastAsia="zh-TW"/>
              </w:rPr>
              <w:t>資安標準，引導學生在數位轉型過程中建立守護病患隱私與防禦勒索軟體攻擊的責任感</w:t>
            </w:r>
          </w:p>
          <w:p w:rsidR="0044204C" w:rsidRPr="00B00D48" w:rsidRDefault="00BD1E01" w:rsidP="00BD1E01">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TW"/>
              </w:rPr>
              <w:t xml:space="preserve">4. </w:t>
            </w:r>
            <w:r w:rsidRPr="00B00D48">
              <w:rPr>
                <w:rFonts w:ascii="Times New Roman" w:eastAsia="標楷體" w:hAnsi="Times New Roman" w:hint="eastAsia"/>
                <w:sz w:val="24"/>
                <w:szCs w:val="24"/>
                <w:lang w:eastAsia="zh-TW"/>
              </w:rPr>
              <w:t>數據驅動的臨床轉型與反思能力：</w:t>
            </w:r>
            <w:r w:rsidRPr="00B00D48">
              <w:rPr>
                <w:rFonts w:ascii="Times New Roman" w:eastAsia="標楷體" w:hAnsi="Times New Roman" w:hint="eastAsia"/>
                <w:sz w:val="24"/>
                <w:szCs w:val="24"/>
                <w:lang w:eastAsia="zh-TW"/>
              </w:rPr>
              <w:t xml:space="preserve"> </w:t>
            </w:r>
            <w:r w:rsidRPr="00B00D48">
              <w:rPr>
                <w:rFonts w:ascii="Times New Roman" w:eastAsia="標楷體" w:hAnsi="Times New Roman" w:hint="eastAsia"/>
                <w:sz w:val="24"/>
                <w:szCs w:val="24"/>
                <w:lang w:eastAsia="zh-TW"/>
              </w:rPr>
              <w:t>根據期末問卷回饋，學生對於實際操作</w:t>
            </w:r>
            <w:r w:rsidRPr="00B00D48">
              <w:rPr>
                <w:rFonts w:ascii="Times New Roman" w:eastAsia="標楷體" w:hAnsi="Times New Roman" w:hint="eastAsia"/>
                <w:sz w:val="24"/>
                <w:szCs w:val="24"/>
                <w:lang w:eastAsia="zh-TW"/>
              </w:rPr>
              <w:t xml:space="preserve"> Colab </w:t>
            </w:r>
            <w:r w:rsidRPr="00B00D48">
              <w:rPr>
                <w:rFonts w:ascii="Times New Roman" w:eastAsia="標楷體" w:hAnsi="Times New Roman" w:hint="eastAsia"/>
                <w:sz w:val="24"/>
                <w:szCs w:val="24"/>
                <w:lang w:eastAsia="zh-TW"/>
              </w:rPr>
              <w:t>處理健康數據展現高度成就感。本設計強調培養學生「讓數據說話」的能力，透過視覺化圖表（如</w:t>
            </w:r>
            <w:r w:rsidRPr="00B00D48">
              <w:rPr>
                <w:rFonts w:ascii="Times New Roman" w:eastAsia="標楷體" w:hAnsi="Times New Roman"/>
                <w:sz w:val="24"/>
                <w:szCs w:val="24"/>
                <w:lang w:eastAsia="zh-TW"/>
              </w:rPr>
              <w:t xml:space="preserve"> SHAP </w:t>
            </w:r>
            <w:r w:rsidRPr="00B00D48">
              <w:rPr>
                <w:rFonts w:ascii="Times New Roman" w:eastAsia="標楷體" w:hAnsi="Times New Roman" w:hint="eastAsia"/>
                <w:sz w:val="24"/>
                <w:szCs w:val="24"/>
                <w:lang w:eastAsia="zh-TW"/>
              </w:rPr>
              <w:t>特徵重要性圖、血壓趨勢圖）分析生理徵象，並對</w:t>
            </w:r>
            <w:r w:rsidRPr="00B00D48">
              <w:rPr>
                <w:rFonts w:ascii="Times New Roman" w:eastAsia="標楷體" w:hAnsi="Times New Roman"/>
                <w:sz w:val="24"/>
                <w:szCs w:val="24"/>
                <w:lang w:eastAsia="zh-TW"/>
              </w:rPr>
              <w:t xml:space="preserve"> AI </w:t>
            </w:r>
            <w:r w:rsidRPr="00B00D48">
              <w:rPr>
                <w:rFonts w:ascii="Times New Roman" w:eastAsia="標楷體" w:hAnsi="Times New Roman" w:hint="eastAsia"/>
                <w:sz w:val="24"/>
                <w:szCs w:val="24"/>
                <w:lang w:eastAsia="zh-TW"/>
              </w:rPr>
              <w:t>的判讀錯誤與「幻覺」保持批判性思考，建立「以人為本」的人機協作職涯視野</w:t>
            </w:r>
          </w:p>
          <w:p w:rsidR="009D2363" w:rsidRPr="00B00D48" w:rsidRDefault="009D2363" w:rsidP="00BD1E01">
            <w:pPr>
              <w:rPr>
                <w:rFonts w:ascii="Times New Roman" w:eastAsia="標楷體" w:hAnsi="Times New Roman"/>
                <w:sz w:val="24"/>
                <w:szCs w:val="24"/>
                <w:lang w:eastAsia="zh-TW"/>
              </w:rPr>
            </w:pPr>
          </w:p>
          <w:p w:rsidR="009D2363" w:rsidRPr="00B00D48" w:rsidRDefault="008E3358" w:rsidP="00BD1E01">
            <w:pPr>
              <w:rPr>
                <w:rFonts w:ascii="Times New Roman" w:eastAsia="標楷體" w:hAnsi="Times New Roman"/>
                <w:sz w:val="24"/>
                <w:szCs w:val="24"/>
                <w:lang w:eastAsia="zh-TW"/>
              </w:rPr>
            </w:pPr>
            <w:r w:rsidRPr="00B00D48">
              <w:rPr>
                <w:rFonts w:ascii="Times New Roman" w:eastAsia="標楷體" w:hAnsi="Times New Roman" w:hint="eastAsia"/>
                <w:sz w:val="24"/>
                <w:szCs w:val="24"/>
                <w:lang w:eastAsia="zh-TW"/>
              </w:rPr>
              <w:t>這套設計理念結合了低門檻技術實作、大型醫院實務分享與嚴謹的倫理資安規範，完整對應了智慧醫護人才培育的核心目標</w:t>
            </w:r>
          </w:p>
        </w:tc>
      </w:tr>
    </w:tbl>
    <w:p w:rsidR="008A79A1" w:rsidRDefault="008A79A1">
      <w:pPr>
        <w:rPr>
          <w:rFonts w:eastAsia="新細明體"/>
          <w:sz w:val="40"/>
          <w:szCs w:val="40"/>
          <w:lang w:eastAsia="zh-TW"/>
        </w:rPr>
      </w:pPr>
    </w:p>
    <w:p w:rsidR="006378B7" w:rsidRDefault="006378B7">
      <w:pPr>
        <w:rPr>
          <w:rFonts w:eastAsia="新細明體"/>
          <w:sz w:val="40"/>
          <w:szCs w:val="40"/>
          <w:lang w:eastAsia="zh-TW"/>
        </w:rPr>
      </w:pPr>
    </w:p>
    <w:p w:rsidR="00800DAB" w:rsidRPr="00F61650" w:rsidRDefault="009D6156" w:rsidP="006378B7">
      <w:pPr>
        <w:pStyle w:val="1"/>
        <w:rPr>
          <w:rFonts w:ascii="標楷體" w:eastAsia="標楷體" w:hAnsi="標楷體"/>
          <w:lang w:eastAsia="zh-TW"/>
        </w:rPr>
      </w:pPr>
      <w:bookmarkStart w:id="2" w:name="_Toc234218889"/>
      <w:r w:rsidRPr="00F61650">
        <w:rPr>
          <w:rFonts w:ascii="標楷體" w:eastAsia="標楷體" w:hAnsi="標楷體" w:hint="eastAsia"/>
          <w:lang w:eastAsia="zh-TW"/>
        </w:rPr>
        <w:lastRenderedPageBreak/>
        <w:t>貳、</w:t>
      </w:r>
      <w:r w:rsidRPr="00F61650">
        <w:rPr>
          <w:rFonts w:ascii="標楷體" w:eastAsia="標楷體" w:hAnsi="標楷體"/>
          <w:lang w:eastAsia="zh-TW"/>
        </w:rPr>
        <w:t xml:space="preserve"> </w:t>
      </w:r>
      <w:r w:rsidRPr="00F61650">
        <w:rPr>
          <w:rFonts w:ascii="標楷體" w:eastAsia="標楷體" w:hAnsi="標楷體" w:hint="eastAsia"/>
          <w:lang w:eastAsia="zh-TW"/>
        </w:rPr>
        <w:t>前言</w:t>
      </w:r>
      <w:bookmarkEnd w:id="2"/>
    </w:p>
    <w:p w:rsidR="00A16AA3" w:rsidRPr="00B8650E" w:rsidRDefault="00A16AA3" w:rsidP="00B8650E">
      <w:pPr>
        <w:ind w:firstLineChars="200" w:firstLine="480"/>
        <w:rPr>
          <w:rFonts w:ascii="Times New Roman" w:eastAsia="標楷體" w:hAnsi="Times New Roman"/>
          <w:sz w:val="24"/>
          <w:lang w:eastAsia="zh-TW"/>
        </w:rPr>
      </w:pPr>
      <w:r w:rsidRPr="00B8650E">
        <w:rPr>
          <w:rFonts w:ascii="Times New Roman" w:eastAsia="標楷體" w:hAnsi="Times New Roman" w:hint="eastAsia"/>
          <w:sz w:val="24"/>
          <w:lang w:eastAsia="zh-TW"/>
        </w:rPr>
        <w:t>隨著全球人口高齡化以及數位轉型的浪潮，臺灣醫療與長照</w:t>
      </w:r>
      <w:r w:rsidRPr="00B8650E">
        <w:rPr>
          <w:rFonts w:ascii="Times New Roman" w:eastAsia="標楷體" w:hAnsi="Times New Roman" w:cs="細明體" w:hint="eastAsia"/>
          <w:sz w:val="24"/>
          <w:lang w:eastAsia="zh-TW"/>
        </w:rPr>
        <w:t>產</w:t>
      </w:r>
      <w:r w:rsidRPr="00B8650E">
        <w:rPr>
          <w:rFonts w:ascii="Times New Roman" w:eastAsia="標楷體" w:hAnsi="Times New Roman" w:cs="MS Gothic" w:hint="eastAsia"/>
          <w:sz w:val="24"/>
          <w:lang w:eastAsia="zh-TW"/>
        </w:rPr>
        <w:t>業正精面臨照護人力負擔沉重、臨床資料管理不易及病人安全風險提升等多重挑戰</w:t>
      </w:r>
      <w:r w:rsidRPr="00B8650E">
        <w:rPr>
          <w:rFonts w:ascii="Times New Roman" w:eastAsia="標楷體" w:hAnsi="Times New Roman" w:hint="eastAsia"/>
          <w:sz w:val="24"/>
          <w:lang w:eastAsia="zh-TW"/>
        </w:rPr>
        <w:t>。在這樣的背景下，導入人工智慧（</w:t>
      </w:r>
      <w:r w:rsidRPr="00B8650E">
        <w:rPr>
          <w:rFonts w:ascii="Times New Roman" w:eastAsia="標楷體" w:hAnsi="Times New Roman" w:hint="eastAsia"/>
          <w:sz w:val="24"/>
          <w:lang w:eastAsia="zh-TW"/>
        </w:rPr>
        <w:t>AI</w:t>
      </w:r>
      <w:r w:rsidRPr="00B8650E">
        <w:rPr>
          <w:rFonts w:ascii="Times New Roman" w:eastAsia="標楷體" w:hAnsi="Times New Roman" w:hint="eastAsia"/>
          <w:sz w:val="24"/>
          <w:lang w:eastAsia="zh-TW"/>
        </w:rPr>
        <w:t>）與數位</w:t>
      </w:r>
      <w:r w:rsidR="008276D8" w:rsidRPr="00B8650E">
        <w:rPr>
          <w:rFonts w:ascii="Times New Roman" w:eastAsia="標楷體" w:hAnsi="Times New Roman" w:hint="eastAsia"/>
          <w:sz w:val="24"/>
          <w:lang w:eastAsia="zh-TW"/>
        </w:rPr>
        <w:t>監測平台已成為提升照護效率、減輕第一線醫護人員工作負荷的關鍵解</w:t>
      </w:r>
      <w:r w:rsidR="008276D8" w:rsidRPr="00B8650E">
        <w:rPr>
          <w:rFonts w:ascii="Times New Roman" w:eastAsia="標楷體" w:hAnsi="Times New Roman" w:hint="eastAsia"/>
          <w:sz w:val="24"/>
          <w:lang w:eastAsia="zh-HK"/>
        </w:rPr>
        <w:t>決方法之一</w:t>
      </w:r>
      <w:r w:rsidRPr="00B8650E">
        <w:rPr>
          <w:rFonts w:ascii="Times New Roman" w:eastAsia="標楷體" w:hAnsi="Times New Roman" w:hint="eastAsia"/>
          <w:sz w:val="24"/>
          <w:lang w:eastAsia="zh-TW"/>
        </w:rPr>
        <w:t>。然而，醫療從業人員若僅具備臨床專業而缺乏數位素養，將難以在未來的智慧醫療環境中發揮科技的最大價</w:t>
      </w:r>
      <w:r w:rsidRPr="00B8650E">
        <w:rPr>
          <w:rFonts w:ascii="Times New Roman" w:eastAsia="標楷體" w:hAnsi="Times New Roman" w:cs="細明體" w:hint="eastAsia"/>
          <w:sz w:val="24"/>
          <w:lang w:eastAsia="zh-TW"/>
        </w:rPr>
        <w:t>值</w:t>
      </w:r>
      <w:r w:rsidRPr="00B8650E">
        <w:rPr>
          <w:rFonts w:ascii="Times New Roman" w:eastAsia="標楷體" w:hAnsi="Times New Roman" w:cs="MS Gothic" w:hint="eastAsia"/>
          <w:sz w:val="24"/>
          <w:lang w:eastAsia="zh-TW"/>
        </w:rPr>
        <w:t>，誠如</w:t>
      </w:r>
      <w:r w:rsidRPr="00B8650E">
        <w:rPr>
          <w:rFonts w:ascii="Times New Roman" w:eastAsia="標楷體" w:hAnsi="Times New Roman" w:cs="細明體" w:hint="eastAsia"/>
          <w:sz w:val="24"/>
          <w:lang w:eastAsia="zh-TW"/>
        </w:rPr>
        <w:t>產</w:t>
      </w:r>
      <w:r w:rsidRPr="00B8650E">
        <w:rPr>
          <w:rFonts w:ascii="Times New Roman" w:eastAsia="標楷體" w:hAnsi="Times New Roman" w:cs="MS Gothic" w:hint="eastAsia"/>
          <w:sz w:val="24"/>
          <w:lang w:eastAsia="zh-TW"/>
        </w:rPr>
        <w:t>業界所言：「如果你不懂</w:t>
      </w:r>
      <w:r w:rsidRPr="00B8650E">
        <w:rPr>
          <w:rFonts w:ascii="Times New Roman" w:eastAsia="標楷體" w:hAnsi="Times New Roman"/>
          <w:sz w:val="24"/>
          <w:lang w:eastAsia="zh-TW"/>
        </w:rPr>
        <w:t xml:space="preserve"> AI</w:t>
      </w:r>
      <w:r w:rsidRPr="00B8650E">
        <w:rPr>
          <w:rFonts w:ascii="Times New Roman" w:eastAsia="標楷體" w:hAnsi="Times New Roman" w:hint="eastAsia"/>
          <w:sz w:val="24"/>
          <w:lang w:eastAsia="zh-TW"/>
        </w:rPr>
        <w:t>，你的工作很可能被懂</w:t>
      </w:r>
      <w:r w:rsidRPr="00B8650E">
        <w:rPr>
          <w:rFonts w:ascii="Times New Roman" w:eastAsia="標楷體" w:hAnsi="Times New Roman"/>
          <w:sz w:val="24"/>
          <w:lang w:eastAsia="zh-TW"/>
        </w:rPr>
        <w:t xml:space="preserve"> AI </w:t>
      </w:r>
      <w:r w:rsidRPr="00B8650E">
        <w:rPr>
          <w:rFonts w:ascii="Times New Roman" w:eastAsia="標楷體" w:hAnsi="Times New Roman" w:hint="eastAsia"/>
          <w:sz w:val="24"/>
          <w:lang w:eastAsia="zh-TW"/>
        </w:rPr>
        <w:t>的人所取代」。</w:t>
      </w:r>
    </w:p>
    <w:p w:rsidR="00A16AA3" w:rsidRPr="00B8650E" w:rsidRDefault="00A16AA3" w:rsidP="00B8650E">
      <w:pPr>
        <w:ind w:firstLineChars="200" w:firstLine="480"/>
        <w:rPr>
          <w:rFonts w:ascii="Times New Roman" w:eastAsia="標楷體" w:hAnsi="Times New Roman"/>
          <w:sz w:val="24"/>
          <w:lang w:eastAsia="zh-TW"/>
        </w:rPr>
      </w:pPr>
      <w:r w:rsidRPr="00B8650E">
        <w:rPr>
          <w:rFonts w:ascii="Times New Roman" w:eastAsia="標楷體" w:hAnsi="Times New Roman" w:hint="eastAsia"/>
          <w:sz w:val="24"/>
          <w:lang w:eastAsia="zh-TW"/>
        </w:rPr>
        <w:t>本教案</w:t>
      </w:r>
      <w:r w:rsidRPr="00B8650E">
        <w:rPr>
          <w:rFonts w:ascii="Times New Roman" w:eastAsia="標楷體" w:hAnsi="Times New Roman" w:hint="eastAsia"/>
          <w:sz w:val="24"/>
          <w:lang w:eastAsia="zh-TW"/>
        </w:rPr>
        <w:t>**</w:t>
      </w:r>
      <w:r w:rsidRPr="00B8650E">
        <w:rPr>
          <w:rFonts w:ascii="Times New Roman" w:eastAsia="標楷體" w:hAnsi="Times New Roman" w:hint="eastAsia"/>
          <w:sz w:val="24"/>
          <w:lang w:eastAsia="zh-TW"/>
        </w:rPr>
        <w:t>「智慧健康照護創新與應用」專為護理及醫管系學生設計，核心理念在於建立「護理專業」與「數據科學」的深度接軌</w:t>
      </w:r>
      <w:r w:rsidRPr="00B8650E">
        <w:rPr>
          <w:rFonts w:ascii="Times New Roman" w:eastAsia="標楷體" w:hAnsi="Times New Roman" w:hint="eastAsia"/>
          <w:sz w:val="24"/>
          <w:lang w:eastAsia="zh-TW"/>
        </w:rPr>
        <w:t>**</w:t>
      </w:r>
      <w:r w:rsidRPr="00B8650E">
        <w:rPr>
          <w:rFonts w:ascii="Times New Roman" w:eastAsia="標楷體" w:hAnsi="Times New Roman" w:hint="eastAsia"/>
          <w:sz w:val="24"/>
          <w:lang w:eastAsia="zh-TW"/>
        </w:rPr>
        <w:t>。我們致力於將傳統的臨床照護經驗轉化為數據驅動的決策輔助，引導學生理解如何利用</w:t>
      </w:r>
      <w:r w:rsidRPr="00B8650E">
        <w:rPr>
          <w:rFonts w:ascii="Times New Roman" w:eastAsia="標楷體" w:hAnsi="Times New Roman" w:hint="eastAsia"/>
          <w:sz w:val="24"/>
          <w:lang w:eastAsia="zh-TW"/>
        </w:rPr>
        <w:t xml:space="preserve"> Python AI </w:t>
      </w:r>
      <w:r w:rsidRPr="00B8650E">
        <w:rPr>
          <w:rFonts w:ascii="Times New Roman" w:eastAsia="標楷體" w:hAnsi="Times New Roman" w:hint="eastAsia"/>
          <w:sz w:val="24"/>
          <w:lang w:eastAsia="zh-TW"/>
        </w:rPr>
        <w:t>技術來解決真實世界的醫療痛點。</w:t>
      </w:r>
    </w:p>
    <w:p w:rsidR="00A16AA3" w:rsidRPr="00B8650E" w:rsidRDefault="00A16AA3" w:rsidP="00A16AA3">
      <w:pPr>
        <w:rPr>
          <w:rFonts w:ascii="Times New Roman" w:eastAsia="標楷體" w:hAnsi="Times New Roman"/>
          <w:sz w:val="24"/>
          <w:lang w:eastAsia="zh-TW"/>
        </w:rPr>
      </w:pPr>
      <w:r w:rsidRPr="00B8650E">
        <w:rPr>
          <w:rFonts w:ascii="Times New Roman" w:eastAsia="標楷體" w:hAnsi="Times New Roman" w:hint="eastAsia"/>
          <w:sz w:val="24"/>
          <w:lang w:eastAsia="zh-TW"/>
        </w:rPr>
        <w:t>本課程之設計特色如下：</w:t>
      </w:r>
    </w:p>
    <w:p w:rsidR="00A16AA3" w:rsidRPr="00B8650E" w:rsidRDefault="0043321D" w:rsidP="00A16AA3">
      <w:pPr>
        <w:rPr>
          <w:rFonts w:ascii="Times New Roman" w:eastAsia="標楷體" w:hAnsi="Times New Roman"/>
          <w:b/>
          <w:sz w:val="24"/>
          <w:lang w:eastAsia="zh-TW"/>
        </w:rPr>
      </w:pPr>
      <w:r w:rsidRPr="00B8650E">
        <w:rPr>
          <w:rFonts w:ascii="Times New Roman" w:eastAsia="標楷體" w:hAnsi="Times New Roman" w:hint="eastAsia"/>
          <w:sz w:val="24"/>
          <w:lang w:eastAsia="zh-TW"/>
        </w:rPr>
        <w:t>1.</w:t>
      </w:r>
      <w:r w:rsidR="00A16AA3" w:rsidRPr="00B8650E">
        <w:rPr>
          <w:rFonts w:ascii="Times New Roman" w:eastAsia="標楷體" w:hAnsi="Times New Roman" w:hint="eastAsia"/>
          <w:b/>
          <w:sz w:val="24"/>
          <w:lang w:eastAsia="zh-TW"/>
        </w:rPr>
        <w:t>階層式實作教學與人機協作</w:t>
      </w:r>
      <w:r w:rsidR="00A16AA3" w:rsidRPr="00B8650E">
        <w:rPr>
          <w:rFonts w:ascii="Times New Roman" w:eastAsia="標楷體" w:hAnsi="Times New Roman" w:hint="eastAsia"/>
          <w:sz w:val="24"/>
          <w:lang w:eastAsia="zh-TW"/>
        </w:rPr>
        <w:t>：</w:t>
      </w:r>
      <w:r w:rsidR="00A16AA3" w:rsidRPr="00B8650E">
        <w:rPr>
          <w:rFonts w:ascii="Times New Roman" w:eastAsia="標楷體" w:hAnsi="Times New Roman" w:hint="eastAsia"/>
          <w:sz w:val="24"/>
          <w:lang w:eastAsia="zh-TW"/>
        </w:rPr>
        <w:t xml:space="preserve"> </w:t>
      </w:r>
      <w:r w:rsidR="00A16AA3" w:rsidRPr="00B8650E">
        <w:rPr>
          <w:rFonts w:ascii="Times New Roman" w:eastAsia="標楷體" w:hAnsi="Times New Roman" w:hint="eastAsia"/>
          <w:sz w:val="24"/>
          <w:lang w:eastAsia="zh-TW"/>
        </w:rPr>
        <w:t>針對非資工背景學生對於程式語法的畏懼，本課程採取由淺入深的階層式策略，從</w:t>
      </w:r>
      <w:r w:rsidR="00A16AA3" w:rsidRPr="00B8650E">
        <w:rPr>
          <w:rFonts w:ascii="Times New Roman" w:eastAsia="標楷體" w:hAnsi="Times New Roman" w:hint="eastAsia"/>
          <w:sz w:val="24"/>
          <w:lang w:eastAsia="zh-TW"/>
        </w:rPr>
        <w:t xml:space="preserve"> Python </w:t>
      </w:r>
      <w:r w:rsidR="00A16AA3" w:rsidRPr="00B8650E">
        <w:rPr>
          <w:rFonts w:ascii="Times New Roman" w:eastAsia="標楷體" w:hAnsi="Times New Roman" w:hint="eastAsia"/>
          <w:sz w:val="24"/>
          <w:lang w:eastAsia="zh-TW"/>
        </w:rPr>
        <w:t>基礎語法接軌至</w:t>
      </w:r>
      <w:r w:rsidR="00A16AA3" w:rsidRPr="00B8650E">
        <w:rPr>
          <w:rFonts w:ascii="Times New Roman" w:eastAsia="標楷體" w:hAnsi="Times New Roman" w:hint="eastAsia"/>
          <w:sz w:val="24"/>
          <w:lang w:eastAsia="zh-TW"/>
        </w:rPr>
        <w:t xml:space="preserve"> Pandas </w:t>
      </w:r>
      <w:r w:rsidR="00A16AA3" w:rsidRPr="00B8650E">
        <w:rPr>
          <w:rFonts w:ascii="Times New Roman" w:eastAsia="標楷體" w:hAnsi="Times New Roman" w:hint="eastAsia"/>
          <w:sz w:val="24"/>
          <w:lang w:eastAsia="zh-TW"/>
        </w:rPr>
        <w:t>醫療數據處理。根據期中與期末問卷回饋，學生對於利用</w:t>
      </w:r>
      <w:r w:rsidR="00A16AA3" w:rsidRPr="00B8650E">
        <w:rPr>
          <w:rFonts w:ascii="Times New Roman" w:eastAsia="標楷體" w:hAnsi="Times New Roman"/>
          <w:sz w:val="24"/>
          <w:lang w:eastAsia="zh-TW"/>
        </w:rPr>
        <w:t xml:space="preserve"> Google Colab </w:t>
      </w:r>
      <w:r w:rsidR="00A16AA3" w:rsidRPr="00B8650E">
        <w:rPr>
          <w:rFonts w:ascii="Times New Roman" w:eastAsia="標楷體" w:hAnsi="Times New Roman" w:hint="eastAsia"/>
          <w:sz w:val="24"/>
          <w:lang w:eastAsia="zh-TW"/>
        </w:rPr>
        <w:t>雲端環境及</w:t>
      </w:r>
      <w:r w:rsidR="00A16AA3" w:rsidRPr="00B8650E">
        <w:rPr>
          <w:rFonts w:ascii="Times New Roman" w:eastAsia="標楷體" w:hAnsi="Times New Roman"/>
          <w:sz w:val="24"/>
          <w:lang w:eastAsia="zh-TW"/>
        </w:rPr>
        <w:t>**</w:t>
      </w:r>
      <w:r w:rsidR="00A16AA3" w:rsidRPr="00B8650E">
        <w:rPr>
          <w:rFonts w:ascii="Times New Roman" w:eastAsia="標楷體" w:hAnsi="Times New Roman" w:hint="eastAsia"/>
          <w:sz w:val="24"/>
          <w:lang w:eastAsia="zh-TW"/>
        </w:rPr>
        <w:t>生成式</w:t>
      </w:r>
      <w:r w:rsidR="00A16AA3" w:rsidRPr="00B8650E">
        <w:rPr>
          <w:rFonts w:ascii="Times New Roman" w:eastAsia="標楷體" w:hAnsi="Times New Roman"/>
          <w:sz w:val="24"/>
          <w:lang w:eastAsia="zh-TW"/>
        </w:rPr>
        <w:t xml:space="preserve"> AI</w:t>
      </w:r>
      <w:r w:rsidR="00A16AA3" w:rsidRPr="00B8650E">
        <w:rPr>
          <w:rFonts w:ascii="Times New Roman" w:eastAsia="標楷體" w:hAnsi="Times New Roman" w:hint="eastAsia"/>
          <w:sz w:val="24"/>
          <w:lang w:eastAsia="zh-TW"/>
        </w:rPr>
        <w:t>（如</w:t>
      </w:r>
      <w:r w:rsidR="00A16AA3" w:rsidRPr="00B8650E">
        <w:rPr>
          <w:rFonts w:ascii="Times New Roman" w:eastAsia="標楷體" w:hAnsi="Times New Roman"/>
          <w:sz w:val="24"/>
          <w:lang w:eastAsia="zh-TW"/>
        </w:rPr>
        <w:t xml:space="preserve"> Prompt </w:t>
      </w:r>
      <w:r w:rsidR="00A16AA3" w:rsidRPr="00B8650E">
        <w:rPr>
          <w:rFonts w:ascii="Times New Roman" w:eastAsia="標楷體" w:hAnsi="Times New Roman" w:hint="eastAsia"/>
          <w:sz w:val="24"/>
          <w:lang w:eastAsia="zh-TW"/>
        </w:rPr>
        <w:t>工程）</w:t>
      </w:r>
      <w:r w:rsidR="00A16AA3" w:rsidRPr="00B8650E">
        <w:rPr>
          <w:rFonts w:ascii="Times New Roman" w:eastAsia="標楷體" w:hAnsi="Times New Roman"/>
          <w:sz w:val="24"/>
          <w:lang w:eastAsia="zh-TW"/>
        </w:rPr>
        <w:t>**</w:t>
      </w:r>
      <w:r w:rsidR="00A16AA3" w:rsidRPr="00B8650E">
        <w:rPr>
          <w:rFonts w:ascii="Times New Roman" w:eastAsia="標楷體" w:hAnsi="Times New Roman" w:hint="eastAsia"/>
          <w:sz w:val="24"/>
          <w:lang w:eastAsia="zh-TW"/>
        </w:rPr>
        <w:t>輔助</w:t>
      </w:r>
      <w:r w:rsidR="00A16AA3" w:rsidRPr="00B8650E">
        <w:rPr>
          <w:rFonts w:ascii="Times New Roman" w:eastAsia="標楷體" w:hAnsi="Times New Roman" w:cs="細明體" w:hint="eastAsia"/>
          <w:sz w:val="24"/>
          <w:lang w:eastAsia="zh-TW"/>
        </w:rPr>
        <w:t>產</w:t>
      </w:r>
      <w:r w:rsidR="00A16AA3" w:rsidRPr="00B8650E">
        <w:rPr>
          <w:rFonts w:ascii="Times New Roman" w:eastAsia="標楷體" w:hAnsi="Times New Roman" w:cs="MS Gothic" w:hint="eastAsia"/>
          <w:sz w:val="24"/>
          <w:lang w:eastAsia="zh-TW"/>
        </w:rPr>
        <w:t>出代碼展現出極高的興趣與成就感，這種「低門檻、高</w:t>
      </w:r>
      <w:r w:rsidR="00A16AA3" w:rsidRPr="00B8650E">
        <w:rPr>
          <w:rFonts w:ascii="Times New Roman" w:eastAsia="標楷體" w:hAnsi="Times New Roman" w:cs="細明體" w:hint="eastAsia"/>
          <w:sz w:val="24"/>
          <w:lang w:eastAsia="zh-TW"/>
        </w:rPr>
        <w:t>產</w:t>
      </w:r>
      <w:r w:rsidR="00A16AA3" w:rsidRPr="00B8650E">
        <w:rPr>
          <w:rFonts w:ascii="Times New Roman" w:eastAsia="標楷體" w:hAnsi="Times New Roman" w:cs="MS Gothic" w:hint="eastAsia"/>
          <w:sz w:val="24"/>
          <w:lang w:eastAsia="zh-TW"/>
        </w:rPr>
        <w:t>出」的教學模式，有效打破了學生對程式開發的心理障礙</w:t>
      </w:r>
      <w:r w:rsidR="00A16AA3" w:rsidRPr="00B8650E">
        <w:rPr>
          <w:rFonts w:ascii="Times New Roman" w:eastAsia="標楷體" w:hAnsi="Times New Roman" w:hint="eastAsia"/>
          <w:sz w:val="24"/>
          <w:lang w:eastAsia="zh-TW"/>
        </w:rPr>
        <w:t>。</w:t>
      </w:r>
    </w:p>
    <w:p w:rsidR="00A16AA3" w:rsidRPr="00B8650E" w:rsidRDefault="00692864" w:rsidP="00A16AA3">
      <w:pPr>
        <w:rPr>
          <w:rFonts w:ascii="Times New Roman" w:eastAsia="標楷體" w:hAnsi="Times New Roman"/>
          <w:sz w:val="24"/>
          <w:lang w:eastAsia="zh-TW"/>
        </w:rPr>
      </w:pPr>
      <w:r w:rsidRPr="00B8650E">
        <w:rPr>
          <w:rFonts w:ascii="Times New Roman" w:eastAsia="標楷體" w:hAnsi="Times New Roman" w:hint="eastAsia"/>
          <w:b/>
          <w:sz w:val="24"/>
          <w:lang w:eastAsia="zh-TW"/>
        </w:rPr>
        <w:t>2.</w:t>
      </w:r>
      <w:r w:rsidR="00A16AA3" w:rsidRPr="00B8650E">
        <w:rPr>
          <w:rFonts w:ascii="Times New Roman" w:eastAsia="標楷體" w:hAnsi="Times New Roman" w:hint="eastAsia"/>
          <w:b/>
          <w:sz w:val="24"/>
          <w:lang w:eastAsia="zh-TW"/>
        </w:rPr>
        <w:t>臨床場景導向與實務案例鏈結</w:t>
      </w:r>
      <w:r w:rsidR="00A16AA3" w:rsidRPr="00B8650E">
        <w:rPr>
          <w:rFonts w:ascii="Times New Roman" w:eastAsia="標楷體" w:hAnsi="Times New Roman" w:hint="eastAsia"/>
          <w:sz w:val="24"/>
          <w:lang w:eastAsia="zh-TW"/>
        </w:rPr>
        <w:t>：</w:t>
      </w:r>
      <w:r w:rsidR="00A16AA3" w:rsidRPr="00B8650E">
        <w:rPr>
          <w:rFonts w:ascii="Times New Roman" w:eastAsia="標楷體" w:hAnsi="Times New Roman" w:hint="eastAsia"/>
          <w:sz w:val="24"/>
          <w:lang w:eastAsia="zh-TW"/>
        </w:rPr>
        <w:t xml:space="preserve"> </w:t>
      </w:r>
      <w:r w:rsidR="00A16AA3" w:rsidRPr="00B8650E">
        <w:rPr>
          <w:rFonts w:ascii="Times New Roman" w:eastAsia="標楷體" w:hAnsi="Times New Roman" w:hint="eastAsia"/>
          <w:sz w:val="24"/>
          <w:lang w:eastAsia="zh-TW"/>
        </w:rPr>
        <w:t>課程深度整合了高雄市立凱旋醫院的</w:t>
      </w:r>
      <w:r w:rsidR="00A16AA3" w:rsidRPr="00B8650E">
        <w:rPr>
          <w:rFonts w:ascii="Times New Roman" w:eastAsia="標楷體" w:hAnsi="Times New Roman" w:hint="eastAsia"/>
          <w:sz w:val="24"/>
          <w:lang w:eastAsia="zh-TW"/>
        </w:rPr>
        <w:t xml:space="preserve"> iSAFE </w:t>
      </w:r>
      <w:r w:rsidR="00A16AA3" w:rsidRPr="00B8650E">
        <w:rPr>
          <w:rFonts w:ascii="Times New Roman" w:eastAsia="標楷體" w:hAnsi="Times New Roman" w:hint="eastAsia"/>
          <w:sz w:val="24"/>
          <w:lang w:eastAsia="zh-TW"/>
        </w:rPr>
        <w:t>安全照護系統與</w:t>
      </w:r>
      <w:r w:rsidR="00A16AA3" w:rsidRPr="00B8650E">
        <w:rPr>
          <w:rFonts w:ascii="Times New Roman" w:eastAsia="標楷體" w:hAnsi="Times New Roman" w:hint="eastAsia"/>
          <w:sz w:val="24"/>
          <w:lang w:eastAsia="zh-TW"/>
        </w:rPr>
        <w:t xml:space="preserve"> AI </w:t>
      </w:r>
      <w:r w:rsidR="00A16AA3" w:rsidRPr="00B8650E">
        <w:rPr>
          <w:rFonts w:ascii="Times New Roman" w:eastAsia="標楷體" w:hAnsi="Times New Roman" w:hint="eastAsia"/>
          <w:sz w:val="24"/>
          <w:lang w:eastAsia="zh-TW"/>
        </w:rPr>
        <w:t>智慧問診室，以及奇美醫院從預測式</w:t>
      </w:r>
      <w:r w:rsidR="00A16AA3" w:rsidRPr="00B8650E">
        <w:rPr>
          <w:rFonts w:ascii="Times New Roman" w:eastAsia="標楷體" w:hAnsi="Times New Roman" w:hint="eastAsia"/>
          <w:sz w:val="24"/>
          <w:lang w:eastAsia="zh-TW"/>
        </w:rPr>
        <w:t xml:space="preserve"> AI (1.0) </w:t>
      </w:r>
      <w:r w:rsidR="00A16AA3" w:rsidRPr="00B8650E">
        <w:rPr>
          <w:rFonts w:ascii="Times New Roman" w:eastAsia="標楷體" w:hAnsi="Times New Roman" w:hint="eastAsia"/>
          <w:sz w:val="24"/>
          <w:lang w:eastAsia="zh-TW"/>
        </w:rPr>
        <w:t>到生成式</w:t>
      </w:r>
      <w:r w:rsidR="00A16AA3" w:rsidRPr="00B8650E">
        <w:rPr>
          <w:rFonts w:ascii="Times New Roman" w:eastAsia="標楷體" w:hAnsi="Times New Roman" w:hint="eastAsia"/>
          <w:sz w:val="24"/>
          <w:lang w:eastAsia="zh-TW"/>
        </w:rPr>
        <w:t xml:space="preserve"> AI (2.0) </w:t>
      </w:r>
      <w:r w:rsidR="00A16AA3" w:rsidRPr="00B8650E">
        <w:rPr>
          <w:rFonts w:ascii="Times New Roman" w:eastAsia="標楷體" w:hAnsi="Times New Roman" w:hint="eastAsia"/>
          <w:sz w:val="24"/>
          <w:lang w:eastAsia="zh-TW"/>
        </w:rPr>
        <w:t>的</w:t>
      </w:r>
      <w:r w:rsidR="00A16AA3" w:rsidRPr="00B8650E">
        <w:rPr>
          <w:rFonts w:ascii="Times New Roman" w:eastAsia="標楷體" w:hAnsi="Times New Roman" w:hint="eastAsia"/>
          <w:sz w:val="24"/>
          <w:lang w:eastAsia="zh-TW"/>
        </w:rPr>
        <w:t xml:space="preserve"> A+ Copilot </w:t>
      </w:r>
      <w:r w:rsidR="00A16AA3" w:rsidRPr="00B8650E">
        <w:rPr>
          <w:rFonts w:ascii="Times New Roman" w:eastAsia="標楷體" w:hAnsi="Times New Roman" w:hint="eastAsia"/>
          <w:sz w:val="24"/>
          <w:lang w:eastAsia="zh-TW"/>
        </w:rPr>
        <w:t>應用經驗。透過實際模擬護理交班摘要生成與病歷大數據篩選，學生得以直觀感受科技如何節省</w:t>
      </w:r>
      <w:r w:rsidR="00C06CC6" w:rsidRPr="00B8650E">
        <w:rPr>
          <w:rFonts w:ascii="Times New Roman" w:eastAsia="標楷體" w:hAnsi="Times New Roman"/>
          <w:sz w:val="24"/>
          <w:lang w:eastAsia="zh-TW"/>
        </w:rPr>
        <w:t xml:space="preserve"> </w:t>
      </w:r>
      <w:r w:rsidR="00C06CC6" w:rsidRPr="00B8650E">
        <w:rPr>
          <w:rFonts w:ascii="Times New Roman" w:eastAsia="標楷體" w:hAnsi="Times New Roman" w:hint="eastAsia"/>
          <w:sz w:val="24"/>
          <w:lang w:eastAsia="zh-HK"/>
        </w:rPr>
        <w:t>醫療撰寫</w:t>
      </w:r>
      <w:r w:rsidR="00A16AA3" w:rsidRPr="00B8650E">
        <w:rPr>
          <w:rFonts w:ascii="Times New Roman" w:eastAsia="標楷體" w:hAnsi="Times New Roman" w:hint="eastAsia"/>
          <w:sz w:val="24"/>
          <w:lang w:eastAsia="zh-TW"/>
        </w:rPr>
        <w:t>文書時間。</w:t>
      </w:r>
    </w:p>
    <w:p w:rsidR="00A16AA3" w:rsidRPr="00B8650E" w:rsidRDefault="0025493E" w:rsidP="00A16AA3">
      <w:pPr>
        <w:rPr>
          <w:rFonts w:ascii="Times New Roman" w:eastAsia="標楷體" w:hAnsi="Times New Roman"/>
          <w:sz w:val="24"/>
          <w:lang w:eastAsia="zh-TW"/>
        </w:rPr>
      </w:pPr>
      <w:r w:rsidRPr="00B8650E">
        <w:rPr>
          <w:rFonts w:ascii="Times New Roman" w:eastAsia="標楷體" w:hAnsi="Times New Roman" w:hint="eastAsia"/>
          <w:sz w:val="24"/>
          <w:lang w:eastAsia="zh-TW"/>
        </w:rPr>
        <w:t>3.</w:t>
      </w:r>
      <w:r w:rsidR="00A16AA3" w:rsidRPr="00B8650E">
        <w:rPr>
          <w:rFonts w:ascii="Times New Roman" w:eastAsia="標楷體" w:hAnsi="Times New Roman" w:hint="eastAsia"/>
          <w:b/>
          <w:sz w:val="24"/>
          <w:lang w:eastAsia="zh-TW"/>
        </w:rPr>
        <w:t>深植資安防禦與資訊倫理素養</w:t>
      </w:r>
      <w:r w:rsidR="00A16AA3" w:rsidRPr="00B8650E">
        <w:rPr>
          <w:rFonts w:ascii="Times New Roman" w:eastAsia="標楷體" w:hAnsi="Times New Roman" w:hint="eastAsia"/>
          <w:sz w:val="24"/>
          <w:lang w:eastAsia="zh-TW"/>
        </w:rPr>
        <w:t>：</w:t>
      </w:r>
      <w:r w:rsidR="00A16AA3" w:rsidRPr="00B8650E">
        <w:rPr>
          <w:rFonts w:ascii="Times New Roman" w:eastAsia="標楷體" w:hAnsi="Times New Roman" w:hint="eastAsia"/>
          <w:sz w:val="24"/>
          <w:lang w:eastAsia="zh-TW"/>
        </w:rPr>
        <w:t xml:space="preserve"> </w:t>
      </w:r>
      <w:r w:rsidR="00A16AA3" w:rsidRPr="00B8650E">
        <w:rPr>
          <w:rFonts w:ascii="Times New Roman" w:eastAsia="標楷體" w:hAnsi="Times New Roman" w:hint="eastAsia"/>
          <w:sz w:val="24"/>
          <w:lang w:eastAsia="zh-TW"/>
        </w:rPr>
        <w:t>在推動技術創新的同時，本教案強調資訊倫理（如</w:t>
      </w:r>
      <w:r w:rsidR="00A16AA3" w:rsidRPr="00B8650E">
        <w:rPr>
          <w:rFonts w:ascii="Times New Roman" w:eastAsia="標楷體" w:hAnsi="Times New Roman" w:hint="eastAsia"/>
          <w:sz w:val="24"/>
          <w:lang w:eastAsia="zh-TW"/>
        </w:rPr>
        <w:t xml:space="preserve"> IRB </w:t>
      </w:r>
      <w:r w:rsidR="00A16AA3" w:rsidRPr="00B8650E">
        <w:rPr>
          <w:rFonts w:ascii="Times New Roman" w:eastAsia="標楷體" w:hAnsi="Times New Roman" w:hint="eastAsia"/>
          <w:sz w:val="24"/>
          <w:lang w:eastAsia="zh-TW"/>
        </w:rPr>
        <w:t>規範、去個資化處理）與醫療資安防護（如</w:t>
      </w:r>
      <w:r w:rsidR="00A16AA3" w:rsidRPr="00B8650E">
        <w:rPr>
          <w:rFonts w:ascii="Times New Roman" w:eastAsia="標楷體" w:hAnsi="Times New Roman" w:hint="eastAsia"/>
          <w:sz w:val="24"/>
          <w:lang w:eastAsia="zh-TW"/>
        </w:rPr>
        <w:t xml:space="preserve"> SOC x MDR x SOAR </w:t>
      </w:r>
      <w:r w:rsidR="00A16AA3" w:rsidRPr="00B8650E">
        <w:rPr>
          <w:rFonts w:ascii="Times New Roman" w:eastAsia="標楷體" w:hAnsi="Times New Roman" w:hint="eastAsia"/>
          <w:sz w:val="24"/>
          <w:lang w:eastAsia="zh-TW"/>
        </w:rPr>
        <w:t>聯防架構）的重要性，確保數位轉型立基於病患隱私保護之上。</w:t>
      </w:r>
    </w:p>
    <w:p w:rsidR="00E0011B" w:rsidRDefault="00DE58B3" w:rsidP="00A16AA3">
      <w:pPr>
        <w:rPr>
          <w:rFonts w:eastAsia="新細明體"/>
          <w:lang w:eastAsia="zh-TW"/>
        </w:rPr>
      </w:pPr>
      <w:r w:rsidRPr="00B8650E">
        <w:rPr>
          <w:rFonts w:ascii="Times New Roman" w:eastAsia="標楷體" w:hAnsi="Times New Roman" w:hint="eastAsia"/>
          <w:sz w:val="24"/>
          <w:lang w:eastAsia="zh-HK"/>
        </w:rPr>
        <w:t>所以本次課程</w:t>
      </w:r>
      <w:r w:rsidR="00A16AA3" w:rsidRPr="00B8650E">
        <w:rPr>
          <w:rFonts w:ascii="Times New Roman" w:eastAsia="標楷體" w:hAnsi="Times New Roman" w:hint="eastAsia"/>
          <w:sz w:val="24"/>
          <w:lang w:eastAsia="zh-TW"/>
        </w:rPr>
        <w:t>教案不僅止於技術的傳授，更在於培養學生具備「讓數據</w:t>
      </w:r>
      <w:r w:rsidR="00A16AA3" w:rsidRPr="00B8650E">
        <w:rPr>
          <w:rFonts w:ascii="Times New Roman" w:eastAsia="標楷體" w:hAnsi="Times New Roman" w:cs="細明體" w:hint="eastAsia"/>
          <w:sz w:val="24"/>
          <w:lang w:eastAsia="zh-TW"/>
        </w:rPr>
        <w:t>說</w:t>
      </w:r>
      <w:r w:rsidR="00A16AA3" w:rsidRPr="00B8650E">
        <w:rPr>
          <w:rFonts w:ascii="Times New Roman" w:eastAsia="標楷體" w:hAnsi="Times New Roman" w:cs="MS Gothic" w:hint="eastAsia"/>
          <w:sz w:val="24"/>
          <w:lang w:eastAsia="zh-TW"/>
        </w:rPr>
        <w:t>話」的能力</w:t>
      </w:r>
      <w:r w:rsidR="00675839" w:rsidRPr="00B8650E">
        <w:rPr>
          <w:rFonts w:ascii="Times New Roman" w:eastAsia="標楷體" w:hAnsi="Times New Roman" w:hint="eastAsia"/>
          <w:sz w:val="24"/>
          <w:lang w:eastAsia="zh-TW"/>
        </w:rPr>
        <w:t>。我們期許學生能</w:t>
      </w:r>
      <w:r w:rsidR="00A16AA3" w:rsidRPr="00B8650E">
        <w:rPr>
          <w:rFonts w:ascii="Times New Roman" w:eastAsia="標楷體" w:hAnsi="Times New Roman" w:hint="eastAsia"/>
          <w:sz w:val="24"/>
          <w:lang w:eastAsia="zh-TW"/>
        </w:rPr>
        <w:t>實現</w:t>
      </w:r>
      <w:r w:rsidR="00A16AA3" w:rsidRPr="00B8650E">
        <w:rPr>
          <w:rFonts w:ascii="Times New Roman" w:eastAsia="標楷體" w:hAnsi="Times New Roman"/>
          <w:sz w:val="24"/>
          <w:lang w:eastAsia="zh-TW"/>
        </w:rPr>
        <w:t>**</w:t>
      </w:r>
      <w:r w:rsidR="00A16AA3" w:rsidRPr="00B8650E">
        <w:rPr>
          <w:rFonts w:ascii="Times New Roman" w:eastAsia="標楷體" w:hAnsi="Times New Roman" w:hint="eastAsia"/>
          <w:sz w:val="24"/>
          <w:lang w:eastAsia="zh-TW"/>
        </w:rPr>
        <w:t>「人類智慧與人工智慧協作（</w:t>
      </w:r>
      <w:r w:rsidR="00A16AA3" w:rsidRPr="00B8650E">
        <w:rPr>
          <w:rFonts w:ascii="Times New Roman" w:eastAsia="標楷體" w:hAnsi="Times New Roman"/>
          <w:sz w:val="24"/>
          <w:lang w:eastAsia="zh-TW"/>
        </w:rPr>
        <w:t>Human intelligence working with AI</w:t>
      </w:r>
      <w:r w:rsidR="00A16AA3" w:rsidRPr="00B8650E">
        <w:rPr>
          <w:rFonts w:ascii="Times New Roman" w:eastAsia="標楷體" w:hAnsi="Times New Roman" w:hint="eastAsia"/>
          <w:sz w:val="24"/>
          <w:lang w:eastAsia="zh-TW"/>
        </w:rPr>
        <w:t>）」</w:t>
      </w:r>
      <w:r w:rsidR="00A16AA3" w:rsidRPr="00B8650E">
        <w:rPr>
          <w:rFonts w:ascii="Times New Roman" w:eastAsia="標楷體" w:hAnsi="Times New Roman"/>
          <w:sz w:val="24"/>
          <w:lang w:eastAsia="zh-TW"/>
        </w:rPr>
        <w:t>**</w:t>
      </w:r>
      <w:r w:rsidR="00A16AA3" w:rsidRPr="00B8650E">
        <w:rPr>
          <w:rFonts w:ascii="Times New Roman" w:eastAsia="標楷體" w:hAnsi="Times New Roman" w:hint="eastAsia"/>
          <w:sz w:val="24"/>
          <w:lang w:eastAsia="zh-TW"/>
        </w:rPr>
        <w:t>的職涯視野，將</w:t>
      </w:r>
      <w:r w:rsidR="00A16AA3" w:rsidRPr="00B8650E">
        <w:rPr>
          <w:rFonts w:ascii="Times New Roman" w:eastAsia="標楷體" w:hAnsi="Times New Roman"/>
          <w:sz w:val="24"/>
          <w:lang w:eastAsia="zh-TW"/>
        </w:rPr>
        <w:t xml:space="preserve"> AI </w:t>
      </w:r>
      <w:r w:rsidR="00A16AA3" w:rsidRPr="00B8650E">
        <w:rPr>
          <w:rFonts w:ascii="Times New Roman" w:eastAsia="標楷體" w:hAnsi="Times New Roman" w:hint="eastAsia"/>
          <w:sz w:val="24"/>
          <w:lang w:eastAsia="zh-TW"/>
        </w:rPr>
        <w:t>視為解決臨床問題、提升病人安全的最強副手，共同建構具備創新思維與實務價</w:t>
      </w:r>
      <w:r w:rsidR="00A16AA3" w:rsidRPr="00B8650E">
        <w:rPr>
          <w:rFonts w:ascii="Times New Roman" w:eastAsia="標楷體" w:hAnsi="Times New Roman" w:cs="細明體" w:hint="eastAsia"/>
          <w:sz w:val="24"/>
          <w:lang w:eastAsia="zh-TW"/>
        </w:rPr>
        <w:t>值</w:t>
      </w:r>
      <w:r w:rsidR="00A16AA3" w:rsidRPr="00B8650E">
        <w:rPr>
          <w:rFonts w:ascii="Times New Roman" w:eastAsia="標楷體" w:hAnsi="Times New Roman" w:cs="MS Gothic" w:hint="eastAsia"/>
          <w:sz w:val="24"/>
          <w:lang w:eastAsia="zh-TW"/>
        </w:rPr>
        <w:t>的未來智慧健康照護模式</w:t>
      </w:r>
      <w:r w:rsidR="008753C9" w:rsidRPr="00B8650E">
        <w:rPr>
          <w:rFonts w:ascii="Times New Roman" w:eastAsia="標楷體" w:hAnsi="Times New Roman" w:cs="MS Gothic" w:hint="eastAsia"/>
          <w:sz w:val="24"/>
          <w:lang w:eastAsia="zh-TW"/>
        </w:rPr>
        <w:t>。</w:t>
      </w:r>
    </w:p>
    <w:p w:rsidR="00037130" w:rsidRDefault="00037130" w:rsidP="00A16AA3">
      <w:pPr>
        <w:rPr>
          <w:rFonts w:eastAsia="新細明體"/>
          <w:lang w:eastAsia="zh-TW"/>
        </w:rPr>
      </w:pPr>
    </w:p>
    <w:p w:rsidR="00037130" w:rsidRPr="00037130" w:rsidRDefault="00037130" w:rsidP="00A16AA3">
      <w:pPr>
        <w:rPr>
          <w:rFonts w:eastAsia="新細明體"/>
          <w:lang w:eastAsia="zh-TW"/>
        </w:rPr>
      </w:pPr>
    </w:p>
    <w:p w:rsidR="00C545F4" w:rsidRPr="00342FC9" w:rsidRDefault="00C900A9" w:rsidP="006378B7">
      <w:pPr>
        <w:pStyle w:val="1"/>
        <w:rPr>
          <w:rFonts w:ascii="標楷體" w:eastAsia="標楷體" w:hAnsi="標楷體"/>
          <w:lang w:eastAsia="zh-TW"/>
        </w:rPr>
      </w:pPr>
      <w:bookmarkStart w:id="3" w:name="_Toc234218890"/>
      <w:r w:rsidRPr="00342FC9">
        <w:rPr>
          <w:rFonts w:ascii="標楷體" w:eastAsia="標楷體" w:hAnsi="標楷體" w:hint="eastAsia"/>
          <w:lang w:eastAsia="zh-TW"/>
        </w:rPr>
        <w:lastRenderedPageBreak/>
        <w:t>參、</w:t>
      </w:r>
      <w:r w:rsidRPr="00342FC9">
        <w:rPr>
          <w:rFonts w:ascii="標楷體" w:eastAsia="標楷體" w:hAnsi="標楷體"/>
          <w:lang w:eastAsia="zh-TW"/>
        </w:rPr>
        <w:t xml:space="preserve"> </w:t>
      </w:r>
      <w:r w:rsidRPr="00342FC9">
        <w:rPr>
          <w:rFonts w:ascii="標楷體" w:eastAsia="標楷體" w:hAnsi="標楷體" w:hint="eastAsia"/>
          <w:lang w:eastAsia="zh-TW"/>
        </w:rPr>
        <w:t>統整式課程實作專題規劃與教案手冊設計</w:t>
      </w:r>
      <w:bookmarkEnd w:id="3"/>
    </w:p>
    <w:p w:rsidR="006E2DF9" w:rsidRPr="00C1241A" w:rsidRDefault="009D5208">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本課程旨在協助護理與醫管系學生建立跨領域的數位素養，將科技轉化為臨床照護與行政管理的輔助工具，其核心理念包含以下三個面向：</w:t>
      </w:r>
    </w:p>
    <w:p w:rsidR="009D5208" w:rsidRPr="00C1241A" w:rsidRDefault="009D5208" w:rsidP="009D5208">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 xml:space="preserve">1. </w:t>
      </w:r>
      <w:r w:rsidRPr="00C1241A">
        <w:rPr>
          <w:rFonts w:ascii="Times New Roman" w:eastAsia="標楷體" w:hAnsi="Times New Roman" w:hint="eastAsia"/>
          <w:sz w:val="24"/>
          <w:szCs w:val="24"/>
          <w:lang w:eastAsia="zh-TW"/>
        </w:rPr>
        <w:t>課程規劃背景：從基礎語法到臨床場景的無縫接軌</w:t>
      </w:r>
    </w:p>
    <w:p w:rsidR="009D5208" w:rsidRPr="00C1241A" w:rsidRDefault="0044609C" w:rsidP="009D5208">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9D5208" w:rsidRPr="00C1241A">
        <w:rPr>
          <w:rFonts w:ascii="Times New Roman" w:eastAsia="標楷體" w:hAnsi="Times New Roman" w:hint="eastAsia"/>
          <w:sz w:val="24"/>
          <w:szCs w:val="24"/>
          <w:lang w:eastAsia="zh-TW"/>
        </w:rPr>
        <w:t>數位轉型與</w:t>
      </w:r>
      <w:r w:rsidR="009D5208" w:rsidRPr="00C1241A">
        <w:rPr>
          <w:rFonts w:ascii="Times New Roman" w:eastAsia="標楷體" w:hAnsi="Times New Roman"/>
          <w:sz w:val="24"/>
          <w:szCs w:val="24"/>
          <w:lang w:eastAsia="zh-TW"/>
        </w:rPr>
        <w:t xml:space="preserve"> AI </w:t>
      </w:r>
      <w:r w:rsidR="009D5208" w:rsidRPr="00C1241A">
        <w:rPr>
          <w:rFonts w:ascii="Times New Roman" w:eastAsia="標楷體" w:hAnsi="Times New Roman" w:hint="eastAsia"/>
          <w:sz w:val="24"/>
          <w:szCs w:val="24"/>
          <w:lang w:eastAsia="zh-TW"/>
        </w:rPr>
        <w:t>識能的必要性：</w:t>
      </w:r>
      <w:r w:rsidR="009D5208" w:rsidRPr="00C1241A">
        <w:rPr>
          <w:rFonts w:ascii="Times New Roman" w:eastAsia="標楷體" w:hAnsi="Times New Roman"/>
          <w:sz w:val="24"/>
          <w:szCs w:val="24"/>
          <w:lang w:eastAsia="zh-TW"/>
        </w:rPr>
        <w:t xml:space="preserve"> </w:t>
      </w:r>
      <w:r w:rsidR="009D5208" w:rsidRPr="00C1241A">
        <w:rPr>
          <w:rFonts w:ascii="Times New Roman" w:eastAsia="標楷體" w:hAnsi="Times New Roman" w:hint="eastAsia"/>
          <w:sz w:val="24"/>
          <w:szCs w:val="24"/>
          <w:lang w:eastAsia="zh-TW"/>
        </w:rPr>
        <w:t>隨著智慧醫療的快速發展，醫療從業人員若不具備</w:t>
      </w:r>
      <w:r w:rsidR="009D5208" w:rsidRPr="00C1241A">
        <w:rPr>
          <w:rFonts w:ascii="Times New Roman" w:eastAsia="標楷體" w:hAnsi="Times New Roman"/>
          <w:sz w:val="24"/>
          <w:szCs w:val="24"/>
          <w:lang w:eastAsia="zh-TW"/>
        </w:rPr>
        <w:t xml:space="preserve"> AI </w:t>
      </w:r>
      <w:r w:rsidR="009D5208" w:rsidRPr="00C1241A">
        <w:rPr>
          <w:rFonts w:ascii="Times New Roman" w:eastAsia="標楷體" w:hAnsi="Times New Roman" w:hint="eastAsia"/>
          <w:sz w:val="24"/>
          <w:szCs w:val="24"/>
          <w:lang w:eastAsia="zh-TW"/>
        </w:rPr>
        <w:t>相關知識，將面臨被科技取代的挑戰</w:t>
      </w:r>
      <w:r w:rsidR="009D5208" w:rsidRPr="00C1241A">
        <w:rPr>
          <w:rFonts w:ascii="Times New Roman" w:eastAsia="標楷體" w:hAnsi="Times New Roman"/>
          <w:sz w:val="24"/>
          <w:szCs w:val="24"/>
          <w:lang w:eastAsia="zh-TW"/>
        </w:rPr>
        <w:t xml:space="preserve"> </w:t>
      </w:r>
      <w:r w:rsidR="009D5208" w:rsidRPr="00C1241A">
        <w:rPr>
          <w:rFonts w:ascii="Times New Roman" w:eastAsia="標楷體" w:hAnsi="Times New Roman" w:hint="eastAsia"/>
          <w:sz w:val="24"/>
          <w:szCs w:val="24"/>
          <w:lang w:eastAsia="zh-TW"/>
        </w:rPr>
        <w:t>。因此，本課程規劃不僅限於理論，更從</w:t>
      </w:r>
      <w:r w:rsidR="009D5208" w:rsidRPr="00C1241A">
        <w:rPr>
          <w:rFonts w:ascii="Times New Roman" w:eastAsia="標楷體" w:hAnsi="Times New Roman"/>
          <w:sz w:val="24"/>
          <w:szCs w:val="24"/>
          <w:lang w:eastAsia="zh-TW"/>
        </w:rPr>
        <w:t xml:space="preserve"> Python </w:t>
      </w:r>
      <w:r w:rsidR="009D5208" w:rsidRPr="00C1241A">
        <w:rPr>
          <w:rFonts w:ascii="Times New Roman" w:eastAsia="標楷體" w:hAnsi="Times New Roman" w:hint="eastAsia"/>
          <w:sz w:val="24"/>
          <w:szCs w:val="24"/>
          <w:lang w:eastAsia="zh-TW"/>
        </w:rPr>
        <w:t>基礎語法（如變數、資料處理工具</w:t>
      </w:r>
      <w:r w:rsidR="009D5208" w:rsidRPr="00C1241A">
        <w:rPr>
          <w:rFonts w:ascii="Times New Roman" w:eastAsia="標楷體" w:hAnsi="Times New Roman"/>
          <w:sz w:val="24"/>
          <w:szCs w:val="24"/>
          <w:lang w:eastAsia="zh-TW"/>
        </w:rPr>
        <w:t xml:space="preserve"> Pandas/NumPy</w:t>
      </w:r>
      <w:r w:rsidR="009D5208" w:rsidRPr="00C1241A">
        <w:rPr>
          <w:rFonts w:ascii="Times New Roman" w:eastAsia="標楷體" w:hAnsi="Times New Roman" w:hint="eastAsia"/>
          <w:sz w:val="24"/>
          <w:szCs w:val="24"/>
          <w:lang w:eastAsia="zh-TW"/>
        </w:rPr>
        <w:t>）出發，逐步引導學生進入醫學資料探勘領域</w:t>
      </w:r>
    </w:p>
    <w:p w:rsidR="009D5208" w:rsidRPr="00C1241A" w:rsidRDefault="0044609C" w:rsidP="009D5208">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9D5208" w:rsidRPr="00C1241A">
        <w:rPr>
          <w:rFonts w:ascii="Times New Roman" w:eastAsia="標楷體" w:hAnsi="Times New Roman" w:hint="eastAsia"/>
          <w:sz w:val="24"/>
          <w:szCs w:val="24"/>
          <w:lang w:eastAsia="zh-TW"/>
        </w:rPr>
        <w:t>強化醫療資訊系統</w:t>
      </w:r>
      <w:r w:rsidR="009D5208" w:rsidRPr="00C1241A">
        <w:rPr>
          <w:rFonts w:ascii="Times New Roman" w:eastAsia="標楷體" w:hAnsi="Times New Roman"/>
          <w:sz w:val="24"/>
          <w:szCs w:val="24"/>
          <w:lang w:eastAsia="zh-TW"/>
        </w:rPr>
        <w:t xml:space="preserve"> (NIS/HIS) </w:t>
      </w:r>
      <w:r w:rsidR="009D5208" w:rsidRPr="00C1241A">
        <w:rPr>
          <w:rFonts w:ascii="Times New Roman" w:eastAsia="標楷體" w:hAnsi="Times New Roman" w:hint="eastAsia"/>
          <w:sz w:val="24"/>
          <w:szCs w:val="24"/>
          <w:lang w:eastAsia="zh-TW"/>
        </w:rPr>
        <w:t>與資安防禦：</w:t>
      </w:r>
      <w:r w:rsidR="009D5208" w:rsidRPr="00C1241A">
        <w:rPr>
          <w:rFonts w:ascii="Times New Roman" w:eastAsia="標楷體" w:hAnsi="Times New Roman"/>
          <w:sz w:val="24"/>
          <w:szCs w:val="24"/>
          <w:lang w:eastAsia="zh-TW"/>
        </w:rPr>
        <w:t xml:space="preserve"> </w:t>
      </w:r>
      <w:r w:rsidR="009D5208" w:rsidRPr="00C1241A">
        <w:rPr>
          <w:rFonts w:ascii="Times New Roman" w:eastAsia="標楷體" w:hAnsi="Times New Roman" w:hint="eastAsia"/>
          <w:sz w:val="24"/>
          <w:szCs w:val="24"/>
          <w:lang w:eastAsia="zh-TW"/>
        </w:rPr>
        <w:t>考量醫療機構是資安攻擊的主要目標（如</w:t>
      </w:r>
      <w:r w:rsidR="009D5208" w:rsidRPr="00C1241A">
        <w:rPr>
          <w:rFonts w:ascii="Times New Roman" w:eastAsia="標楷體" w:hAnsi="Times New Roman"/>
          <w:sz w:val="24"/>
          <w:szCs w:val="24"/>
          <w:lang w:eastAsia="zh-TW"/>
        </w:rPr>
        <w:t xml:space="preserve"> MM </w:t>
      </w:r>
      <w:r w:rsidR="009D5208" w:rsidRPr="00C1241A">
        <w:rPr>
          <w:rFonts w:ascii="Times New Roman" w:eastAsia="標楷體" w:hAnsi="Times New Roman" w:hint="eastAsia"/>
          <w:sz w:val="24"/>
          <w:szCs w:val="24"/>
          <w:lang w:eastAsia="zh-TW"/>
        </w:rPr>
        <w:t>及</w:t>
      </w:r>
      <w:r w:rsidR="009D5208" w:rsidRPr="00C1241A">
        <w:rPr>
          <w:rFonts w:ascii="Times New Roman" w:eastAsia="標楷體" w:hAnsi="Times New Roman"/>
          <w:sz w:val="24"/>
          <w:szCs w:val="24"/>
          <w:lang w:eastAsia="zh-TW"/>
        </w:rPr>
        <w:t xml:space="preserve"> CC </w:t>
      </w:r>
      <w:r w:rsidR="009D5208" w:rsidRPr="00C1241A">
        <w:rPr>
          <w:rFonts w:ascii="Times New Roman" w:eastAsia="標楷體" w:hAnsi="Times New Roman" w:hint="eastAsia"/>
          <w:sz w:val="24"/>
          <w:szCs w:val="24"/>
          <w:lang w:eastAsia="zh-TW"/>
        </w:rPr>
        <w:t>醫院案例），課程特別納入</w:t>
      </w:r>
      <w:r w:rsidR="009D5208" w:rsidRPr="00C1241A">
        <w:rPr>
          <w:rFonts w:ascii="Times New Roman" w:eastAsia="標楷體" w:hAnsi="Times New Roman"/>
          <w:sz w:val="24"/>
          <w:szCs w:val="24"/>
          <w:lang w:eastAsia="zh-TW"/>
        </w:rPr>
        <w:t xml:space="preserve"> NIS</w:t>
      </w:r>
      <w:r w:rsidR="009D5208" w:rsidRPr="00C1241A">
        <w:rPr>
          <w:rFonts w:ascii="Times New Roman" w:eastAsia="標楷體" w:hAnsi="Times New Roman" w:hint="eastAsia"/>
          <w:sz w:val="24"/>
          <w:szCs w:val="24"/>
          <w:lang w:eastAsia="zh-TW"/>
        </w:rPr>
        <w:t>、</w:t>
      </w:r>
      <w:r w:rsidR="009D5208" w:rsidRPr="00C1241A">
        <w:rPr>
          <w:rFonts w:ascii="Times New Roman" w:eastAsia="標楷體" w:hAnsi="Times New Roman"/>
          <w:sz w:val="24"/>
          <w:szCs w:val="24"/>
          <w:lang w:eastAsia="zh-TW"/>
        </w:rPr>
        <w:t xml:space="preserve">HIS </w:t>
      </w:r>
      <w:r w:rsidR="009D5208" w:rsidRPr="00C1241A">
        <w:rPr>
          <w:rFonts w:ascii="Times New Roman" w:eastAsia="標楷體" w:hAnsi="Times New Roman" w:hint="eastAsia"/>
          <w:sz w:val="24"/>
          <w:szCs w:val="24"/>
          <w:lang w:eastAsia="zh-TW"/>
        </w:rPr>
        <w:t>系統架構介紹與資安防護策略（</w:t>
      </w:r>
      <w:r w:rsidR="009D5208" w:rsidRPr="00C1241A">
        <w:rPr>
          <w:rFonts w:ascii="Times New Roman" w:eastAsia="標楷體" w:hAnsi="Times New Roman"/>
          <w:sz w:val="24"/>
          <w:szCs w:val="24"/>
          <w:lang w:eastAsia="zh-TW"/>
        </w:rPr>
        <w:t>SOC x MDR x SOAR</w:t>
      </w:r>
      <w:r w:rsidR="009D5208" w:rsidRPr="00C1241A">
        <w:rPr>
          <w:rFonts w:ascii="Times New Roman" w:eastAsia="標楷體" w:hAnsi="Times New Roman" w:hint="eastAsia"/>
          <w:sz w:val="24"/>
          <w:szCs w:val="24"/>
          <w:lang w:eastAsia="zh-TW"/>
        </w:rPr>
        <w:t>），引導學生理解在數位化過程中保護病患個資的重要性</w:t>
      </w:r>
    </w:p>
    <w:p w:rsidR="008F03C8" w:rsidRPr="00C1241A" w:rsidRDefault="008F03C8" w:rsidP="008F03C8">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 xml:space="preserve">2. </w:t>
      </w:r>
      <w:r w:rsidRPr="00C1241A">
        <w:rPr>
          <w:rFonts w:ascii="Times New Roman" w:eastAsia="標楷體" w:hAnsi="Times New Roman" w:hint="eastAsia"/>
          <w:sz w:val="24"/>
          <w:szCs w:val="24"/>
          <w:lang w:eastAsia="zh-TW"/>
        </w:rPr>
        <w:t>教學特色：跨領域實務導向與</w:t>
      </w:r>
      <w:r w:rsidRPr="00C1241A">
        <w:rPr>
          <w:rFonts w:ascii="Times New Roman" w:eastAsia="標楷體" w:hAnsi="Times New Roman" w:hint="eastAsia"/>
          <w:sz w:val="24"/>
          <w:szCs w:val="24"/>
          <w:lang w:eastAsia="zh-TW"/>
        </w:rPr>
        <w:t xml:space="preserve"> AI </w:t>
      </w:r>
      <w:r w:rsidRPr="00C1241A">
        <w:rPr>
          <w:rFonts w:ascii="Times New Roman" w:eastAsia="標楷體" w:hAnsi="Times New Roman" w:hint="eastAsia"/>
          <w:sz w:val="24"/>
          <w:szCs w:val="24"/>
          <w:lang w:eastAsia="zh-TW"/>
        </w:rPr>
        <w:t>協作模式</w:t>
      </w:r>
    </w:p>
    <w:p w:rsidR="008F03C8" w:rsidRPr="00C1241A" w:rsidRDefault="0044609C" w:rsidP="008F03C8">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8F03C8" w:rsidRPr="00C1241A">
        <w:rPr>
          <w:rFonts w:ascii="Times New Roman" w:eastAsia="標楷體" w:hAnsi="Times New Roman" w:hint="eastAsia"/>
          <w:sz w:val="24"/>
          <w:szCs w:val="24"/>
          <w:lang w:eastAsia="zh-TW"/>
        </w:rPr>
        <w:t>跨領域知識整合</w:t>
      </w:r>
      <w:r w:rsidR="008F03C8" w:rsidRPr="00C1241A">
        <w:rPr>
          <w:rFonts w:ascii="Times New Roman" w:eastAsia="標楷體" w:hAnsi="Times New Roman" w:hint="eastAsia"/>
          <w:sz w:val="24"/>
          <w:szCs w:val="24"/>
          <w:lang w:eastAsia="zh-TW"/>
        </w:rPr>
        <w:t xml:space="preserve"> (</w:t>
      </w:r>
      <w:r w:rsidR="008F03C8" w:rsidRPr="00C1241A">
        <w:rPr>
          <w:rFonts w:ascii="Times New Roman" w:eastAsia="標楷體" w:hAnsi="Times New Roman" w:hint="eastAsia"/>
          <w:sz w:val="24"/>
          <w:szCs w:val="24"/>
          <w:lang w:eastAsia="zh-TW"/>
        </w:rPr>
        <w:t>護理</w:t>
      </w:r>
      <w:r w:rsidR="008F03C8" w:rsidRPr="00C1241A">
        <w:rPr>
          <w:rFonts w:ascii="Times New Roman" w:eastAsia="標楷體" w:hAnsi="Times New Roman" w:hint="eastAsia"/>
          <w:sz w:val="24"/>
          <w:szCs w:val="24"/>
          <w:lang w:eastAsia="zh-TW"/>
        </w:rPr>
        <w:t>/</w:t>
      </w:r>
      <w:r w:rsidR="008F03C8" w:rsidRPr="00C1241A">
        <w:rPr>
          <w:rFonts w:ascii="Times New Roman" w:eastAsia="標楷體" w:hAnsi="Times New Roman" w:hint="eastAsia"/>
          <w:sz w:val="24"/>
          <w:szCs w:val="24"/>
          <w:lang w:eastAsia="zh-TW"/>
        </w:rPr>
        <w:t>醫管</w:t>
      </w:r>
      <w:r w:rsidR="008F03C8" w:rsidRPr="00C1241A">
        <w:rPr>
          <w:rFonts w:ascii="Times New Roman" w:eastAsia="標楷體" w:hAnsi="Times New Roman" w:hint="eastAsia"/>
          <w:sz w:val="24"/>
          <w:szCs w:val="24"/>
          <w:lang w:eastAsia="zh-TW"/>
        </w:rPr>
        <w:t xml:space="preserve"> + </w:t>
      </w:r>
      <w:r w:rsidR="008F03C8" w:rsidRPr="00C1241A">
        <w:rPr>
          <w:rFonts w:ascii="Times New Roman" w:eastAsia="標楷體" w:hAnsi="Times New Roman" w:hint="eastAsia"/>
          <w:sz w:val="24"/>
          <w:szCs w:val="24"/>
          <w:lang w:eastAsia="zh-TW"/>
        </w:rPr>
        <w:t>數據科學</w:t>
      </w:r>
      <w:r w:rsidR="008F03C8" w:rsidRPr="00C1241A">
        <w:rPr>
          <w:rFonts w:ascii="Times New Roman" w:eastAsia="標楷體" w:hAnsi="Times New Roman" w:hint="eastAsia"/>
          <w:sz w:val="24"/>
          <w:szCs w:val="24"/>
          <w:lang w:eastAsia="zh-TW"/>
        </w:rPr>
        <w:t>)</w:t>
      </w:r>
      <w:r w:rsidR="008F03C8" w:rsidRPr="00C1241A">
        <w:rPr>
          <w:rFonts w:ascii="Times New Roman" w:eastAsia="標楷體" w:hAnsi="Times New Roman" w:hint="eastAsia"/>
          <w:sz w:val="24"/>
          <w:szCs w:val="24"/>
          <w:lang w:eastAsia="zh-TW"/>
        </w:rPr>
        <w:t>：</w:t>
      </w:r>
      <w:r w:rsidR="008F03C8" w:rsidRPr="00C1241A">
        <w:rPr>
          <w:rFonts w:ascii="Times New Roman" w:eastAsia="標楷體" w:hAnsi="Times New Roman" w:hint="eastAsia"/>
          <w:sz w:val="24"/>
          <w:szCs w:val="24"/>
          <w:lang w:eastAsia="zh-TW"/>
        </w:rPr>
        <w:t xml:space="preserve"> </w:t>
      </w:r>
      <w:r w:rsidR="008F03C8" w:rsidRPr="00C1241A">
        <w:rPr>
          <w:rFonts w:ascii="Times New Roman" w:eastAsia="標楷體" w:hAnsi="Times New Roman" w:hint="eastAsia"/>
          <w:sz w:val="24"/>
          <w:szCs w:val="24"/>
          <w:lang w:eastAsia="zh-TW"/>
        </w:rPr>
        <w:t>本課程強調「護理專業」與「數據科學」的深度接軌，讓學生從單純的醫療執行者轉變為</w:t>
      </w:r>
      <w:r w:rsidR="008F03C8" w:rsidRPr="00C1241A">
        <w:rPr>
          <w:rFonts w:ascii="Times New Roman" w:eastAsia="標楷體" w:hAnsi="Times New Roman" w:hint="eastAsia"/>
          <w:sz w:val="24"/>
          <w:szCs w:val="24"/>
          <w:lang w:eastAsia="zh-HK"/>
        </w:rPr>
        <w:t>醫療數位資料</w:t>
      </w:r>
      <w:r w:rsidR="008F03C8" w:rsidRPr="00C1241A">
        <w:rPr>
          <w:rFonts w:ascii="Times New Roman" w:eastAsia="標楷體" w:hAnsi="Times New Roman" w:hint="eastAsia"/>
          <w:sz w:val="24"/>
          <w:szCs w:val="24"/>
          <w:lang w:eastAsia="zh-TW"/>
        </w:rPr>
        <w:t>驅動的臨床決策輔助者</w:t>
      </w:r>
    </w:p>
    <w:p w:rsidR="0044609C" w:rsidRPr="00C1241A" w:rsidRDefault="0044609C" w:rsidP="0044609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＊實務案例驅動學習</w:t>
      </w:r>
      <w:r w:rsidRPr="00C1241A">
        <w:rPr>
          <w:rFonts w:ascii="Times New Roman" w:eastAsia="標楷體" w:hAnsi="Times New Roman" w:hint="eastAsia"/>
          <w:sz w:val="24"/>
          <w:szCs w:val="24"/>
          <w:lang w:eastAsia="zh-TW"/>
        </w:rPr>
        <w:t xml:space="preserve"> (PBL)</w:t>
      </w:r>
      <w:r w:rsidRPr="00C1241A">
        <w:rPr>
          <w:rFonts w:ascii="Times New Roman" w:eastAsia="標楷體" w:hAnsi="Times New Roman" w:hint="eastAsia"/>
          <w:sz w:val="24"/>
          <w:szCs w:val="24"/>
          <w:lang w:eastAsia="zh-TW"/>
        </w:rPr>
        <w:t>：</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課程納入凱旋醫院的</w:t>
      </w:r>
      <w:r w:rsidRPr="00C1241A">
        <w:rPr>
          <w:rFonts w:ascii="Times New Roman" w:eastAsia="標楷體" w:hAnsi="Times New Roman" w:hint="eastAsia"/>
          <w:sz w:val="24"/>
          <w:szCs w:val="24"/>
          <w:lang w:eastAsia="zh-TW"/>
        </w:rPr>
        <w:t xml:space="preserve"> iSAFE </w:t>
      </w:r>
      <w:r w:rsidRPr="00C1241A">
        <w:rPr>
          <w:rFonts w:ascii="Times New Roman" w:eastAsia="標楷體" w:hAnsi="Times New Roman" w:hint="eastAsia"/>
          <w:sz w:val="24"/>
          <w:szCs w:val="24"/>
          <w:lang w:eastAsia="zh-TW"/>
        </w:rPr>
        <w:t>安全照護系統與</w:t>
      </w:r>
      <w:r w:rsidRPr="00C1241A">
        <w:rPr>
          <w:rFonts w:ascii="Times New Roman" w:eastAsia="標楷體" w:hAnsi="Times New Roman" w:hint="eastAsia"/>
          <w:sz w:val="24"/>
          <w:szCs w:val="24"/>
          <w:lang w:eastAsia="zh-TW"/>
        </w:rPr>
        <w:t xml:space="preserve"> AI </w:t>
      </w:r>
      <w:r w:rsidRPr="00C1241A">
        <w:rPr>
          <w:rFonts w:ascii="Times New Roman" w:eastAsia="標楷體" w:hAnsi="Times New Roman" w:hint="eastAsia"/>
          <w:sz w:val="24"/>
          <w:szCs w:val="24"/>
          <w:lang w:eastAsia="zh-TW"/>
        </w:rPr>
        <w:t>智慧自助問診室，以及奇美醫院從預測式</w:t>
      </w:r>
      <w:r w:rsidRPr="00C1241A">
        <w:rPr>
          <w:rFonts w:ascii="Times New Roman" w:eastAsia="標楷體" w:hAnsi="Times New Roman" w:hint="eastAsia"/>
          <w:sz w:val="24"/>
          <w:szCs w:val="24"/>
          <w:lang w:eastAsia="zh-TW"/>
        </w:rPr>
        <w:t xml:space="preserve"> AI (AI 1.0) </w:t>
      </w:r>
      <w:r w:rsidRPr="00C1241A">
        <w:rPr>
          <w:rFonts w:ascii="Times New Roman" w:eastAsia="標楷體" w:hAnsi="Times New Roman" w:hint="eastAsia"/>
          <w:sz w:val="24"/>
          <w:szCs w:val="24"/>
          <w:lang w:eastAsia="zh-TW"/>
        </w:rPr>
        <w:t>到生成式</w:t>
      </w:r>
      <w:r w:rsidRPr="00C1241A">
        <w:rPr>
          <w:rFonts w:ascii="Times New Roman" w:eastAsia="標楷體" w:hAnsi="Times New Roman" w:hint="eastAsia"/>
          <w:sz w:val="24"/>
          <w:szCs w:val="24"/>
          <w:lang w:eastAsia="zh-TW"/>
        </w:rPr>
        <w:t xml:space="preserve"> AI (AI 2.0) </w:t>
      </w:r>
      <w:r w:rsidRPr="00C1241A">
        <w:rPr>
          <w:rFonts w:ascii="Times New Roman" w:eastAsia="標楷體" w:hAnsi="Times New Roman" w:hint="eastAsia"/>
          <w:sz w:val="24"/>
          <w:szCs w:val="24"/>
          <w:lang w:eastAsia="zh-TW"/>
        </w:rPr>
        <w:t>的發展經驗。透過</w:t>
      </w:r>
      <w:r w:rsidRPr="00C1241A">
        <w:rPr>
          <w:rFonts w:ascii="Times New Roman" w:eastAsia="標楷體" w:hAnsi="Times New Roman"/>
          <w:sz w:val="24"/>
          <w:szCs w:val="24"/>
          <w:lang w:eastAsia="zh-TW"/>
        </w:rPr>
        <w:t xml:space="preserve"> A+ Copilot </w:t>
      </w:r>
      <w:r w:rsidRPr="00C1241A">
        <w:rPr>
          <w:rFonts w:ascii="Times New Roman" w:eastAsia="標楷體" w:hAnsi="Times New Roman" w:hint="eastAsia"/>
          <w:sz w:val="24"/>
          <w:szCs w:val="24"/>
          <w:lang w:eastAsia="zh-TW"/>
        </w:rPr>
        <w:t>等實際應用，展示</w:t>
      </w:r>
      <w:r w:rsidRPr="00C1241A">
        <w:rPr>
          <w:rFonts w:ascii="Times New Roman" w:eastAsia="標楷體" w:hAnsi="Times New Roman"/>
          <w:sz w:val="24"/>
          <w:szCs w:val="24"/>
          <w:lang w:eastAsia="zh-TW"/>
        </w:rPr>
        <w:t xml:space="preserve"> AI </w:t>
      </w:r>
      <w:r w:rsidRPr="00C1241A">
        <w:rPr>
          <w:rFonts w:ascii="Times New Roman" w:eastAsia="標楷體" w:hAnsi="Times New Roman" w:hint="eastAsia"/>
          <w:sz w:val="24"/>
          <w:szCs w:val="24"/>
          <w:lang w:eastAsia="zh-TW"/>
        </w:rPr>
        <w:t>如何優化病歷摘要、減輕醫護行政負擔並提升服務品質</w:t>
      </w:r>
    </w:p>
    <w:p w:rsidR="00F97B50" w:rsidRPr="00C1241A" w:rsidRDefault="00F97B50" w:rsidP="0044609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＊低門檻、高產出的</w:t>
      </w:r>
      <w:r w:rsidRPr="00C1241A">
        <w:rPr>
          <w:rFonts w:ascii="Times New Roman" w:eastAsia="標楷體" w:hAnsi="Times New Roman"/>
          <w:sz w:val="24"/>
          <w:szCs w:val="24"/>
          <w:lang w:eastAsia="zh-TW"/>
        </w:rPr>
        <w:t xml:space="preserve"> AI </w:t>
      </w:r>
      <w:r w:rsidRPr="00C1241A">
        <w:rPr>
          <w:rFonts w:ascii="Times New Roman" w:eastAsia="標楷體" w:hAnsi="Times New Roman" w:hint="eastAsia"/>
          <w:sz w:val="24"/>
          <w:szCs w:val="24"/>
          <w:lang w:eastAsia="zh-TW"/>
        </w:rPr>
        <w:t>協作教學：</w:t>
      </w:r>
      <w:r w:rsidRPr="00C1241A">
        <w:rPr>
          <w:rFonts w:ascii="Times New Roman" w:eastAsia="標楷體" w:hAnsi="Times New Roman"/>
          <w:sz w:val="24"/>
          <w:szCs w:val="24"/>
          <w:lang w:eastAsia="zh-TW"/>
        </w:rPr>
        <w:t xml:space="preserve"> </w:t>
      </w:r>
      <w:r w:rsidRPr="00C1241A">
        <w:rPr>
          <w:rFonts w:ascii="Times New Roman" w:eastAsia="標楷體" w:hAnsi="Times New Roman" w:hint="eastAsia"/>
          <w:sz w:val="24"/>
          <w:szCs w:val="24"/>
          <w:lang w:eastAsia="zh-TW"/>
        </w:rPr>
        <w:t>針對非資訊背景學生對寫程式的畏懼（期中問卷顯示學生在</w:t>
      </w:r>
      <w:r w:rsidRPr="00C1241A">
        <w:rPr>
          <w:rFonts w:ascii="Times New Roman" w:eastAsia="標楷體" w:hAnsi="Times New Roman"/>
          <w:sz w:val="24"/>
          <w:szCs w:val="24"/>
          <w:lang w:eastAsia="zh-TW"/>
        </w:rPr>
        <w:t xml:space="preserve"> Python </w:t>
      </w:r>
      <w:r w:rsidRPr="00C1241A">
        <w:rPr>
          <w:rFonts w:ascii="Times New Roman" w:eastAsia="標楷體" w:hAnsi="Times New Roman" w:hint="eastAsia"/>
          <w:sz w:val="24"/>
          <w:szCs w:val="24"/>
          <w:lang w:eastAsia="zh-TW"/>
        </w:rPr>
        <w:t>撰寫上信心較弱），課程策略性地引入生成式</w:t>
      </w:r>
      <w:r w:rsidRPr="00C1241A">
        <w:rPr>
          <w:rFonts w:ascii="Times New Roman" w:eastAsia="標楷體" w:hAnsi="Times New Roman"/>
          <w:sz w:val="24"/>
          <w:szCs w:val="24"/>
          <w:lang w:eastAsia="zh-TW"/>
        </w:rPr>
        <w:t xml:space="preserve"> AI</w:t>
      </w:r>
      <w:r w:rsidRPr="00C1241A">
        <w:rPr>
          <w:rFonts w:ascii="Times New Roman" w:eastAsia="標楷體" w:hAnsi="Times New Roman" w:hint="eastAsia"/>
          <w:sz w:val="24"/>
          <w:szCs w:val="24"/>
          <w:lang w:eastAsia="zh-TW"/>
        </w:rPr>
        <w:t>（如</w:t>
      </w:r>
      <w:r w:rsidRPr="00C1241A">
        <w:rPr>
          <w:rFonts w:ascii="Times New Roman" w:eastAsia="標楷體" w:hAnsi="Times New Roman"/>
          <w:sz w:val="24"/>
          <w:szCs w:val="24"/>
          <w:lang w:eastAsia="zh-TW"/>
        </w:rPr>
        <w:t xml:space="preserve"> Gemini/ChatGPT</w:t>
      </w:r>
      <w:r w:rsidRPr="00C1241A">
        <w:rPr>
          <w:rFonts w:ascii="Times New Roman" w:eastAsia="標楷體" w:hAnsi="Times New Roman" w:hint="eastAsia"/>
          <w:sz w:val="24"/>
          <w:szCs w:val="24"/>
          <w:lang w:eastAsia="zh-TW"/>
        </w:rPr>
        <w:t>）輔助開發，讓學生能透過中文指令快速生成代碼並完成醫療數據分析</w:t>
      </w:r>
      <w:r w:rsidR="00212C44" w:rsidRPr="00C1241A">
        <w:rPr>
          <w:rFonts w:ascii="Times New Roman" w:eastAsia="標楷體" w:hAnsi="Times New Roman" w:hint="eastAsia"/>
          <w:sz w:val="24"/>
          <w:szCs w:val="24"/>
          <w:lang w:eastAsia="zh-TW"/>
        </w:rPr>
        <w:t>.</w:t>
      </w:r>
    </w:p>
    <w:p w:rsidR="00212C44" w:rsidRPr="00C1241A" w:rsidRDefault="008422C6" w:rsidP="0044609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 xml:space="preserve">3. </w:t>
      </w:r>
      <w:r w:rsidRPr="00C1241A">
        <w:rPr>
          <w:rFonts w:ascii="Times New Roman" w:eastAsia="標楷體" w:hAnsi="Times New Roman" w:hint="eastAsia"/>
          <w:sz w:val="24"/>
          <w:szCs w:val="24"/>
          <w:lang w:eastAsia="zh-TW"/>
        </w:rPr>
        <w:t>設計理念：以倫理為基石、以實作為核心</w:t>
      </w:r>
    </w:p>
    <w:p w:rsidR="002C399D" w:rsidRPr="00C1241A" w:rsidRDefault="002C399D" w:rsidP="0044609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2F4263" w:rsidRPr="00C1241A">
        <w:rPr>
          <w:rFonts w:ascii="Times New Roman" w:eastAsia="標楷體" w:hAnsi="Times New Roman" w:hint="eastAsia"/>
          <w:sz w:val="24"/>
          <w:szCs w:val="24"/>
          <w:lang w:eastAsia="zh-TW"/>
        </w:rPr>
        <w:t>資訊倫理與</w:t>
      </w:r>
      <w:r w:rsidR="002F4263" w:rsidRPr="00C1241A">
        <w:rPr>
          <w:rFonts w:ascii="Times New Roman" w:eastAsia="標楷體" w:hAnsi="Times New Roman" w:hint="eastAsia"/>
          <w:sz w:val="24"/>
          <w:szCs w:val="24"/>
          <w:lang w:eastAsia="zh-TW"/>
        </w:rPr>
        <w:t xml:space="preserve"> IRB </w:t>
      </w:r>
      <w:r w:rsidR="002F4263" w:rsidRPr="00C1241A">
        <w:rPr>
          <w:rFonts w:ascii="Times New Roman" w:eastAsia="標楷體" w:hAnsi="Times New Roman" w:hint="eastAsia"/>
          <w:sz w:val="24"/>
          <w:szCs w:val="24"/>
          <w:lang w:eastAsia="zh-TW"/>
        </w:rPr>
        <w:t>規範：</w:t>
      </w:r>
      <w:r w:rsidR="002F4263" w:rsidRPr="00C1241A">
        <w:rPr>
          <w:rFonts w:ascii="Times New Roman" w:eastAsia="標楷體" w:hAnsi="Times New Roman" w:hint="eastAsia"/>
          <w:sz w:val="24"/>
          <w:szCs w:val="24"/>
          <w:lang w:eastAsia="zh-TW"/>
        </w:rPr>
        <w:t xml:space="preserve"> </w:t>
      </w:r>
      <w:r w:rsidR="002F4263" w:rsidRPr="00C1241A">
        <w:rPr>
          <w:rFonts w:ascii="Times New Roman" w:eastAsia="標楷體" w:hAnsi="Times New Roman" w:hint="eastAsia"/>
          <w:sz w:val="24"/>
          <w:szCs w:val="24"/>
          <w:lang w:eastAsia="zh-TW"/>
        </w:rPr>
        <w:t>課程強調在發展</w:t>
      </w:r>
      <w:r w:rsidR="002F4263" w:rsidRPr="00C1241A">
        <w:rPr>
          <w:rFonts w:ascii="Times New Roman" w:eastAsia="標楷體" w:hAnsi="Times New Roman" w:hint="eastAsia"/>
          <w:sz w:val="24"/>
          <w:szCs w:val="24"/>
          <w:lang w:eastAsia="zh-TW"/>
        </w:rPr>
        <w:t xml:space="preserve"> AI </w:t>
      </w:r>
      <w:r w:rsidR="002F4263" w:rsidRPr="00C1241A">
        <w:rPr>
          <w:rFonts w:ascii="Times New Roman" w:eastAsia="標楷體" w:hAnsi="Times New Roman" w:hint="eastAsia"/>
          <w:sz w:val="24"/>
          <w:szCs w:val="24"/>
          <w:lang w:eastAsia="zh-TW"/>
        </w:rPr>
        <w:t>應用時，必須嚴格遵守</w:t>
      </w:r>
      <w:r w:rsidR="002F4263" w:rsidRPr="00C1241A">
        <w:rPr>
          <w:rFonts w:ascii="Times New Roman" w:eastAsia="標楷體" w:hAnsi="Times New Roman" w:hint="eastAsia"/>
          <w:sz w:val="24"/>
          <w:szCs w:val="24"/>
          <w:lang w:eastAsia="zh-TW"/>
        </w:rPr>
        <w:t xml:space="preserve"> IRB </w:t>
      </w:r>
      <w:r w:rsidR="002F4263" w:rsidRPr="00C1241A">
        <w:rPr>
          <w:rFonts w:ascii="Times New Roman" w:eastAsia="標楷體" w:hAnsi="Times New Roman" w:hint="eastAsia"/>
          <w:sz w:val="24"/>
          <w:szCs w:val="24"/>
          <w:lang w:eastAsia="zh-TW"/>
        </w:rPr>
        <w:t>倫理規範與資安標準（如</w:t>
      </w:r>
      <w:r w:rsidR="002F4263" w:rsidRPr="00C1241A">
        <w:rPr>
          <w:rFonts w:ascii="Times New Roman" w:eastAsia="標楷體" w:hAnsi="Times New Roman" w:hint="eastAsia"/>
          <w:sz w:val="24"/>
          <w:szCs w:val="24"/>
          <w:lang w:eastAsia="zh-TW"/>
        </w:rPr>
        <w:t xml:space="preserve"> ISO 27001</w:t>
      </w:r>
      <w:r w:rsidR="002F4263" w:rsidRPr="00C1241A">
        <w:rPr>
          <w:rFonts w:ascii="Times New Roman" w:eastAsia="標楷體" w:hAnsi="Times New Roman" w:hint="eastAsia"/>
          <w:sz w:val="24"/>
          <w:szCs w:val="24"/>
          <w:lang w:eastAsia="zh-TW"/>
        </w:rPr>
        <w:t>、</w:t>
      </w:r>
      <w:r w:rsidR="002F4263" w:rsidRPr="00C1241A">
        <w:rPr>
          <w:rFonts w:ascii="Times New Roman" w:eastAsia="標楷體" w:hAnsi="Times New Roman" w:hint="eastAsia"/>
          <w:sz w:val="24"/>
          <w:szCs w:val="24"/>
          <w:lang w:eastAsia="zh-TW"/>
        </w:rPr>
        <w:t xml:space="preserve">SSL </w:t>
      </w:r>
      <w:r w:rsidR="002F4263" w:rsidRPr="00C1241A">
        <w:rPr>
          <w:rFonts w:ascii="Times New Roman" w:eastAsia="標楷體" w:hAnsi="Times New Roman" w:hint="eastAsia"/>
          <w:sz w:val="24"/>
          <w:szCs w:val="24"/>
          <w:lang w:eastAsia="zh-TW"/>
        </w:rPr>
        <w:t>安全傳輸、去個資處理），確保技術發展不損及病患隱私</w:t>
      </w:r>
    </w:p>
    <w:p w:rsidR="00907F77" w:rsidRPr="00C1241A" w:rsidRDefault="00907F77" w:rsidP="00907F77">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＊強調「實作中學習」的回饋循環：</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根據期末問卷回饋，學生對</w:t>
      </w:r>
      <w:r w:rsidRPr="00C1241A">
        <w:rPr>
          <w:rFonts w:ascii="Times New Roman" w:eastAsia="標楷體" w:hAnsi="Times New Roman" w:hint="eastAsia"/>
          <w:sz w:val="24"/>
          <w:szCs w:val="24"/>
          <w:lang w:eastAsia="zh-TW"/>
        </w:rPr>
        <w:t xml:space="preserve"> Google Colab </w:t>
      </w:r>
      <w:r w:rsidRPr="00C1241A">
        <w:rPr>
          <w:rFonts w:ascii="Times New Roman" w:eastAsia="標楷體" w:hAnsi="Times New Roman" w:hint="eastAsia"/>
          <w:sz w:val="24"/>
          <w:szCs w:val="24"/>
          <w:lang w:eastAsia="zh-TW"/>
        </w:rPr>
        <w:t>的實際操作深感興趣且受益良多。設計理念上堅持「多練習、多實作」，透過超過</w:t>
      </w:r>
      <w:r w:rsidRPr="00C1241A">
        <w:rPr>
          <w:rFonts w:ascii="Times New Roman" w:eastAsia="標楷體" w:hAnsi="Times New Roman" w:hint="eastAsia"/>
          <w:sz w:val="24"/>
          <w:szCs w:val="24"/>
          <w:lang w:eastAsia="zh-TW"/>
        </w:rPr>
        <w:t xml:space="preserve"> 20 </w:t>
      </w:r>
      <w:r w:rsidRPr="00C1241A">
        <w:rPr>
          <w:rFonts w:ascii="Times New Roman" w:eastAsia="標楷體" w:hAnsi="Times New Roman" w:hint="eastAsia"/>
          <w:sz w:val="24"/>
          <w:szCs w:val="24"/>
          <w:lang w:eastAsia="zh-TW"/>
        </w:rPr>
        <w:t>題以上的練習，打破程式設計是「天賦」的迷思，強調它是可以習得的「技能」</w:t>
      </w:r>
    </w:p>
    <w:p w:rsidR="00E0011B" w:rsidRPr="00C1241A" w:rsidRDefault="008C741B">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lastRenderedPageBreak/>
        <w:t>＊人機協作</w:t>
      </w:r>
      <w:r w:rsidRPr="00C1241A">
        <w:rPr>
          <w:rFonts w:ascii="Times New Roman" w:eastAsia="標楷體" w:hAnsi="Times New Roman" w:hint="eastAsia"/>
          <w:sz w:val="24"/>
          <w:szCs w:val="24"/>
          <w:lang w:eastAsia="zh-TW"/>
        </w:rPr>
        <w:t xml:space="preserve"> (Human-AI Collaboration) </w:t>
      </w:r>
      <w:r w:rsidRPr="00C1241A">
        <w:rPr>
          <w:rFonts w:ascii="Times New Roman" w:eastAsia="標楷體" w:hAnsi="Times New Roman" w:hint="eastAsia"/>
          <w:sz w:val="24"/>
          <w:szCs w:val="24"/>
          <w:lang w:eastAsia="zh-TW"/>
        </w:rPr>
        <w:t>的職涯視野：</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最終理念在於培養學生與</w:t>
      </w:r>
      <w:r w:rsidRPr="00C1241A">
        <w:rPr>
          <w:rFonts w:ascii="Times New Roman" w:eastAsia="標楷體" w:hAnsi="Times New Roman" w:hint="eastAsia"/>
          <w:sz w:val="24"/>
          <w:szCs w:val="24"/>
          <w:lang w:eastAsia="zh-TW"/>
        </w:rPr>
        <w:t xml:space="preserve"> AI </w:t>
      </w:r>
      <w:r w:rsidRPr="00C1241A">
        <w:rPr>
          <w:rFonts w:ascii="Times New Roman" w:eastAsia="標楷體" w:hAnsi="Times New Roman" w:hint="eastAsia"/>
          <w:sz w:val="24"/>
          <w:szCs w:val="24"/>
          <w:lang w:eastAsia="zh-TW"/>
        </w:rPr>
        <w:t>共事的能力。誠如醫療專家</w:t>
      </w:r>
      <w:r w:rsidRPr="00C1241A">
        <w:rPr>
          <w:rFonts w:ascii="Times New Roman" w:eastAsia="標楷體" w:hAnsi="Times New Roman" w:hint="eastAsia"/>
          <w:sz w:val="24"/>
          <w:szCs w:val="24"/>
          <w:lang w:eastAsia="zh-TW"/>
        </w:rPr>
        <w:t xml:space="preserve"> Abraham Verghese </w:t>
      </w:r>
      <w:r w:rsidRPr="00C1241A">
        <w:rPr>
          <w:rFonts w:ascii="Times New Roman" w:eastAsia="標楷體" w:hAnsi="Times New Roman" w:hint="eastAsia"/>
          <w:sz w:val="24"/>
          <w:szCs w:val="24"/>
          <w:lang w:eastAsia="zh-TW"/>
        </w:rPr>
        <w:t>所言，醫療核心仍是「人性」，</w:t>
      </w:r>
      <w:r w:rsidRPr="00C1241A">
        <w:rPr>
          <w:rFonts w:ascii="Times New Roman" w:eastAsia="標楷體" w:hAnsi="Times New Roman" w:hint="eastAsia"/>
          <w:sz w:val="24"/>
          <w:szCs w:val="24"/>
          <w:lang w:eastAsia="zh-TW"/>
        </w:rPr>
        <w:t xml:space="preserve">AI </w:t>
      </w:r>
      <w:r w:rsidRPr="00C1241A">
        <w:rPr>
          <w:rFonts w:ascii="Times New Roman" w:eastAsia="標楷體" w:hAnsi="Times New Roman" w:hint="eastAsia"/>
          <w:sz w:val="24"/>
          <w:szCs w:val="24"/>
          <w:lang w:eastAsia="zh-TW"/>
        </w:rPr>
        <w:t>是用來降低工作壓力、解決臨床問題的同伴，而非單純的替代品</w:t>
      </w:r>
    </w:p>
    <w:p w:rsidR="00E0011B" w:rsidRPr="00C1241A" w:rsidRDefault="00EF1FC5" w:rsidP="00EF1FC5">
      <w:pPr>
        <w:pStyle w:val="21"/>
        <w:rPr>
          <w:rFonts w:ascii="Times New Roman" w:eastAsia="標楷體" w:hAnsi="Times New Roman"/>
          <w:sz w:val="24"/>
          <w:szCs w:val="24"/>
          <w:lang w:eastAsia="zh-TW"/>
        </w:rPr>
      </w:pPr>
      <w:bookmarkStart w:id="4" w:name="_Toc234218891"/>
      <w:r w:rsidRPr="00C1241A">
        <w:rPr>
          <w:rFonts w:ascii="Times New Roman" w:eastAsia="標楷體" w:hAnsi="Times New Roman" w:hint="eastAsia"/>
          <w:sz w:val="24"/>
          <w:szCs w:val="24"/>
          <w:lang w:eastAsia="zh-HK"/>
        </w:rPr>
        <w:t>一</w:t>
      </w:r>
      <w:r w:rsidR="00742140" w:rsidRPr="00C1241A">
        <w:rPr>
          <w:rFonts w:ascii="Times New Roman" w:eastAsia="標楷體" w:hAnsi="Times New Roman"/>
          <w:sz w:val="24"/>
          <w:szCs w:val="24"/>
          <w:lang w:eastAsia="zh-TW"/>
        </w:rPr>
        <w:t>、教學目標</w:t>
      </w:r>
      <w:bookmarkEnd w:id="4"/>
    </w:p>
    <w:p w:rsidR="00333255" w:rsidRDefault="00333255">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本課程之教學目標分為認知、技能及態度三大面向，旨在讓學生從「科技使用者」轉變為「</w:t>
      </w:r>
      <w:r w:rsidR="009F2184" w:rsidRPr="00C1241A">
        <w:rPr>
          <w:rFonts w:ascii="Times New Roman" w:eastAsia="標楷體" w:hAnsi="Times New Roman" w:hint="eastAsia"/>
          <w:sz w:val="24"/>
          <w:szCs w:val="24"/>
          <w:lang w:eastAsia="zh-HK"/>
        </w:rPr>
        <w:t>醫療健康數位資料</w:t>
      </w:r>
      <w:r w:rsidRPr="00C1241A">
        <w:rPr>
          <w:rFonts w:ascii="Times New Roman" w:eastAsia="標楷體" w:hAnsi="Times New Roman" w:hint="eastAsia"/>
          <w:sz w:val="24"/>
          <w:szCs w:val="24"/>
          <w:lang w:eastAsia="zh-TW"/>
        </w:rPr>
        <w:t>驅動的決策者」：</w:t>
      </w:r>
    </w:p>
    <w:p w:rsidR="008A0B47" w:rsidRPr="00C1241A" w:rsidRDefault="008A0B47">
      <w:pPr>
        <w:rPr>
          <w:rFonts w:ascii="Times New Roman" w:eastAsia="標楷體" w:hAnsi="Times New Roman"/>
          <w:sz w:val="24"/>
          <w:szCs w:val="24"/>
          <w:lang w:eastAsia="zh-TW"/>
        </w:rPr>
      </w:pPr>
      <w:r w:rsidRPr="008A0B47">
        <w:rPr>
          <w:rFonts w:ascii="Times New Roman" w:eastAsia="標楷體" w:hAnsi="Times New Roman"/>
          <w:noProof/>
          <w:sz w:val="24"/>
          <w:szCs w:val="24"/>
          <w:lang w:eastAsia="zh-TW"/>
        </w:rPr>
        <w:drawing>
          <wp:inline distT="0" distB="0" distL="0" distR="0" wp14:anchorId="064C59A0" wp14:editId="3A170D3E">
            <wp:extent cx="5530468" cy="3539977"/>
            <wp:effectExtent l="0" t="0" r="0" b="381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33539" cy="3541943"/>
                    </a:xfrm>
                    <a:prstGeom prst="rect">
                      <a:avLst/>
                    </a:prstGeom>
                  </pic:spPr>
                </pic:pic>
              </a:graphicData>
            </a:graphic>
          </wp:inline>
        </w:drawing>
      </w:r>
    </w:p>
    <w:p w:rsidR="00334554" w:rsidRPr="00C1241A" w:rsidRDefault="00334554"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 xml:space="preserve">1. </w:t>
      </w:r>
      <w:r w:rsidRPr="00C1241A">
        <w:rPr>
          <w:rFonts w:ascii="Times New Roman" w:eastAsia="標楷體" w:hAnsi="Times New Roman" w:hint="eastAsia"/>
          <w:sz w:val="24"/>
          <w:szCs w:val="24"/>
          <w:lang w:eastAsia="zh-TW"/>
        </w:rPr>
        <w:t>認知面</w:t>
      </w:r>
      <w:r w:rsidRPr="00C1241A">
        <w:rPr>
          <w:rFonts w:ascii="Times New Roman" w:eastAsia="標楷體" w:hAnsi="Times New Roman" w:hint="eastAsia"/>
          <w:sz w:val="24"/>
          <w:szCs w:val="24"/>
          <w:lang w:eastAsia="zh-TW"/>
        </w:rPr>
        <w:t xml:space="preserve"> (Cognitive)</w:t>
      </w:r>
    </w:p>
    <w:p w:rsidR="00334554" w:rsidRPr="00C1241A" w:rsidRDefault="00126894"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334554" w:rsidRPr="00C1241A">
        <w:rPr>
          <w:rFonts w:ascii="Times New Roman" w:eastAsia="標楷體" w:hAnsi="Times New Roman" w:hint="eastAsia"/>
          <w:sz w:val="24"/>
          <w:szCs w:val="24"/>
          <w:lang w:eastAsia="zh-TW"/>
        </w:rPr>
        <w:t>掌握</w:t>
      </w:r>
      <w:r w:rsidR="00334554" w:rsidRPr="00C1241A">
        <w:rPr>
          <w:rFonts w:ascii="Times New Roman" w:eastAsia="標楷體" w:hAnsi="Times New Roman"/>
          <w:sz w:val="24"/>
          <w:szCs w:val="24"/>
          <w:lang w:eastAsia="zh-TW"/>
        </w:rPr>
        <w:t xml:space="preserve"> AI </w:t>
      </w:r>
      <w:r w:rsidR="00334554" w:rsidRPr="00C1241A">
        <w:rPr>
          <w:rFonts w:ascii="Times New Roman" w:eastAsia="標楷體" w:hAnsi="Times New Roman" w:hint="eastAsia"/>
          <w:sz w:val="24"/>
          <w:szCs w:val="24"/>
          <w:lang w:eastAsia="zh-TW"/>
        </w:rPr>
        <w:t>基礎與發展趨勢：</w:t>
      </w:r>
      <w:r w:rsidR="00334554" w:rsidRPr="00C1241A">
        <w:rPr>
          <w:rFonts w:ascii="Times New Roman" w:eastAsia="標楷體" w:hAnsi="Times New Roman"/>
          <w:sz w:val="24"/>
          <w:szCs w:val="24"/>
          <w:lang w:eastAsia="zh-TW"/>
        </w:rPr>
        <w:t xml:space="preserve"> </w:t>
      </w:r>
      <w:r w:rsidR="00334554" w:rsidRPr="00C1241A">
        <w:rPr>
          <w:rFonts w:ascii="Times New Roman" w:eastAsia="標楷體" w:hAnsi="Times New Roman" w:hint="eastAsia"/>
          <w:sz w:val="24"/>
          <w:szCs w:val="24"/>
          <w:lang w:eastAsia="zh-TW"/>
        </w:rPr>
        <w:t>學生能辨識人工智慧的發展歷史，並區分預測式</w:t>
      </w:r>
      <w:r w:rsidR="00334554" w:rsidRPr="00C1241A">
        <w:rPr>
          <w:rFonts w:ascii="Times New Roman" w:eastAsia="標楷體" w:hAnsi="Times New Roman"/>
          <w:sz w:val="24"/>
          <w:szCs w:val="24"/>
          <w:lang w:eastAsia="zh-TW"/>
        </w:rPr>
        <w:t xml:space="preserve"> AI (AI 1.0) </w:t>
      </w:r>
      <w:r w:rsidR="00334554" w:rsidRPr="00C1241A">
        <w:rPr>
          <w:rFonts w:ascii="Times New Roman" w:eastAsia="標楷體" w:hAnsi="Times New Roman" w:hint="eastAsia"/>
          <w:sz w:val="24"/>
          <w:szCs w:val="24"/>
          <w:lang w:eastAsia="zh-TW"/>
        </w:rPr>
        <w:t>與生成式</w:t>
      </w:r>
      <w:r w:rsidR="00334554" w:rsidRPr="00C1241A">
        <w:rPr>
          <w:rFonts w:ascii="Times New Roman" w:eastAsia="標楷體" w:hAnsi="Times New Roman"/>
          <w:sz w:val="24"/>
          <w:szCs w:val="24"/>
          <w:lang w:eastAsia="zh-TW"/>
        </w:rPr>
        <w:t xml:space="preserve"> AI (AI 2.0) </w:t>
      </w:r>
      <w:r w:rsidR="00334554" w:rsidRPr="00C1241A">
        <w:rPr>
          <w:rFonts w:ascii="Times New Roman" w:eastAsia="標楷體" w:hAnsi="Times New Roman" w:hint="eastAsia"/>
          <w:sz w:val="24"/>
          <w:szCs w:val="24"/>
          <w:lang w:eastAsia="zh-TW"/>
        </w:rPr>
        <w:t>在醫療應用上的本質差異</w:t>
      </w:r>
    </w:p>
    <w:p w:rsidR="00126894" w:rsidRPr="00C1241A" w:rsidRDefault="00126894"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＊理解醫療資訊系統架構：</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學生能描述</w:t>
      </w:r>
      <w:r w:rsidRPr="00C1241A">
        <w:rPr>
          <w:rFonts w:ascii="Times New Roman" w:eastAsia="標楷體" w:hAnsi="Times New Roman" w:hint="eastAsia"/>
          <w:sz w:val="24"/>
          <w:szCs w:val="24"/>
          <w:lang w:eastAsia="zh-TW"/>
        </w:rPr>
        <w:t xml:space="preserve"> HIS (</w:t>
      </w:r>
      <w:r w:rsidRPr="00C1241A">
        <w:rPr>
          <w:rFonts w:ascii="Times New Roman" w:eastAsia="標楷體" w:hAnsi="Times New Roman" w:hint="eastAsia"/>
          <w:sz w:val="24"/>
          <w:szCs w:val="24"/>
          <w:lang w:eastAsia="zh-TW"/>
        </w:rPr>
        <w:t>醫院資訊系統</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與</w:t>
      </w:r>
      <w:r w:rsidRPr="00C1241A">
        <w:rPr>
          <w:rFonts w:ascii="Times New Roman" w:eastAsia="標楷體" w:hAnsi="Times New Roman" w:hint="eastAsia"/>
          <w:sz w:val="24"/>
          <w:szCs w:val="24"/>
          <w:lang w:eastAsia="zh-TW"/>
        </w:rPr>
        <w:t xml:space="preserve"> NIS (</w:t>
      </w:r>
      <w:r w:rsidRPr="00C1241A">
        <w:rPr>
          <w:rFonts w:ascii="Times New Roman" w:eastAsia="標楷體" w:hAnsi="Times New Roman" w:hint="eastAsia"/>
          <w:sz w:val="24"/>
          <w:szCs w:val="24"/>
          <w:lang w:eastAsia="zh-TW"/>
        </w:rPr>
        <w:t>護理資訊系統</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的架構，並理解資料如何在系統間整合以支援臨床決策</w:t>
      </w:r>
    </w:p>
    <w:p w:rsidR="00126894" w:rsidRPr="00C1241A" w:rsidRDefault="00600DF8"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1E0BA7" w:rsidRPr="00C1241A">
        <w:rPr>
          <w:rFonts w:ascii="Times New Roman" w:eastAsia="標楷體" w:hAnsi="Times New Roman" w:hint="eastAsia"/>
          <w:sz w:val="24"/>
          <w:szCs w:val="24"/>
          <w:lang w:eastAsia="zh-TW"/>
        </w:rPr>
        <w:t>深植資訊倫理與資安意識：</w:t>
      </w:r>
      <w:r w:rsidR="001E0BA7" w:rsidRPr="00C1241A">
        <w:rPr>
          <w:rFonts w:ascii="Times New Roman" w:eastAsia="標楷體" w:hAnsi="Times New Roman" w:hint="eastAsia"/>
          <w:sz w:val="24"/>
          <w:szCs w:val="24"/>
          <w:lang w:eastAsia="zh-TW"/>
        </w:rPr>
        <w:t xml:space="preserve"> </w:t>
      </w:r>
      <w:r w:rsidR="001E0BA7" w:rsidRPr="00C1241A">
        <w:rPr>
          <w:rFonts w:ascii="Times New Roman" w:eastAsia="標楷體" w:hAnsi="Times New Roman" w:hint="eastAsia"/>
          <w:sz w:val="24"/>
          <w:szCs w:val="24"/>
          <w:lang w:eastAsia="zh-TW"/>
        </w:rPr>
        <w:t>學生能理解</w:t>
      </w:r>
      <w:r w:rsidR="001E0BA7" w:rsidRPr="00C1241A">
        <w:rPr>
          <w:rFonts w:ascii="Times New Roman" w:eastAsia="標楷體" w:hAnsi="Times New Roman" w:hint="eastAsia"/>
          <w:sz w:val="24"/>
          <w:szCs w:val="24"/>
          <w:lang w:eastAsia="zh-TW"/>
        </w:rPr>
        <w:t xml:space="preserve"> IRB </w:t>
      </w:r>
      <w:r w:rsidR="001E0BA7" w:rsidRPr="00C1241A">
        <w:rPr>
          <w:rFonts w:ascii="Times New Roman" w:eastAsia="標楷體" w:hAnsi="Times New Roman" w:hint="eastAsia"/>
          <w:sz w:val="24"/>
          <w:szCs w:val="24"/>
          <w:lang w:eastAsia="zh-TW"/>
        </w:rPr>
        <w:t>倫理規範、醫療資安防護策略（如</w:t>
      </w:r>
      <w:r w:rsidR="001E0BA7" w:rsidRPr="00C1241A">
        <w:rPr>
          <w:rFonts w:ascii="Times New Roman" w:eastAsia="標楷體" w:hAnsi="Times New Roman" w:hint="eastAsia"/>
          <w:sz w:val="24"/>
          <w:szCs w:val="24"/>
          <w:lang w:eastAsia="zh-TW"/>
        </w:rPr>
        <w:t xml:space="preserve"> SOC x MDR x SOAR</w:t>
      </w:r>
      <w:r w:rsidR="001E0BA7" w:rsidRPr="00C1241A">
        <w:rPr>
          <w:rFonts w:ascii="Times New Roman" w:eastAsia="標楷體" w:hAnsi="Times New Roman" w:hint="eastAsia"/>
          <w:sz w:val="24"/>
          <w:szCs w:val="24"/>
          <w:lang w:eastAsia="zh-TW"/>
        </w:rPr>
        <w:t>）及資料去個資化的必要性，以保護病患隱私</w:t>
      </w:r>
    </w:p>
    <w:p w:rsidR="00826E80" w:rsidRPr="00C1241A" w:rsidRDefault="00826E80"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 xml:space="preserve">2. </w:t>
      </w:r>
      <w:r w:rsidRPr="00C1241A">
        <w:rPr>
          <w:rFonts w:ascii="Times New Roman" w:eastAsia="標楷體" w:hAnsi="Times New Roman" w:hint="eastAsia"/>
          <w:sz w:val="24"/>
          <w:szCs w:val="24"/>
          <w:lang w:eastAsia="zh-TW"/>
        </w:rPr>
        <w:t>技能面</w:t>
      </w:r>
      <w:r w:rsidRPr="00C1241A">
        <w:rPr>
          <w:rFonts w:ascii="Times New Roman" w:eastAsia="標楷體" w:hAnsi="Times New Roman" w:hint="eastAsia"/>
          <w:sz w:val="24"/>
          <w:szCs w:val="24"/>
          <w:lang w:eastAsia="zh-TW"/>
        </w:rPr>
        <w:t xml:space="preserve"> (Skill)</w:t>
      </w:r>
    </w:p>
    <w:p w:rsidR="00832884" w:rsidRPr="00C1241A" w:rsidRDefault="00832884"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lastRenderedPageBreak/>
        <w:t>＊</w:t>
      </w:r>
      <w:r w:rsidR="00BB3855" w:rsidRPr="00C1241A">
        <w:rPr>
          <w:rFonts w:ascii="Times New Roman" w:eastAsia="標楷體" w:hAnsi="Times New Roman" w:hint="eastAsia"/>
          <w:sz w:val="24"/>
          <w:szCs w:val="24"/>
          <w:lang w:eastAsia="zh-TW"/>
        </w:rPr>
        <w:t>具備數據探勘與視覺化能力：</w:t>
      </w:r>
      <w:r w:rsidR="00BB3855" w:rsidRPr="00C1241A">
        <w:rPr>
          <w:rFonts w:ascii="Times New Roman" w:eastAsia="標楷體" w:hAnsi="Times New Roman" w:hint="eastAsia"/>
          <w:sz w:val="24"/>
          <w:szCs w:val="24"/>
          <w:lang w:eastAsia="zh-TW"/>
        </w:rPr>
        <w:t xml:space="preserve"> </w:t>
      </w:r>
      <w:r w:rsidR="00BB3855" w:rsidRPr="00C1241A">
        <w:rPr>
          <w:rFonts w:ascii="Times New Roman" w:eastAsia="標楷體" w:hAnsi="Times New Roman" w:hint="eastAsia"/>
          <w:sz w:val="24"/>
          <w:szCs w:val="24"/>
          <w:lang w:eastAsia="zh-TW"/>
        </w:rPr>
        <w:t>學生能運用</w:t>
      </w:r>
      <w:r w:rsidR="00BB3855" w:rsidRPr="00C1241A">
        <w:rPr>
          <w:rFonts w:ascii="Times New Roman" w:eastAsia="標楷體" w:hAnsi="Times New Roman" w:hint="eastAsia"/>
          <w:sz w:val="24"/>
          <w:szCs w:val="24"/>
          <w:lang w:eastAsia="zh-TW"/>
        </w:rPr>
        <w:t xml:space="preserve"> Python (Pandas, NumPy, Matplotlib) </w:t>
      </w:r>
      <w:r w:rsidR="00BB3855" w:rsidRPr="00C1241A">
        <w:rPr>
          <w:rFonts w:ascii="Times New Roman" w:eastAsia="標楷體" w:hAnsi="Times New Roman" w:hint="eastAsia"/>
          <w:sz w:val="24"/>
          <w:szCs w:val="24"/>
          <w:lang w:eastAsia="zh-TW"/>
        </w:rPr>
        <w:t>處理醫療健康數據（如血糖、血壓趨勢），並將結果轉化為視覺化圖表以輔助臨床判斷</w:t>
      </w:r>
    </w:p>
    <w:p w:rsidR="00BB3855" w:rsidRPr="00C1241A" w:rsidRDefault="00BB3855"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＊熟練</w:t>
      </w:r>
      <w:r w:rsidRPr="00C1241A">
        <w:rPr>
          <w:rFonts w:ascii="Times New Roman" w:eastAsia="標楷體" w:hAnsi="Times New Roman"/>
          <w:sz w:val="24"/>
          <w:szCs w:val="24"/>
          <w:lang w:eastAsia="zh-TW"/>
        </w:rPr>
        <w:t xml:space="preserve"> AI </w:t>
      </w:r>
      <w:r w:rsidRPr="00C1241A">
        <w:rPr>
          <w:rFonts w:ascii="Times New Roman" w:eastAsia="標楷體" w:hAnsi="Times New Roman" w:hint="eastAsia"/>
          <w:sz w:val="24"/>
          <w:szCs w:val="24"/>
          <w:lang w:eastAsia="zh-TW"/>
        </w:rPr>
        <w:t>協作開發工具：</w:t>
      </w:r>
      <w:r w:rsidRPr="00C1241A">
        <w:rPr>
          <w:rFonts w:ascii="Times New Roman" w:eastAsia="標楷體" w:hAnsi="Times New Roman"/>
          <w:sz w:val="24"/>
          <w:szCs w:val="24"/>
          <w:lang w:eastAsia="zh-TW"/>
        </w:rPr>
        <w:t xml:space="preserve"> </w:t>
      </w:r>
      <w:r w:rsidRPr="00C1241A">
        <w:rPr>
          <w:rFonts w:ascii="Times New Roman" w:eastAsia="標楷體" w:hAnsi="Times New Roman" w:hint="eastAsia"/>
          <w:sz w:val="24"/>
          <w:szCs w:val="24"/>
          <w:lang w:eastAsia="zh-TW"/>
        </w:rPr>
        <w:t>學生能操作</w:t>
      </w:r>
      <w:r w:rsidRPr="00C1241A">
        <w:rPr>
          <w:rFonts w:ascii="Times New Roman" w:eastAsia="標楷體" w:hAnsi="Times New Roman"/>
          <w:sz w:val="24"/>
          <w:szCs w:val="24"/>
          <w:lang w:eastAsia="zh-TW"/>
        </w:rPr>
        <w:t xml:space="preserve"> Google Colab </w:t>
      </w:r>
      <w:r w:rsidRPr="00C1241A">
        <w:rPr>
          <w:rFonts w:ascii="Times New Roman" w:eastAsia="標楷體" w:hAnsi="Times New Roman" w:hint="eastAsia"/>
          <w:sz w:val="24"/>
          <w:szCs w:val="24"/>
          <w:lang w:eastAsia="zh-TW"/>
        </w:rPr>
        <w:t>雲端開發環境，並學會編寫有效的</w:t>
      </w:r>
      <w:r w:rsidRPr="00C1241A">
        <w:rPr>
          <w:rFonts w:ascii="Times New Roman" w:eastAsia="標楷體" w:hAnsi="Times New Roman"/>
          <w:sz w:val="24"/>
          <w:szCs w:val="24"/>
          <w:lang w:eastAsia="zh-TW"/>
        </w:rPr>
        <w:t xml:space="preserve"> Prompt (</w:t>
      </w:r>
      <w:r w:rsidRPr="00C1241A">
        <w:rPr>
          <w:rFonts w:ascii="Times New Roman" w:eastAsia="標楷體" w:hAnsi="Times New Roman" w:hint="eastAsia"/>
          <w:sz w:val="24"/>
          <w:szCs w:val="24"/>
          <w:lang w:eastAsia="zh-TW"/>
        </w:rPr>
        <w:t>提示詞</w:t>
      </w:r>
      <w:r w:rsidRPr="00C1241A">
        <w:rPr>
          <w:rFonts w:ascii="Times New Roman" w:eastAsia="標楷體" w:hAnsi="Times New Roman"/>
          <w:sz w:val="24"/>
          <w:szCs w:val="24"/>
          <w:lang w:eastAsia="zh-TW"/>
        </w:rPr>
        <w:t>)</w:t>
      </w:r>
      <w:r w:rsidRPr="00C1241A">
        <w:rPr>
          <w:rFonts w:ascii="Times New Roman" w:eastAsia="標楷體" w:hAnsi="Times New Roman" w:hint="eastAsia"/>
          <w:sz w:val="24"/>
          <w:szCs w:val="24"/>
          <w:lang w:eastAsia="zh-TW"/>
        </w:rPr>
        <w:t>，利用生成式</w:t>
      </w:r>
      <w:r w:rsidRPr="00C1241A">
        <w:rPr>
          <w:rFonts w:ascii="Times New Roman" w:eastAsia="標楷體" w:hAnsi="Times New Roman"/>
          <w:sz w:val="24"/>
          <w:szCs w:val="24"/>
          <w:lang w:eastAsia="zh-TW"/>
        </w:rPr>
        <w:t xml:space="preserve"> AI </w:t>
      </w:r>
      <w:r w:rsidRPr="00C1241A">
        <w:rPr>
          <w:rFonts w:ascii="Times New Roman" w:eastAsia="標楷體" w:hAnsi="Times New Roman" w:hint="eastAsia"/>
          <w:sz w:val="24"/>
          <w:szCs w:val="24"/>
          <w:lang w:eastAsia="zh-TW"/>
        </w:rPr>
        <w:t>輔助撰寫程式碼或產出病歷摘要</w:t>
      </w:r>
    </w:p>
    <w:p w:rsidR="00805E0E" w:rsidRPr="00C1241A" w:rsidRDefault="00805E0E" w:rsidP="00334554">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＊應用智慧科技解決臨床問題：</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學生能識別臨床照護痛點，並結合智慧醫療案例（如凱旋醫院</w:t>
      </w:r>
      <w:r w:rsidRPr="00C1241A">
        <w:rPr>
          <w:rFonts w:ascii="Times New Roman" w:eastAsia="標楷體" w:hAnsi="Times New Roman" w:hint="eastAsia"/>
          <w:sz w:val="24"/>
          <w:szCs w:val="24"/>
          <w:lang w:eastAsia="zh-TW"/>
        </w:rPr>
        <w:t xml:space="preserve"> iSAFE </w:t>
      </w:r>
      <w:r w:rsidRPr="00C1241A">
        <w:rPr>
          <w:rFonts w:ascii="Times New Roman" w:eastAsia="標楷體" w:hAnsi="Times New Roman" w:hint="eastAsia"/>
          <w:sz w:val="24"/>
          <w:szCs w:val="24"/>
          <w:lang w:eastAsia="zh-TW"/>
        </w:rPr>
        <w:t>系統、奇美醫院</w:t>
      </w:r>
      <w:r w:rsidRPr="00C1241A">
        <w:rPr>
          <w:rFonts w:ascii="Times New Roman" w:eastAsia="標楷體" w:hAnsi="Times New Roman" w:hint="eastAsia"/>
          <w:sz w:val="24"/>
          <w:szCs w:val="24"/>
          <w:lang w:eastAsia="zh-TW"/>
        </w:rPr>
        <w:t xml:space="preserve"> A+ Copilot</w:t>
      </w:r>
      <w:r w:rsidRPr="00C1241A">
        <w:rPr>
          <w:rFonts w:ascii="Times New Roman" w:eastAsia="標楷體" w:hAnsi="Times New Roman" w:hint="eastAsia"/>
          <w:sz w:val="24"/>
          <w:szCs w:val="24"/>
          <w:lang w:eastAsia="zh-TW"/>
        </w:rPr>
        <w:t>），提出科技輔助的解決方案</w:t>
      </w:r>
    </w:p>
    <w:p w:rsidR="000109C6" w:rsidRPr="00C1241A" w:rsidRDefault="000109C6" w:rsidP="000109C6">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 xml:space="preserve">3. </w:t>
      </w:r>
      <w:r w:rsidRPr="00C1241A">
        <w:rPr>
          <w:rFonts w:ascii="Times New Roman" w:eastAsia="標楷體" w:hAnsi="Times New Roman" w:hint="eastAsia"/>
          <w:sz w:val="24"/>
          <w:szCs w:val="24"/>
          <w:lang w:eastAsia="zh-TW"/>
        </w:rPr>
        <w:t>態度面</w:t>
      </w:r>
      <w:r w:rsidRPr="00C1241A">
        <w:rPr>
          <w:rFonts w:ascii="Times New Roman" w:eastAsia="標楷體" w:hAnsi="Times New Roman" w:hint="eastAsia"/>
          <w:sz w:val="24"/>
          <w:szCs w:val="24"/>
          <w:lang w:eastAsia="zh-TW"/>
        </w:rPr>
        <w:t xml:space="preserve"> (Attitude)</w:t>
      </w:r>
    </w:p>
    <w:p w:rsidR="000109C6" w:rsidRPr="00C1241A" w:rsidRDefault="00AD3DF8" w:rsidP="000109C6">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0109C6" w:rsidRPr="00C1241A">
        <w:rPr>
          <w:rFonts w:ascii="Times New Roman" w:eastAsia="標楷體" w:hAnsi="Times New Roman" w:hint="eastAsia"/>
          <w:sz w:val="24"/>
          <w:szCs w:val="24"/>
          <w:lang w:eastAsia="zh-TW"/>
        </w:rPr>
        <w:t>培養批判性思考與反思：</w:t>
      </w:r>
      <w:r w:rsidR="000109C6" w:rsidRPr="00C1241A">
        <w:rPr>
          <w:rFonts w:ascii="Times New Roman" w:eastAsia="標楷體" w:hAnsi="Times New Roman" w:hint="eastAsia"/>
          <w:sz w:val="24"/>
          <w:szCs w:val="24"/>
          <w:lang w:eastAsia="zh-TW"/>
        </w:rPr>
        <w:t xml:space="preserve"> </w:t>
      </w:r>
      <w:r w:rsidR="000109C6" w:rsidRPr="00C1241A">
        <w:rPr>
          <w:rFonts w:ascii="Times New Roman" w:eastAsia="標楷體" w:hAnsi="Times New Roman" w:hint="eastAsia"/>
          <w:sz w:val="24"/>
          <w:szCs w:val="24"/>
          <w:lang w:eastAsia="zh-TW"/>
        </w:rPr>
        <w:t>針對</w:t>
      </w:r>
      <w:r w:rsidR="000109C6" w:rsidRPr="00C1241A">
        <w:rPr>
          <w:rFonts w:ascii="Times New Roman" w:eastAsia="標楷體" w:hAnsi="Times New Roman" w:hint="eastAsia"/>
          <w:sz w:val="24"/>
          <w:szCs w:val="24"/>
          <w:lang w:eastAsia="zh-TW"/>
        </w:rPr>
        <w:t xml:space="preserve"> AI </w:t>
      </w:r>
      <w:r w:rsidR="000109C6" w:rsidRPr="00C1241A">
        <w:rPr>
          <w:rFonts w:ascii="Times New Roman" w:eastAsia="標楷體" w:hAnsi="Times New Roman" w:hint="eastAsia"/>
          <w:sz w:val="24"/>
          <w:szCs w:val="24"/>
          <w:lang w:eastAsia="zh-TW"/>
        </w:rPr>
        <w:t>模型的可解釋性與判讀錯誤，學生能保持嚴謹的批判態度，不盲目依賴技術輸出</w:t>
      </w:r>
    </w:p>
    <w:p w:rsidR="00CA7943" w:rsidRPr="00C1241A" w:rsidRDefault="00CA7943" w:rsidP="00CA7943">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＊建立人機協作的職涯視野：</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學生能建立「以人為本」的科技觀，將</w:t>
      </w:r>
      <w:r w:rsidRPr="00C1241A">
        <w:rPr>
          <w:rFonts w:ascii="Times New Roman" w:eastAsia="標楷體" w:hAnsi="Times New Roman" w:hint="eastAsia"/>
          <w:sz w:val="24"/>
          <w:szCs w:val="24"/>
          <w:lang w:eastAsia="zh-TW"/>
        </w:rPr>
        <w:t xml:space="preserve"> AI </w:t>
      </w:r>
      <w:r w:rsidR="001B4919" w:rsidRPr="00C1241A">
        <w:rPr>
          <w:rFonts w:ascii="Times New Roman" w:eastAsia="標楷體" w:hAnsi="Times New Roman" w:hint="eastAsia"/>
          <w:sz w:val="24"/>
          <w:szCs w:val="24"/>
          <w:lang w:eastAsia="zh-TW"/>
        </w:rPr>
        <w:t>視為減輕行政負擔、提升照護品質的夥伴，而非取代</w:t>
      </w:r>
      <w:r w:rsidR="001B4919" w:rsidRPr="00C1241A">
        <w:rPr>
          <w:rFonts w:ascii="Times New Roman" w:eastAsia="標楷體" w:hAnsi="Times New Roman" w:hint="eastAsia"/>
          <w:sz w:val="24"/>
          <w:szCs w:val="24"/>
          <w:lang w:eastAsia="zh-HK"/>
        </w:rPr>
        <w:t>者</w:t>
      </w:r>
      <w:r w:rsidRPr="00C1241A">
        <w:rPr>
          <w:rFonts w:ascii="Times New Roman" w:eastAsia="標楷體" w:hAnsi="Times New Roman" w:hint="eastAsia"/>
          <w:sz w:val="24"/>
          <w:szCs w:val="24"/>
          <w:lang w:eastAsia="zh-TW"/>
        </w:rPr>
        <w:t>。</w:t>
      </w:r>
    </w:p>
    <w:p w:rsidR="00761445" w:rsidRPr="00C1241A" w:rsidRDefault="00761445" w:rsidP="00CA7943">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＊展現跨域溝通與合作精神：</w:t>
      </w:r>
      <w:r w:rsidRPr="00C1241A">
        <w:rPr>
          <w:rFonts w:ascii="Times New Roman" w:eastAsia="標楷體" w:hAnsi="Times New Roman" w:hint="eastAsia"/>
          <w:sz w:val="24"/>
          <w:szCs w:val="24"/>
          <w:lang w:eastAsia="zh-TW"/>
        </w:rPr>
        <w:t xml:space="preserve"> </w:t>
      </w:r>
      <w:r w:rsidRPr="00C1241A">
        <w:rPr>
          <w:rFonts w:ascii="Times New Roman" w:eastAsia="標楷體" w:hAnsi="Times New Roman" w:hint="eastAsia"/>
          <w:sz w:val="24"/>
          <w:szCs w:val="24"/>
          <w:lang w:eastAsia="zh-TW"/>
        </w:rPr>
        <w:t>在專案實作中，學生能跨越護理專業與數據科學的鴻溝，積極與不同領域人員溝通協作，達成智慧醫療轉型的共識</w:t>
      </w:r>
    </w:p>
    <w:p w:rsidR="001058B4" w:rsidRPr="00C1241A" w:rsidRDefault="001058B4" w:rsidP="00CA7943">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教師回饋與問卷啟發對教學目標之優化</w:t>
      </w:r>
      <w:r w:rsidR="00BF401B" w:rsidRPr="00C1241A">
        <w:rPr>
          <w:rFonts w:ascii="Times New Roman" w:eastAsia="標楷體" w:hAnsi="Times New Roman" w:hint="eastAsia"/>
          <w:sz w:val="24"/>
          <w:szCs w:val="24"/>
          <w:lang w:eastAsia="zh-TW"/>
        </w:rPr>
        <w:t>:</w:t>
      </w:r>
    </w:p>
    <w:p w:rsidR="00A225AC" w:rsidRPr="00C1241A" w:rsidRDefault="00A225AC" w:rsidP="00A225A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＊針對技能弱項強化：</w:t>
      </w:r>
      <w:r w:rsidRPr="00C1241A">
        <w:rPr>
          <w:rFonts w:ascii="Times New Roman" w:eastAsia="標楷體" w:hAnsi="Times New Roman"/>
          <w:sz w:val="24"/>
          <w:szCs w:val="24"/>
          <w:lang w:eastAsia="zh-TW"/>
        </w:rPr>
        <w:t xml:space="preserve"> </w:t>
      </w:r>
      <w:r w:rsidRPr="00C1241A">
        <w:rPr>
          <w:rFonts w:ascii="Times New Roman" w:eastAsia="標楷體" w:hAnsi="Times New Roman" w:hint="eastAsia"/>
          <w:sz w:val="24"/>
          <w:szCs w:val="24"/>
          <w:lang w:eastAsia="zh-TW"/>
        </w:rPr>
        <w:t>期中問卷反映學生對「開啟工具」與「特定語法撰寫」較沒信心</w:t>
      </w:r>
    </w:p>
    <w:p w:rsidR="00BF401B" w:rsidRPr="00C1241A" w:rsidRDefault="00A225AC" w:rsidP="00A225A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，因此教學目標特別強調</w:t>
      </w:r>
      <w:r w:rsidRPr="00C1241A">
        <w:rPr>
          <w:rFonts w:ascii="Times New Roman" w:eastAsia="標楷體" w:hAnsi="Times New Roman" w:hint="eastAsia"/>
          <w:sz w:val="24"/>
          <w:szCs w:val="24"/>
          <w:lang w:eastAsia="zh-TW"/>
        </w:rPr>
        <w:t>**</w:t>
      </w:r>
      <w:r w:rsidRPr="00C1241A">
        <w:rPr>
          <w:rFonts w:ascii="Times New Roman" w:eastAsia="標楷體" w:hAnsi="Times New Roman" w:hint="eastAsia"/>
          <w:sz w:val="24"/>
          <w:szCs w:val="24"/>
          <w:lang w:eastAsia="zh-TW"/>
        </w:rPr>
        <w:t>「</w:t>
      </w:r>
      <w:r w:rsidRPr="00C1241A">
        <w:rPr>
          <w:rFonts w:ascii="Times New Roman" w:eastAsia="標楷體" w:hAnsi="Times New Roman" w:hint="eastAsia"/>
          <w:sz w:val="24"/>
          <w:szCs w:val="24"/>
          <w:lang w:eastAsia="zh-TW"/>
        </w:rPr>
        <w:t xml:space="preserve">AI </w:t>
      </w:r>
      <w:r w:rsidRPr="00C1241A">
        <w:rPr>
          <w:rFonts w:ascii="Times New Roman" w:eastAsia="標楷體" w:hAnsi="Times New Roman" w:hint="eastAsia"/>
          <w:sz w:val="24"/>
          <w:szCs w:val="24"/>
          <w:lang w:eastAsia="zh-TW"/>
        </w:rPr>
        <w:t>協作開發」</w:t>
      </w:r>
      <w:r w:rsidRPr="00C1241A">
        <w:rPr>
          <w:rFonts w:ascii="Times New Roman" w:eastAsia="標楷體" w:hAnsi="Times New Roman" w:hint="eastAsia"/>
          <w:sz w:val="24"/>
          <w:szCs w:val="24"/>
          <w:lang w:eastAsia="zh-TW"/>
        </w:rPr>
        <w:t>**</w:t>
      </w:r>
      <w:r w:rsidRPr="00C1241A">
        <w:rPr>
          <w:rFonts w:ascii="Times New Roman" w:eastAsia="標楷體" w:hAnsi="Times New Roman" w:hint="eastAsia"/>
          <w:sz w:val="24"/>
          <w:szCs w:val="24"/>
          <w:lang w:eastAsia="zh-TW"/>
        </w:rPr>
        <w:t>，讓學生透過</w:t>
      </w:r>
      <w:r w:rsidRPr="00C1241A">
        <w:rPr>
          <w:rFonts w:ascii="Times New Roman" w:eastAsia="標楷體" w:hAnsi="Times New Roman" w:hint="eastAsia"/>
          <w:sz w:val="24"/>
          <w:szCs w:val="24"/>
          <w:lang w:eastAsia="zh-TW"/>
        </w:rPr>
        <w:t xml:space="preserve"> Prompt </w:t>
      </w:r>
      <w:r w:rsidRPr="00C1241A">
        <w:rPr>
          <w:rFonts w:ascii="Times New Roman" w:eastAsia="標楷體" w:hAnsi="Times New Roman" w:hint="eastAsia"/>
          <w:sz w:val="24"/>
          <w:szCs w:val="24"/>
          <w:lang w:eastAsia="zh-TW"/>
        </w:rPr>
        <w:t>工程降低技術門檻，專注於臨床邏輯</w:t>
      </w:r>
    </w:p>
    <w:p w:rsidR="00F54069" w:rsidRPr="00C1241A" w:rsidRDefault="00FF658C">
      <w:pPr>
        <w:rPr>
          <w:rFonts w:ascii="Times New Roman" w:eastAsia="標楷體" w:hAnsi="Times New Roman"/>
          <w:sz w:val="24"/>
          <w:szCs w:val="24"/>
          <w:lang w:eastAsia="zh-TW"/>
        </w:rPr>
      </w:pPr>
      <w:r w:rsidRPr="00C1241A">
        <w:rPr>
          <w:rFonts w:ascii="Times New Roman" w:eastAsia="標楷體" w:hAnsi="Times New Roman" w:hint="eastAsia"/>
          <w:sz w:val="24"/>
          <w:szCs w:val="24"/>
          <w:lang w:eastAsia="zh-TW"/>
        </w:rPr>
        <w:t>＊</w:t>
      </w:r>
      <w:r w:rsidR="002048E9" w:rsidRPr="00C1241A">
        <w:rPr>
          <w:rFonts w:ascii="Times New Roman" w:eastAsia="標楷體" w:hAnsi="Times New Roman" w:hint="eastAsia"/>
          <w:sz w:val="24"/>
          <w:szCs w:val="24"/>
          <w:lang w:eastAsia="zh-TW"/>
        </w:rPr>
        <w:t>強化實作成效：</w:t>
      </w:r>
      <w:r w:rsidR="002048E9" w:rsidRPr="00C1241A">
        <w:rPr>
          <w:rFonts w:ascii="Times New Roman" w:eastAsia="標楷體" w:hAnsi="Times New Roman" w:hint="eastAsia"/>
          <w:sz w:val="24"/>
          <w:szCs w:val="24"/>
          <w:lang w:eastAsia="zh-TW"/>
        </w:rPr>
        <w:t xml:space="preserve"> </w:t>
      </w:r>
      <w:r w:rsidR="002048E9" w:rsidRPr="00C1241A">
        <w:rPr>
          <w:rFonts w:ascii="Times New Roman" w:eastAsia="標楷體" w:hAnsi="Times New Roman" w:hint="eastAsia"/>
          <w:sz w:val="24"/>
          <w:szCs w:val="24"/>
          <w:lang w:eastAsia="zh-TW"/>
        </w:rPr>
        <w:t>期末回饋顯示學生對</w:t>
      </w:r>
      <w:r w:rsidR="002048E9" w:rsidRPr="00C1241A">
        <w:rPr>
          <w:rFonts w:ascii="Times New Roman" w:eastAsia="標楷體" w:hAnsi="Times New Roman" w:hint="eastAsia"/>
          <w:sz w:val="24"/>
          <w:szCs w:val="24"/>
          <w:lang w:eastAsia="zh-TW"/>
        </w:rPr>
        <w:t xml:space="preserve"> Colab </w:t>
      </w:r>
      <w:r w:rsidR="002048E9" w:rsidRPr="00C1241A">
        <w:rPr>
          <w:rFonts w:ascii="Times New Roman" w:eastAsia="標楷體" w:hAnsi="Times New Roman" w:hint="eastAsia"/>
          <w:sz w:val="24"/>
          <w:szCs w:val="24"/>
          <w:lang w:eastAsia="zh-TW"/>
        </w:rPr>
        <w:t>實作</w:t>
      </w:r>
      <w:r w:rsidR="002048E9" w:rsidRPr="00C1241A">
        <w:rPr>
          <w:rFonts w:ascii="Times New Roman" w:eastAsia="標楷體" w:hAnsi="Times New Roman" w:hint="eastAsia"/>
          <w:sz w:val="24"/>
          <w:szCs w:val="24"/>
          <w:lang w:eastAsia="zh-TW"/>
        </w:rPr>
        <w:t xml:space="preserve"> </w:t>
      </w:r>
      <w:r w:rsidR="002048E9" w:rsidRPr="00C1241A">
        <w:rPr>
          <w:rFonts w:ascii="Times New Roman" w:eastAsia="標楷體" w:hAnsi="Times New Roman" w:hint="eastAsia"/>
          <w:sz w:val="24"/>
          <w:szCs w:val="24"/>
          <w:lang w:eastAsia="zh-TW"/>
        </w:rPr>
        <w:t>印象深刻，故將其列為核心技能指標，確保學理與臨床情境能緊密結合。</w:t>
      </w:r>
    </w:p>
    <w:p w:rsidR="00E0011B" w:rsidRPr="00EA29D3" w:rsidRDefault="00DA45A8" w:rsidP="00DB583E">
      <w:pPr>
        <w:pStyle w:val="21"/>
        <w:rPr>
          <w:rFonts w:ascii="Times New Roman" w:eastAsia="標楷體" w:hAnsi="Times New Roman"/>
          <w:sz w:val="24"/>
          <w:lang w:eastAsia="zh-TW"/>
        </w:rPr>
      </w:pPr>
      <w:bookmarkStart w:id="5" w:name="_Toc234218892"/>
      <w:r w:rsidRPr="00EA29D3">
        <w:rPr>
          <w:rFonts w:ascii="Times New Roman" w:eastAsia="標楷體" w:hAnsi="Times New Roman" w:hint="eastAsia"/>
          <w:sz w:val="24"/>
          <w:lang w:eastAsia="zh-HK"/>
        </w:rPr>
        <w:t>二</w:t>
      </w:r>
      <w:r w:rsidR="00742140" w:rsidRPr="00EA29D3">
        <w:rPr>
          <w:rFonts w:ascii="Times New Roman" w:eastAsia="標楷體" w:hAnsi="Times New Roman"/>
          <w:sz w:val="24"/>
          <w:lang w:eastAsia="zh-TW"/>
        </w:rPr>
        <w:t>、教學</w:t>
      </w:r>
      <w:r w:rsidR="00742140" w:rsidRPr="00EA29D3">
        <w:rPr>
          <w:rFonts w:ascii="Times New Roman" w:eastAsia="標楷體" w:hAnsi="Times New Roman" w:cs="細明體" w:hint="eastAsia"/>
          <w:sz w:val="24"/>
          <w:lang w:eastAsia="zh-TW"/>
        </w:rPr>
        <w:t>內</w:t>
      </w:r>
      <w:r w:rsidR="00742140" w:rsidRPr="00EA29D3">
        <w:rPr>
          <w:rFonts w:ascii="Times New Roman" w:eastAsia="標楷體" w:hAnsi="Times New Roman" w:cs="MS Gothic" w:hint="eastAsia"/>
          <w:sz w:val="24"/>
          <w:lang w:eastAsia="zh-TW"/>
        </w:rPr>
        <w:t>容與課程架</w:t>
      </w:r>
      <w:r w:rsidR="00742140" w:rsidRPr="00EA29D3">
        <w:rPr>
          <w:rFonts w:ascii="Times New Roman" w:eastAsia="標楷體" w:hAnsi="Times New Roman"/>
          <w:sz w:val="24"/>
          <w:lang w:eastAsia="zh-TW"/>
        </w:rPr>
        <w:t>構</w:t>
      </w:r>
      <w:bookmarkEnd w:id="5"/>
    </w:p>
    <w:p w:rsidR="00D81CD5" w:rsidRPr="00EA29D3" w:rsidRDefault="003D36A6">
      <w:pPr>
        <w:rPr>
          <w:rFonts w:ascii="Times New Roman" w:eastAsia="標楷體" w:hAnsi="Times New Roman"/>
          <w:sz w:val="24"/>
          <w:lang w:eastAsia="zh-TW"/>
        </w:rPr>
      </w:pPr>
      <w:r w:rsidRPr="00EA29D3">
        <w:rPr>
          <w:rFonts w:ascii="Times New Roman" w:eastAsia="標楷體" w:hAnsi="Times New Roman" w:hint="eastAsia"/>
          <w:sz w:val="24"/>
          <w:lang w:eastAsia="zh-TW"/>
        </w:rPr>
        <w:t>本課程「智慧健康照護創新與應用」針對護理及醫管系學生設計，採取</w:t>
      </w:r>
      <w:r w:rsidRPr="00EA29D3">
        <w:rPr>
          <w:rFonts w:ascii="Times New Roman" w:eastAsia="標楷體" w:hAnsi="Times New Roman" w:hint="eastAsia"/>
          <w:sz w:val="24"/>
          <w:lang w:eastAsia="zh-TW"/>
        </w:rPr>
        <w:t>**</w:t>
      </w:r>
      <w:r w:rsidRPr="00EA29D3">
        <w:rPr>
          <w:rFonts w:ascii="Times New Roman" w:eastAsia="標楷體" w:hAnsi="Times New Roman" w:hint="eastAsia"/>
          <w:sz w:val="24"/>
          <w:lang w:eastAsia="zh-TW"/>
        </w:rPr>
        <w:t>「由淺入深、臨床導向、強化實作」</w:t>
      </w:r>
      <w:r w:rsidRPr="00EA29D3">
        <w:rPr>
          <w:rFonts w:ascii="Times New Roman" w:eastAsia="標楷體" w:hAnsi="Times New Roman" w:hint="eastAsia"/>
          <w:sz w:val="24"/>
          <w:lang w:eastAsia="zh-TW"/>
        </w:rPr>
        <w:t>**</w:t>
      </w:r>
      <w:r w:rsidRPr="00EA29D3">
        <w:rPr>
          <w:rFonts w:ascii="Times New Roman" w:eastAsia="標楷體" w:hAnsi="Times New Roman" w:hint="eastAsia"/>
          <w:sz w:val="24"/>
          <w:lang w:eastAsia="zh-TW"/>
        </w:rPr>
        <w:t>的階層式教學策略</w:t>
      </w:r>
      <w:r w:rsidR="00900085" w:rsidRPr="00EA29D3">
        <w:rPr>
          <w:rFonts w:ascii="Times New Roman" w:eastAsia="標楷體" w:hAnsi="Times New Roman" w:hint="eastAsia"/>
          <w:sz w:val="24"/>
          <w:lang w:eastAsia="zh-TW"/>
        </w:rPr>
        <w:t>。教學內容從基礎代碼邏輯出發，接軌大型醫院實務應用，最終深植倫理與資安意識。</w:t>
      </w:r>
      <w:r w:rsidR="00742140" w:rsidRPr="00EA29D3">
        <w:rPr>
          <w:rFonts w:ascii="Times New Roman" w:eastAsia="標楷體" w:hAnsi="Times New Roman"/>
          <w:sz w:val="24"/>
          <w:lang w:eastAsia="zh-TW"/>
        </w:rPr>
        <w:br/>
      </w:r>
      <w:r w:rsidR="00B71BEE" w:rsidRPr="00EA29D3">
        <w:rPr>
          <w:rFonts w:ascii="Times New Roman" w:eastAsia="標楷體" w:hAnsi="Times New Roman" w:hint="eastAsia"/>
          <w:sz w:val="24"/>
          <w:lang w:eastAsia="zh-TW"/>
        </w:rPr>
        <w:t xml:space="preserve">1. </w:t>
      </w:r>
      <w:r w:rsidR="00B71BEE" w:rsidRPr="00EA29D3">
        <w:rPr>
          <w:rFonts w:ascii="Times New Roman" w:eastAsia="標楷體" w:hAnsi="Times New Roman" w:hint="eastAsia"/>
          <w:sz w:val="24"/>
          <w:lang w:eastAsia="zh-TW"/>
        </w:rPr>
        <w:t>單元規劃與課程架構</w:t>
      </w:r>
      <w:r w:rsidR="00D81CD5" w:rsidRPr="00EA29D3">
        <w:rPr>
          <w:rFonts w:ascii="Times New Roman" w:eastAsia="標楷體" w:hAnsi="Times New Roman" w:hint="eastAsia"/>
          <w:sz w:val="24"/>
          <w:lang w:eastAsia="zh-TW"/>
        </w:rPr>
        <w:t xml:space="preserve">: </w:t>
      </w:r>
    </w:p>
    <w:p w:rsidR="001C6C48" w:rsidRPr="00EA29D3" w:rsidRDefault="00D81CD5">
      <w:pPr>
        <w:rPr>
          <w:rFonts w:ascii="Times New Roman" w:eastAsia="標楷體" w:hAnsi="Times New Roman"/>
          <w:sz w:val="24"/>
          <w:lang w:eastAsia="zh-TW"/>
        </w:rPr>
      </w:pPr>
      <w:r w:rsidRPr="00EA29D3">
        <w:rPr>
          <w:rFonts w:ascii="Times New Roman" w:eastAsia="標楷體" w:hAnsi="Times New Roman" w:hint="eastAsia"/>
          <w:sz w:val="24"/>
          <w:lang w:eastAsia="zh-TW"/>
        </w:rPr>
        <w:t>課程依據學習邏輯劃分為四大階段，共計</w:t>
      </w:r>
      <w:r w:rsidRPr="00EA29D3">
        <w:rPr>
          <w:rFonts w:ascii="Times New Roman" w:eastAsia="標楷體" w:hAnsi="Times New Roman" w:hint="eastAsia"/>
          <w:sz w:val="24"/>
          <w:lang w:eastAsia="zh-TW"/>
        </w:rPr>
        <w:t xml:space="preserve"> 18 </w:t>
      </w:r>
      <w:r w:rsidRPr="00EA29D3">
        <w:rPr>
          <w:rFonts w:ascii="Times New Roman" w:eastAsia="標楷體" w:hAnsi="Times New Roman" w:hint="eastAsia"/>
          <w:sz w:val="24"/>
          <w:lang w:eastAsia="zh-TW"/>
        </w:rPr>
        <w:t>週：</w:t>
      </w:r>
    </w:p>
    <w:tbl>
      <w:tblPr>
        <w:tblStyle w:val="aff2"/>
        <w:tblW w:w="9606" w:type="dxa"/>
        <w:tblLook w:val="04A0" w:firstRow="1" w:lastRow="0" w:firstColumn="1" w:lastColumn="0" w:noHBand="0" w:noVBand="1"/>
      </w:tblPr>
      <w:tblGrid>
        <w:gridCol w:w="2898"/>
        <w:gridCol w:w="2899"/>
        <w:gridCol w:w="3809"/>
      </w:tblGrid>
      <w:tr w:rsidR="001C6C48" w:rsidRPr="00E20E0D" w:rsidTr="002E7BD8">
        <w:tc>
          <w:tcPr>
            <w:tcW w:w="2898" w:type="dxa"/>
          </w:tcPr>
          <w:p w:rsidR="001C6C48" w:rsidRPr="00E20E0D" w:rsidRDefault="001C6C48">
            <w:pPr>
              <w:rPr>
                <w:rFonts w:ascii="Times New Roman" w:eastAsia="標楷體" w:hAnsi="Times New Roman"/>
                <w:sz w:val="24"/>
                <w:lang w:eastAsia="zh-TW"/>
              </w:rPr>
            </w:pPr>
            <w:r w:rsidRPr="00E20E0D">
              <w:rPr>
                <w:rFonts w:ascii="Times New Roman" w:eastAsia="標楷體" w:hAnsi="Times New Roman" w:hint="eastAsia"/>
                <w:sz w:val="24"/>
                <w:lang w:eastAsia="zh-HK"/>
              </w:rPr>
              <w:t>課程階段</w:t>
            </w:r>
          </w:p>
        </w:tc>
        <w:tc>
          <w:tcPr>
            <w:tcW w:w="2899" w:type="dxa"/>
          </w:tcPr>
          <w:p w:rsidR="001C6C48" w:rsidRPr="00E20E0D" w:rsidRDefault="001057CD">
            <w:pPr>
              <w:rPr>
                <w:rFonts w:ascii="Times New Roman" w:eastAsia="標楷體" w:hAnsi="Times New Roman"/>
                <w:sz w:val="24"/>
                <w:lang w:eastAsia="zh-TW"/>
              </w:rPr>
            </w:pPr>
            <w:r w:rsidRPr="00E20E0D">
              <w:rPr>
                <w:rFonts w:ascii="Times New Roman" w:eastAsia="標楷體" w:hAnsi="Times New Roman" w:hint="eastAsia"/>
                <w:sz w:val="24"/>
                <w:lang w:eastAsia="zh-HK"/>
              </w:rPr>
              <w:t>單元主題</w:t>
            </w:r>
          </w:p>
        </w:tc>
        <w:tc>
          <w:tcPr>
            <w:tcW w:w="3809" w:type="dxa"/>
          </w:tcPr>
          <w:p w:rsidR="001C6C48" w:rsidRPr="00E20E0D" w:rsidRDefault="00295AAF">
            <w:pPr>
              <w:rPr>
                <w:rFonts w:ascii="Times New Roman" w:eastAsia="標楷體" w:hAnsi="Times New Roman"/>
                <w:sz w:val="24"/>
                <w:lang w:eastAsia="zh-TW"/>
              </w:rPr>
            </w:pPr>
            <w:r w:rsidRPr="00E20E0D">
              <w:rPr>
                <w:rFonts w:ascii="Times New Roman" w:eastAsia="標楷體" w:hAnsi="Times New Roman" w:hint="eastAsia"/>
                <w:sz w:val="24"/>
                <w:lang w:eastAsia="zh-HK"/>
              </w:rPr>
              <w:t>主要教學內容</w:t>
            </w:r>
          </w:p>
        </w:tc>
      </w:tr>
      <w:tr w:rsidR="001C6C48" w:rsidRPr="00E20E0D" w:rsidTr="002E7BD8">
        <w:tc>
          <w:tcPr>
            <w:tcW w:w="2898" w:type="dxa"/>
          </w:tcPr>
          <w:p w:rsidR="001C6C48" w:rsidRPr="00E20E0D" w:rsidRDefault="008E18F5">
            <w:pPr>
              <w:rPr>
                <w:rFonts w:ascii="Times New Roman" w:eastAsia="標楷體" w:hAnsi="Times New Roman"/>
                <w:sz w:val="24"/>
                <w:lang w:eastAsia="zh-TW"/>
              </w:rPr>
            </w:pPr>
            <w:r w:rsidRPr="00E20E0D">
              <w:rPr>
                <w:rFonts w:ascii="Times New Roman" w:eastAsia="標楷體" w:hAnsi="Times New Roman" w:hint="eastAsia"/>
                <w:sz w:val="24"/>
                <w:lang w:eastAsia="zh-TW"/>
              </w:rPr>
              <w:t>第一階段：數據科學基礎</w:t>
            </w:r>
          </w:p>
        </w:tc>
        <w:tc>
          <w:tcPr>
            <w:tcW w:w="2899" w:type="dxa"/>
          </w:tcPr>
          <w:p w:rsidR="001C6C48" w:rsidRPr="00E20E0D" w:rsidRDefault="00D64AA4">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Python AI </w:t>
            </w:r>
            <w:r w:rsidRPr="00E20E0D">
              <w:rPr>
                <w:rFonts w:ascii="Times New Roman" w:eastAsia="標楷體" w:hAnsi="Times New Roman" w:hint="eastAsia"/>
                <w:sz w:val="24"/>
                <w:lang w:eastAsia="zh-TW"/>
              </w:rPr>
              <w:t>基礎語法與工</w:t>
            </w:r>
            <w:r w:rsidRPr="00E20E0D">
              <w:rPr>
                <w:rFonts w:ascii="Times New Roman" w:eastAsia="標楷體" w:hAnsi="Times New Roman" w:hint="eastAsia"/>
                <w:sz w:val="24"/>
                <w:lang w:eastAsia="zh-TW"/>
              </w:rPr>
              <w:lastRenderedPageBreak/>
              <w:t>具</w:t>
            </w:r>
          </w:p>
        </w:tc>
        <w:tc>
          <w:tcPr>
            <w:tcW w:w="3809" w:type="dxa"/>
          </w:tcPr>
          <w:p w:rsidR="00205DAC" w:rsidRPr="00E20E0D" w:rsidRDefault="00205DAC" w:rsidP="00205DAC">
            <w:pPr>
              <w:rPr>
                <w:rFonts w:ascii="Times New Roman" w:eastAsia="標楷體" w:hAnsi="Times New Roman"/>
                <w:sz w:val="24"/>
                <w:lang w:eastAsia="zh-TW"/>
              </w:rPr>
            </w:pPr>
            <w:r w:rsidRPr="00E20E0D">
              <w:rPr>
                <w:rFonts w:ascii="Times New Roman" w:eastAsia="標楷體" w:hAnsi="Times New Roman" w:hint="eastAsia"/>
                <w:sz w:val="24"/>
                <w:lang w:eastAsia="zh-TW"/>
              </w:rPr>
              <w:lastRenderedPageBreak/>
              <w:t xml:space="preserve">1. Python </w:t>
            </w:r>
            <w:r w:rsidRPr="00E20E0D">
              <w:rPr>
                <w:rFonts w:ascii="Times New Roman" w:eastAsia="標楷體" w:hAnsi="Times New Roman" w:hint="eastAsia"/>
                <w:sz w:val="24"/>
                <w:lang w:eastAsia="zh-TW"/>
              </w:rPr>
              <w:t>基礎語法（變數、資料</w:t>
            </w:r>
            <w:r w:rsidRPr="00E20E0D">
              <w:rPr>
                <w:rFonts w:ascii="Times New Roman" w:eastAsia="標楷體" w:hAnsi="Times New Roman" w:hint="eastAsia"/>
                <w:sz w:val="24"/>
                <w:lang w:eastAsia="zh-TW"/>
              </w:rPr>
              <w:lastRenderedPageBreak/>
              <w:t>型態、條件判斷</w:t>
            </w:r>
            <w:r w:rsidRPr="00E20E0D">
              <w:rPr>
                <w:rFonts w:ascii="Times New Roman" w:eastAsia="標楷體" w:hAnsi="Times New Roman" w:hint="eastAsia"/>
                <w:sz w:val="24"/>
                <w:lang w:eastAsia="zh-TW"/>
              </w:rPr>
              <w:t xml:space="preserve"> if-else</w:t>
            </w:r>
            <w:r w:rsidRPr="00E20E0D">
              <w:rPr>
                <w:rFonts w:ascii="Times New Roman" w:eastAsia="標楷體" w:hAnsi="Times New Roman" w:hint="eastAsia"/>
                <w:sz w:val="24"/>
                <w:lang w:eastAsia="zh-TW"/>
              </w:rPr>
              <w:t>）</w:t>
            </w:r>
          </w:p>
          <w:p w:rsidR="00205DAC" w:rsidRPr="00E20E0D" w:rsidRDefault="00205DAC" w:rsidP="00205DAC">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2. Google Colab </w:t>
            </w:r>
            <w:r w:rsidRPr="00E20E0D">
              <w:rPr>
                <w:rFonts w:ascii="Times New Roman" w:eastAsia="標楷體" w:hAnsi="Times New Roman" w:hint="eastAsia"/>
                <w:sz w:val="24"/>
                <w:lang w:eastAsia="zh-TW"/>
              </w:rPr>
              <w:t>雲端開發環境操作</w:t>
            </w:r>
          </w:p>
          <w:p w:rsidR="001C6C48" w:rsidRPr="00E20E0D" w:rsidRDefault="00205DAC" w:rsidP="00205DAC">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3. </w:t>
            </w:r>
            <w:r w:rsidRPr="00E20E0D">
              <w:rPr>
                <w:rFonts w:ascii="Times New Roman" w:eastAsia="標楷體" w:hAnsi="Times New Roman" w:hint="eastAsia"/>
                <w:sz w:val="24"/>
                <w:lang w:eastAsia="zh-TW"/>
              </w:rPr>
              <w:t>生成式</w:t>
            </w:r>
            <w:r w:rsidRPr="00E20E0D">
              <w:rPr>
                <w:rFonts w:ascii="Times New Roman" w:eastAsia="標楷體" w:hAnsi="Times New Roman" w:hint="eastAsia"/>
                <w:sz w:val="24"/>
                <w:lang w:eastAsia="zh-TW"/>
              </w:rPr>
              <w:t xml:space="preserve"> AI (Gemini/ChatGPT) </w:t>
            </w:r>
            <w:r w:rsidRPr="00E20E0D">
              <w:rPr>
                <w:rFonts w:ascii="Times New Roman" w:eastAsia="標楷體" w:hAnsi="Times New Roman" w:hint="eastAsia"/>
                <w:sz w:val="24"/>
                <w:lang w:eastAsia="zh-TW"/>
              </w:rPr>
              <w:t>的</w:t>
            </w:r>
            <w:r w:rsidRPr="00E20E0D">
              <w:rPr>
                <w:rFonts w:ascii="Times New Roman" w:eastAsia="標楷體" w:hAnsi="Times New Roman" w:hint="eastAsia"/>
                <w:sz w:val="24"/>
                <w:lang w:eastAsia="zh-TW"/>
              </w:rPr>
              <w:t xml:space="preserve"> Prompt </w:t>
            </w:r>
            <w:r w:rsidRPr="00E20E0D">
              <w:rPr>
                <w:rFonts w:ascii="Times New Roman" w:eastAsia="標楷體" w:hAnsi="Times New Roman" w:hint="eastAsia"/>
                <w:sz w:val="24"/>
                <w:lang w:eastAsia="zh-TW"/>
              </w:rPr>
              <w:t>工程</w:t>
            </w:r>
            <w:r w:rsidRPr="00E20E0D">
              <w:rPr>
                <w:rFonts w:ascii="Times New Roman" w:eastAsia="標楷體" w:hAnsi="Times New Roman" w:hint="eastAsia"/>
                <w:sz w:val="24"/>
                <w:lang w:eastAsia="zh-TW"/>
              </w:rPr>
              <w:t xml:space="preserve"> </w:t>
            </w:r>
            <w:r w:rsidRPr="00E20E0D">
              <w:rPr>
                <w:rFonts w:ascii="Times New Roman" w:eastAsia="標楷體" w:hAnsi="Times New Roman" w:hint="eastAsia"/>
                <w:sz w:val="24"/>
                <w:lang w:eastAsia="zh-TW"/>
              </w:rPr>
              <w:t>輔助程式開發</w:t>
            </w:r>
          </w:p>
        </w:tc>
      </w:tr>
      <w:tr w:rsidR="001C6C48" w:rsidRPr="00E20E0D" w:rsidTr="002E7BD8">
        <w:tc>
          <w:tcPr>
            <w:tcW w:w="2898" w:type="dxa"/>
          </w:tcPr>
          <w:p w:rsidR="001C6C48" w:rsidRPr="00E20E0D" w:rsidRDefault="00A15718">
            <w:pPr>
              <w:rPr>
                <w:rFonts w:ascii="Times New Roman" w:eastAsia="標楷體" w:hAnsi="Times New Roman"/>
                <w:sz w:val="24"/>
                <w:lang w:eastAsia="zh-TW"/>
              </w:rPr>
            </w:pPr>
            <w:r w:rsidRPr="00E20E0D">
              <w:rPr>
                <w:rFonts w:ascii="Times New Roman" w:eastAsia="標楷體" w:hAnsi="Times New Roman" w:hint="eastAsia"/>
                <w:sz w:val="24"/>
                <w:lang w:eastAsia="zh-TW"/>
              </w:rPr>
              <w:lastRenderedPageBreak/>
              <w:t>第二階段：醫療資料探勘</w:t>
            </w:r>
          </w:p>
        </w:tc>
        <w:tc>
          <w:tcPr>
            <w:tcW w:w="2899" w:type="dxa"/>
          </w:tcPr>
          <w:p w:rsidR="001C6C48" w:rsidRPr="00E20E0D" w:rsidRDefault="00C37C6D">
            <w:pPr>
              <w:rPr>
                <w:rFonts w:ascii="Times New Roman" w:eastAsia="標楷體" w:hAnsi="Times New Roman"/>
                <w:sz w:val="24"/>
                <w:lang w:eastAsia="zh-TW"/>
              </w:rPr>
            </w:pPr>
            <w:r w:rsidRPr="00E20E0D">
              <w:rPr>
                <w:rFonts w:ascii="Times New Roman" w:eastAsia="標楷體" w:hAnsi="Times New Roman" w:hint="eastAsia"/>
                <w:sz w:val="24"/>
                <w:lang w:eastAsia="zh-TW"/>
              </w:rPr>
              <w:t>醫療健康數據處理與視覺化</w:t>
            </w:r>
          </w:p>
        </w:tc>
        <w:tc>
          <w:tcPr>
            <w:tcW w:w="3809" w:type="dxa"/>
          </w:tcPr>
          <w:p w:rsidR="009613CD" w:rsidRPr="00E20E0D" w:rsidRDefault="009613CD" w:rsidP="009613CD">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1. Pandas </w:t>
            </w:r>
            <w:r w:rsidRPr="00E20E0D">
              <w:rPr>
                <w:rFonts w:ascii="Times New Roman" w:eastAsia="標楷體" w:hAnsi="Times New Roman" w:hint="eastAsia"/>
                <w:sz w:val="24"/>
                <w:lang w:eastAsia="zh-TW"/>
              </w:rPr>
              <w:t>與</w:t>
            </w:r>
            <w:r w:rsidRPr="00E20E0D">
              <w:rPr>
                <w:rFonts w:ascii="Times New Roman" w:eastAsia="標楷體" w:hAnsi="Times New Roman" w:hint="eastAsia"/>
                <w:sz w:val="24"/>
                <w:lang w:eastAsia="zh-TW"/>
              </w:rPr>
              <w:t xml:space="preserve"> NumPy </w:t>
            </w:r>
            <w:r w:rsidRPr="00E20E0D">
              <w:rPr>
                <w:rFonts w:ascii="Times New Roman" w:eastAsia="標楷體" w:hAnsi="Times New Roman" w:hint="eastAsia"/>
                <w:sz w:val="24"/>
                <w:lang w:eastAsia="zh-TW"/>
              </w:rPr>
              <w:t>函式庫：結構化醫療數據處理（</w:t>
            </w:r>
            <w:r w:rsidRPr="00E20E0D">
              <w:rPr>
                <w:rFonts w:ascii="Times New Roman" w:eastAsia="標楷體" w:hAnsi="Times New Roman" w:hint="eastAsia"/>
                <w:sz w:val="24"/>
                <w:lang w:eastAsia="zh-TW"/>
              </w:rPr>
              <w:t xml:space="preserve">CSV/Excel </w:t>
            </w:r>
            <w:r w:rsidRPr="00E20E0D">
              <w:rPr>
                <w:rFonts w:ascii="Times New Roman" w:eastAsia="標楷體" w:hAnsi="Times New Roman" w:hint="eastAsia"/>
                <w:sz w:val="24"/>
                <w:lang w:eastAsia="zh-TW"/>
              </w:rPr>
              <w:t>讀取、資料清理）</w:t>
            </w:r>
          </w:p>
          <w:p w:rsidR="001C6C48" w:rsidRPr="00E20E0D" w:rsidRDefault="009613CD" w:rsidP="009613CD">
            <w:pPr>
              <w:rPr>
                <w:rFonts w:ascii="Times New Roman" w:eastAsia="標楷體" w:hAnsi="Times New Roman"/>
                <w:sz w:val="24"/>
                <w:lang w:eastAsia="zh-TW"/>
              </w:rPr>
            </w:pPr>
            <w:r w:rsidRPr="00E20E0D">
              <w:rPr>
                <w:rFonts w:ascii="Times New Roman" w:eastAsia="標楷體" w:hAnsi="Times New Roman"/>
                <w:sz w:val="24"/>
                <w:lang w:eastAsia="zh-TW"/>
              </w:rPr>
              <w:t xml:space="preserve">2. Matplotlib </w:t>
            </w:r>
            <w:r w:rsidRPr="00E20E0D">
              <w:rPr>
                <w:rFonts w:ascii="Times New Roman" w:eastAsia="標楷體" w:hAnsi="Times New Roman" w:hint="eastAsia"/>
                <w:sz w:val="24"/>
                <w:lang w:eastAsia="zh-TW"/>
              </w:rPr>
              <w:t>與</w:t>
            </w:r>
            <w:r w:rsidRPr="00E20E0D">
              <w:rPr>
                <w:rFonts w:ascii="Times New Roman" w:eastAsia="標楷體" w:hAnsi="Times New Roman"/>
                <w:sz w:val="24"/>
                <w:lang w:eastAsia="zh-TW"/>
              </w:rPr>
              <w:t xml:space="preserve"> Seaborn</w:t>
            </w:r>
            <w:r w:rsidRPr="00E20E0D">
              <w:rPr>
                <w:rFonts w:ascii="Times New Roman" w:eastAsia="標楷體" w:hAnsi="Times New Roman" w:hint="eastAsia"/>
                <w:sz w:val="24"/>
                <w:lang w:eastAsia="zh-TW"/>
              </w:rPr>
              <w:t>：將生理徵象轉化為趨勢圖表（如血壓折線圖、</w:t>
            </w:r>
            <w:r w:rsidRPr="00E20E0D">
              <w:rPr>
                <w:rFonts w:ascii="Times New Roman" w:eastAsia="標楷體" w:hAnsi="Times New Roman"/>
                <w:sz w:val="24"/>
                <w:lang w:eastAsia="zh-TW"/>
              </w:rPr>
              <w:t xml:space="preserve">BMI </w:t>
            </w:r>
            <w:r w:rsidRPr="00E20E0D">
              <w:rPr>
                <w:rFonts w:ascii="Times New Roman" w:eastAsia="標楷體" w:hAnsi="Times New Roman" w:hint="eastAsia"/>
                <w:sz w:val="24"/>
                <w:lang w:eastAsia="zh-TW"/>
              </w:rPr>
              <w:t>分布圖）</w:t>
            </w:r>
          </w:p>
        </w:tc>
      </w:tr>
      <w:tr w:rsidR="001C6C48" w:rsidRPr="00E20E0D" w:rsidTr="002E7BD8">
        <w:tc>
          <w:tcPr>
            <w:tcW w:w="2898" w:type="dxa"/>
          </w:tcPr>
          <w:p w:rsidR="001C6C48" w:rsidRPr="00E20E0D" w:rsidRDefault="00555D67">
            <w:pPr>
              <w:rPr>
                <w:rFonts w:ascii="Times New Roman" w:eastAsia="標楷體" w:hAnsi="Times New Roman"/>
                <w:sz w:val="24"/>
                <w:lang w:eastAsia="zh-TW"/>
              </w:rPr>
            </w:pPr>
            <w:r w:rsidRPr="00E20E0D">
              <w:rPr>
                <w:rFonts w:ascii="Times New Roman" w:eastAsia="標楷體" w:hAnsi="Times New Roman" w:hint="eastAsia"/>
                <w:sz w:val="24"/>
                <w:lang w:eastAsia="zh-TW"/>
              </w:rPr>
              <w:t>第三階段：系統架構與實務</w:t>
            </w:r>
          </w:p>
        </w:tc>
        <w:tc>
          <w:tcPr>
            <w:tcW w:w="2899" w:type="dxa"/>
          </w:tcPr>
          <w:p w:rsidR="001C6C48" w:rsidRPr="00E20E0D" w:rsidRDefault="003B7A96">
            <w:pPr>
              <w:rPr>
                <w:rFonts w:ascii="Times New Roman" w:eastAsia="標楷體" w:hAnsi="Times New Roman"/>
                <w:sz w:val="24"/>
                <w:lang w:eastAsia="zh-TW"/>
              </w:rPr>
            </w:pPr>
            <w:r w:rsidRPr="00E20E0D">
              <w:rPr>
                <w:rFonts w:ascii="Times New Roman" w:eastAsia="標楷體" w:hAnsi="Times New Roman" w:hint="eastAsia"/>
                <w:sz w:val="24"/>
                <w:lang w:eastAsia="zh-TW"/>
              </w:rPr>
              <w:t>醫療資訊系統</w:t>
            </w:r>
            <w:r w:rsidRPr="00E20E0D">
              <w:rPr>
                <w:rFonts w:ascii="Times New Roman" w:eastAsia="標楷體" w:hAnsi="Times New Roman" w:hint="eastAsia"/>
                <w:sz w:val="24"/>
                <w:lang w:eastAsia="zh-TW"/>
              </w:rPr>
              <w:t xml:space="preserve"> (NIS/HIS) </w:t>
            </w:r>
            <w:r w:rsidRPr="00E20E0D">
              <w:rPr>
                <w:rFonts w:ascii="Times New Roman" w:eastAsia="標楷體" w:hAnsi="Times New Roman" w:hint="eastAsia"/>
                <w:sz w:val="24"/>
                <w:lang w:eastAsia="zh-TW"/>
              </w:rPr>
              <w:t>與</w:t>
            </w:r>
            <w:r w:rsidRPr="00E20E0D">
              <w:rPr>
                <w:rFonts w:ascii="Times New Roman" w:eastAsia="標楷體" w:hAnsi="Times New Roman" w:hint="eastAsia"/>
                <w:sz w:val="24"/>
                <w:lang w:eastAsia="zh-TW"/>
              </w:rPr>
              <w:t xml:space="preserve"> AI </w:t>
            </w:r>
            <w:r w:rsidRPr="00E20E0D">
              <w:rPr>
                <w:rFonts w:ascii="Times New Roman" w:eastAsia="標楷體" w:hAnsi="Times New Roman" w:hint="eastAsia"/>
                <w:sz w:val="24"/>
                <w:lang w:eastAsia="zh-TW"/>
              </w:rPr>
              <w:t>案例</w:t>
            </w:r>
          </w:p>
        </w:tc>
        <w:tc>
          <w:tcPr>
            <w:tcW w:w="3809" w:type="dxa"/>
          </w:tcPr>
          <w:p w:rsidR="00A622DC" w:rsidRPr="00E20E0D" w:rsidRDefault="00A622DC" w:rsidP="00A622DC">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1. NIS </w:t>
            </w:r>
            <w:r w:rsidRPr="00E20E0D">
              <w:rPr>
                <w:rFonts w:ascii="Times New Roman" w:eastAsia="標楷體" w:hAnsi="Times New Roman" w:hint="eastAsia"/>
                <w:sz w:val="24"/>
                <w:lang w:eastAsia="zh-TW"/>
              </w:rPr>
              <w:t>護理資訊系統</w:t>
            </w:r>
            <w:r w:rsidRPr="00E20E0D">
              <w:rPr>
                <w:rFonts w:ascii="Times New Roman" w:eastAsia="標楷體" w:hAnsi="Times New Roman" w:hint="eastAsia"/>
                <w:sz w:val="24"/>
                <w:lang w:eastAsia="zh-TW"/>
              </w:rPr>
              <w:t xml:space="preserve"> </w:t>
            </w:r>
            <w:r w:rsidRPr="00E20E0D">
              <w:rPr>
                <w:rFonts w:ascii="Times New Roman" w:eastAsia="標楷體" w:hAnsi="Times New Roman" w:hint="eastAsia"/>
                <w:sz w:val="24"/>
                <w:lang w:eastAsia="zh-TW"/>
              </w:rPr>
              <w:t>與</w:t>
            </w:r>
            <w:r w:rsidRPr="00E20E0D">
              <w:rPr>
                <w:rFonts w:ascii="Times New Roman" w:eastAsia="標楷體" w:hAnsi="Times New Roman" w:hint="eastAsia"/>
                <w:sz w:val="24"/>
                <w:lang w:eastAsia="zh-TW"/>
              </w:rPr>
              <w:t xml:space="preserve"> HIS </w:t>
            </w:r>
            <w:r w:rsidRPr="00E20E0D">
              <w:rPr>
                <w:rFonts w:ascii="Times New Roman" w:eastAsia="標楷體" w:hAnsi="Times New Roman" w:hint="eastAsia"/>
                <w:sz w:val="24"/>
                <w:lang w:eastAsia="zh-TW"/>
              </w:rPr>
              <w:t>醫院資訊系統</w:t>
            </w:r>
            <w:r w:rsidRPr="00E20E0D">
              <w:rPr>
                <w:rFonts w:ascii="Times New Roman" w:eastAsia="標楷體" w:hAnsi="Times New Roman" w:hint="eastAsia"/>
                <w:sz w:val="24"/>
                <w:lang w:eastAsia="zh-TW"/>
              </w:rPr>
              <w:t xml:space="preserve"> </w:t>
            </w:r>
            <w:r w:rsidRPr="00E20E0D">
              <w:rPr>
                <w:rFonts w:ascii="Times New Roman" w:eastAsia="標楷體" w:hAnsi="Times New Roman" w:hint="eastAsia"/>
                <w:sz w:val="24"/>
                <w:lang w:eastAsia="zh-TW"/>
              </w:rPr>
              <w:t>架構及其資料整合</w:t>
            </w:r>
          </w:p>
          <w:p w:rsidR="00A622DC" w:rsidRPr="00E20E0D" w:rsidRDefault="00A622DC" w:rsidP="00A622DC">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2. </w:t>
            </w:r>
            <w:r w:rsidRPr="00E20E0D">
              <w:rPr>
                <w:rFonts w:ascii="Times New Roman" w:eastAsia="標楷體" w:hAnsi="Times New Roman" w:hint="eastAsia"/>
                <w:sz w:val="24"/>
                <w:lang w:eastAsia="zh-TW"/>
              </w:rPr>
              <w:t>奇美醫院：從預測式</w:t>
            </w:r>
            <w:r w:rsidRPr="00E20E0D">
              <w:rPr>
                <w:rFonts w:ascii="Times New Roman" w:eastAsia="標楷體" w:hAnsi="Times New Roman" w:hint="eastAsia"/>
                <w:sz w:val="24"/>
                <w:lang w:eastAsia="zh-TW"/>
              </w:rPr>
              <w:t xml:space="preserve"> AI (1.0) </w:t>
            </w:r>
            <w:r w:rsidRPr="00E20E0D">
              <w:rPr>
                <w:rFonts w:ascii="Times New Roman" w:eastAsia="標楷體" w:hAnsi="Times New Roman" w:hint="eastAsia"/>
                <w:sz w:val="24"/>
                <w:lang w:eastAsia="zh-TW"/>
              </w:rPr>
              <w:t>到生成式</w:t>
            </w:r>
            <w:r w:rsidRPr="00E20E0D">
              <w:rPr>
                <w:rFonts w:ascii="Times New Roman" w:eastAsia="標楷體" w:hAnsi="Times New Roman" w:hint="eastAsia"/>
                <w:sz w:val="24"/>
                <w:lang w:eastAsia="zh-TW"/>
              </w:rPr>
              <w:t xml:space="preserve"> AI (2.0) </w:t>
            </w:r>
            <w:r w:rsidRPr="00E20E0D">
              <w:rPr>
                <w:rFonts w:ascii="Times New Roman" w:eastAsia="標楷體" w:hAnsi="Times New Roman" w:hint="eastAsia"/>
                <w:sz w:val="24"/>
                <w:lang w:eastAsia="zh-TW"/>
              </w:rPr>
              <w:t>的</w:t>
            </w:r>
            <w:r w:rsidRPr="00E20E0D">
              <w:rPr>
                <w:rFonts w:ascii="Times New Roman" w:eastAsia="標楷體" w:hAnsi="Times New Roman" w:hint="eastAsia"/>
                <w:sz w:val="24"/>
                <w:lang w:eastAsia="zh-TW"/>
              </w:rPr>
              <w:t xml:space="preserve"> A+ Copilot </w:t>
            </w:r>
            <w:r w:rsidRPr="00E20E0D">
              <w:rPr>
                <w:rFonts w:ascii="Times New Roman" w:eastAsia="標楷體" w:hAnsi="Times New Roman" w:hint="eastAsia"/>
                <w:sz w:val="24"/>
                <w:lang w:eastAsia="zh-TW"/>
              </w:rPr>
              <w:t>應用</w:t>
            </w:r>
          </w:p>
          <w:p w:rsidR="001C6C48" w:rsidRPr="00E20E0D" w:rsidRDefault="00A622DC" w:rsidP="00A622DC">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3. </w:t>
            </w:r>
            <w:r w:rsidRPr="00E20E0D">
              <w:rPr>
                <w:rFonts w:ascii="Times New Roman" w:eastAsia="標楷體" w:hAnsi="Times New Roman" w:hint="eastAsia"/>
                <w:sz w:val="24"/>
                <w:lang w:eastAsia="zh-TW"/>
              </w:rPr>
              <w:t>凱旋醫院：</w:t>
            </w:r>
            <w:r w:rsidRPr="00E20E0D">
              <w:rPr>
                <w:rFonts w:ascii="Times New Roman" w:eastAsia="標楷體" w:hAnsi="Times New Roman" w:hint="eastAsia"/>
                <w:sz w:val="24"/>
                <w:lang w:eastAsia="zh-TW"/>
              </w:rPr>
              <w:t xml:space="preserve">iSAFE </w:t>
            </w:r>
            <w:r w:rsidRPr="00E20E0D">
              <w:rPr>
                <w:rFonts w:ascii="Times New Roman" w:eastAsia="標楷體" w:hAnsi="Times New Roman" w:hint="eastAsia"/>
                <w:sz w:val="24"/>
                <w:lang w:eastAsia="zh-TW"/>
              </w:rPr>
              <w:t>安全照護系統（跌倒偵測）與</w:t>
            </w:r>
            <w:r w:rsidRPr="00E20E0D">
              <w:rPr>
                <w:rFonts w:ascii="Times New Roman" w:eastAsia="標楷體" w:hAnsi="Times New Roman" w:hint="eastAsia"/>
                <w:sz w:val="24"/>
                <w:lang w:eastAsia="zh-TW"/>
              </w:rPr>
              <w:t xml:space="preserve"> AI </w:t>
            </w:r>
            <w:r w:rsidRPr="00E20E0D">
              <w:rPr>
                <w:rFonts w:ascii="Times New Roman" w:eastAsia="標楷體" w:hAnsi="Times New Roman" w:hint="eastAsia"/>
                <w:sz w:val="24"/>
                <w:lang w:eastAsia="zh-TW"/>
              </w:rPr>
              <w:t>智慧自助問診室</w:t>
            </w:r>
          </w:p>
        </w:tc>
      </w:tr>
      <w:tr w:rsidR="001C6C48" w:rsidRPr="00E20E0D" w:rsidTr="002E7BD8">
        <w:tc>
          <w:tcPr>
            <w:tcW w:w="2898" w:type="dxa"/>
          </w:tcPr>
          <w:p w:rsidR="001C6C48" w:rsidRPr="00E20E0D" w:rsidRDefault="00BE201F" w:rsidP="00BE201F">
            <w:pPr>
              <w:jc w:val="center"/>
              <w:rPr>
                <w:rFonts w:ascii="Times New Roman" w:eastAsia="標楷體" w:hAnsi="Times New Roman"/>
                <w:sz w:val="24"/>
                <w:lang w:eastAsia="zh-TW"/>
              </w:rPr>
            </w:pPr>
            <w:r w:rsidRPr="00E20E0D">
              <w:rPr>
                <w:rFonts w:ascii="Times New Roman" w:eastAsia="標楷體" w:hAnsi="Times New Roman" w:hint="eastAsia"/>
                <w:sz w:val="24"/>
                <w:lang w:eastAsia="zh-TW"/>
              </w:rPr>
              <w:t>第四階段：倫理資安與反思</w:t>
            </w:r>
          </w:p>
        </w:tc>
        <w:tc>
          <w:tcPr>
            <w:tcW w:w="2899" w:type="dxa"/>
          </w:tcPr>
          <w:p w:rsidR="001C6C48" w:rsidRPr="00E20E0D" w:rsidRDefault="00CE6144">
            <w:pPr>
              <w:rPr>
                <w:rFonts w:ascii="Times New Roman" w:eastAsia="標楷體" w:hAnsi="Times New Roman"/>
                <w:sz w:val="24"/>
                <w:lang w:eastAsia="zh-TW"/>
              </w:rPr>
            </w:pPr>
            <w:r w:rsidRPr="00E20E0D">
              <w:rPr>
                <w:rFonts w:ascii="Times New Roman" w:eastAsia="標楷體" w:hAnsi="Times New Roman" w:hint="eastAsia"/>
                <w:sz w:val="24"/>
                <w:lang w:eastAsia="zh-TW"/>
              </w:rPr>
              <w:t>資訊倫理、資安防禦與未來趨勢</w:t>
            </w:r>
          </w:p>
        </w:tc>
        <w:tc>
          <w:tcPr>
            <w:tcW w:w="3809" w:type="dxa"/>
          </w:tcPr>
          <w:p w:rsidR="00B47671" w:rsidRPr="00E20E0D" w:rsidRDefault="00B47671" w:rsidP="00B47671">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1. IRB </w:t>
            </w:r>
            <w:r w:rsidRPr="00E20E0D">
              <w:rPr>
                <w:rFonts w:ascii="Times New Roman" w:eastAsia="標楷體" w:hAnsi="Times New Roman" w:hint="eastAsia"/>
                <w:sz w:val="24"/>
                <w:lang w:eastAsia="zh-TW"/>
              </w:rPr>
              <w:t>倫理規範、去個資處理與病患隱私保護</w:t>
            </w:r>
          </w:p>
          <w:p w:rsidR="00B47671" w:rsidRPr="00E20E0D" w:rsidRDefault="00B47671" w:rsidP="00B47671">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2. </w:t>
            </w:r>
            <w:r w:rsidRPr="00E20E0D">
              <w:rPr>
                <w:rFonts w:ascii="Times New Roman" w:eastAsia="標楷體" w:hAnsi="Times New Roman" w:hint="eastAsia"/>
                <w:sz w:val="24"/>
                <w:lang w:eastAsia="zh-TW"/>
              </w:rPr>
              <w:t>醫療資安防護策略：</w:t>
            </w:r>
            <w:r w:rsidRPr="00E20E0D">
              <w:rPr>
                <w:rFonts w:ascii="Times New Roman" w:eastAsia="標楷體" w:hAnsi="Times New Roman" w:hint="eastAsia"/>
                <w:sz w:val="24"/>
                <w:lang w:eastAsia="zh-TW"/>
              </w:rPr>
              <w:t xml:space="preserve">SOC x MDR x SOAR </w:t>
            </w:r>
            <w:r w:rsidRPr="00E20E0D">
              <w:rPr>
                <w:rFonts w:ascii="Times New Roman" w:eastAsia="標楷體" w:hAnsi="Times New Roman" w:hint="eastAsia"/>
                <w:sz w:val="24"/>
                <w:lang w:eastAsia="zh-TW"/>
              </w:rPr>
              <w:t>聯防架構與勒索軟體防治</w:t>
            </w:r>
          </w:p>
          <w:p w:rsidR="001C6C48" w:rsidRPr="00E20E0D" w:rsidRDefault="00B47671" w:rsidP="00B47671">
            <w:pPr>
              <w:rPr>
                <w:rFonts w:ascii="Times New Roman" w:eastAsia="標楷體" w:hAnsi="Times New Roman"/>
                <w:sz w:val="24"/>
                <w:lang w:eastAsia="zh-TW"/>
              </w:rPr>
            </w:pPr>
            <w:r w:rsidRPr="00E20E0D">
              <w:rPr>
                <w:rFonts w:ascii="Times New Roman" w:eastAsia="標楷體" w:hAnsi="Times New Roman" w:hint="eastAsia"/>
                <w:sz w:val="24"/>
                <w:lang w:eastAsia="zh-TW"/>
              </w:rPr>
              <w:t xml:space="preserve">3. </w:t>
            </w:r>
            <w:r w:rsidRPr="00E20E0D">
              <w:rPr>
                <w:rFonts w:ascii="Times New Roman" w:eastAsia="標楷體" w:hAnsi="Times New Roman" w:hint="eastAsia"/>
                <w:sz w:val="24"/>
                <w:lang w:eastAsia="zh-TW"/>
              </w:rPr>
              <w:t>學生對</w:t>
            </w:r>
            <w:r w:rsidRPr="00E20E0D">
              <w:rPr>
                <w:rFonts w:ascii="Times New Roman" w:eastAsia="標楷體" w:hAnsi="Times New Roman" w:hint="eastAsia"/>
                <w:sz w:val="24"/>
                <w:lang w:eastAsia="zh-TW"/>
              </w:rPr>
              <w:t xml:space="preserve"> AI </w:t>
            </w:r>
            <w:r w:rsidRPr="00E20E0D">
              <w:rPr>
                <w:rFonts w:ascii="Times New Roman" w:eastAsia="標楷體" w:hAnsi="Times New Roman" w:hint="eastAsia"/>
                <w:sz w:val="24"/>
                <w:lang w:eastAsia="zh-TW"/>
              </w:rPr>
              <w:t>判讀錯誤與倫理議題的批判性反思</w:t>
            </w:r>
          </w:p>
        </w:tc>
      </w:tr>
    </w:tbl>
    <w:p w:rsidR="003D6B9F" w:rsidRPr="0014022A" w:rsidRDefault="00742140" w:rsidP="003D6B9F">
      <w:pPr>
        <w:rPr>
          <w:rFonts w:ascii="Times New Roman" w:eastAsia="標楷體" w:hAnsi="Times New Roman"/>
          <w:sz w:val="24"/>
          <w:lang w:eastAsia="zh-TW"/>
        </w:rPr>
      </w:pPr>
      <w:r>
        <w:rPr>
          <w:lang w:eastAsia="zh-TW"/>
        </w:rPr>
        <w:br/>
      </w:r>
      <w:r w:rsidR="003D6B9F" w:rsidRPr="0014022A">
        <w:rPr>
          <w:rFonts w:ascii="Times New Roman" w:eastAsia="標楷體" w:hAnsi="Times New Roman" w:hint="eastAsia"/>
          <w:sz w:val="24"/>
          <w:lang w:eastAsia="zh-TW"/>
        </w:rPr>
        <w:t xml:space="preserve">2. </w:t>
      </w:r>
      <w:r w:rsidR="003D6B9F" w:rsidRPr="0014022A">
        <w:rPr>
          <w:rFonts w:ascii="Times New Roman" w:eastAsia="標楷體" w:hAnsi="Times New Roman" w:hint="eastAsia"/>
          <w:sz w:val="24"/>
          <w:lang w:eastAsia="zh-TW"/>
        </w:rPr>
        <w:t>教學重點</w:t>
      </w:r>
      <w:r w:rsidR="003D6B9F" w:rsidRPr="0014022A">
        <w:rPr>
          <w:rFonts w:ascii="Times New Roman" w:eastAsia="標楷體" w:hAnsi="Times New Roman" w:hint="eastAsia"/>
          <w:sz w:val="24"/>
          <w:lang w:eastAsia="zh-TW"/>
        </w:rPr>
        <w:t xml:space="preserve"> (</w:t>
      </w:r>
      <w:r w:rsidR="003D6B9F" w:rsidRPr="0014022A">
        <w:rPr>
          <w:rFonts w:ascii="Times New Roman" w:eastAsia="標楷體" w:hAnsi="Times New Roman" w:hint="eastAsia"/>
          <w:sz w:val="24"/>
          <w:lang w:eastAsia="zh-TW"/>
        </w:rPr>
        <w:t>依學生回饋優化</w:t>
      </w:r>
      <w:r w:rsidR="003D6B9F" w:rsidRPr="0014022A">
        <w:rPr>
          <w:rFonts w:ascii="Times New Roman" w:eastAsia="標楷體" w:hAnsi="Times New Roman" w:hint="eastAsia"/>
          <w:sz w:val="24"/>
          <w:lang w:eastAsia="zh-TW"/>
        </w:rPr>
        <w:t>)</w:t>
      </w:r>
    </w:p>
    <w:p w:rsidR="003D6B9F" w:rsidRPr="0014022A" w:rsidRDefault="003D6B9F" w:rsidP="003D6B9F">
      <w:pPr>
        <w:rPr>
          <w:rFonts w:ascii="Times New Roman" w:eastAsia="標楷體" w:hAnsi="Times New Roman"/>
          <w:sz w:val="24"/>
          <w:lang w:eastAsia="zh-TW"/>
        </w:rPr>
      </w:pPr>
      <w:r w:rsidRPr="0014022A">
        <w:rPr>
          <w:rFonts w:ascii="Times New Roman" w:eastAsia="標楷體" w:hAnsi="Times New Roman" w:hint="eastAsia"/>
          <w:sz w:val="24"/>
          <w:lang w:eastAsia="zh-TW"/>
        </w:rPr>
        <w:t>根據期中與期末問卷回饋，教學重點特別強化以下面向，以解決非資訊背景學生的學習門檻：</w:t>
      </w:r>
    </w:p>
    <w:p w:rsidR="00E0011B" w:rsidRPr="0014022A" w:rsidRDefault="00A2003A" w:rsidP="003D6B9F">
      <w:pPr>
        <w:rPr>
          <w:rFonts w:ascii="Times New Roman" w:eastAsia="標楷體" w:hAnsi="Times New Roman"/>
          <w:sz w:val="24"/>
          <w:lang w:eastAsia="zh-TW"/>
        </w:rPr>
      </w:pPr>
      <w:r w:rsidRPr="0014022A">
        <w:rPr>
          <w:rFonts w:ascii="Times New Roman" w:eastAsia="標楷體" w:hAnsi="Times New Roman" w:hint="eastAsia"/>
          <w:sz w:val="24"/>
          <w:lang w:eastAsia="zh-TW"/>
        </w:rPr>
        <w:t>＊</w:t>
      </w:r>
      <w:r w:rsidR="003D6B9F" w:rsidRPr="0014022A">
        <w:rPr>
          <w:rFonts w:ascii="Times New Roman" w:eastAsia="標楷體" w:hAnsi="Times New Roman" w:hint="eastAsia"/>
          <w:sz w:val="24"/>
          <w:lang w:eastAsia="zh-TW"/>
        </w:rPr>
        <w:t>低門檻</w:t>
      </w:r>
      <w:r w:rsidR="003D6B9F" w:rsidRPr="0014022A">
        <w:rPr>
          <w:rFonts w:ascii="Times New Roman" w:eastAsia="標楷體" w:hAnsi="Times New Roman"/>
          <w:sz w:val="24"/>
          <w:lang w:eastAsia="zh-TW"/>
        </w:rPr>
        <w:t xml:space="preserve"> AI </w:t>
      </w:r>
      <w:r w:rsidR="003D6B9F" w:rsidRPr="0014022A">
        <w:rPr>
          <w:rFonts w:ascii="Times New Roman" w:eastAsia="標楷體" w:hAnsi="Times New Roman" w:hint="eastAsia"/>
          <w:sz w:val="24"/>
          <w:lang w:eastAsia="zh-TW"/>
        </w:rPr>
        <w:t>協作開發：</w:t>
      </w:r>
      <w:r w:rsidR="003D6B9F" w:rsidRPr="0014022A">
        <w:rPr>
          <w:rFonts w:ascii="Times New Roman" w:eastAsia="標楷體" w:hAnsi="Times New Roman"/>
          <w:sz w:val="24"/>
          <w:lang w:eastAsia="zh-TW"/>
        </w:rPr>
        <w:t xml:space="preserve"> </w:t>
      </w:r>
      <w:r w:rsidR="003D6B9F" w:rsidRPr="0014022A">
        <w:rPr>
          <w:rFonts w:ascii="Times New Roman" w:eastAsia="標楷體" w:hAnsi="Times New Roman" w:hint="eastAsia"/>
          <w:sz w:val="24"/>
          <w:lang w:eastAsia="zh-TW"/>
        </w:rPr>
        <w:t>針對學生反映「開</w:t>
      </w:r>
      <w:r w:rsidR="003D6B9F" w:rsidRPr="0014022A">
        <w:rPr>
          <w:rFonts w:ascii="Times New Roman" w:eastAsia="標楷體" w:hAnsi="Times New Roman" w:cs="細明體" w:hint="eastAsia"/>
          <w:sz w:val="24"/>
          <w:lang w:eastAsia="zh-TW"/>
        </w:rPr>
        <w:t>啟</w:t>
      </w:r>
      <w:r w:rsidR="003D6B9F" w:rsidRPr="0014022A">
        <w:rPr>
          <w:rFonts w:ascii="Times New Roman" w:eastAsia="標楷體" w:hAnsi="Times New Roman"/>
          <w:sz w:val="24"/>
          <w:lang w:eastAsia="zh-TW"/>
        </w:rPr>
        <w:t xml:space="preserve"> Python </w:t>
      </w:r>
      <w:r w:rsidR="003D6B9F" w:rsidRPr="0014022A">
        <w:rPr>
          <w:rFonts w:ascii="Times New Roman" w:eastAsia="標楷體" w:hAnsi="Times New Roman" w:hint="eastAsia"/>
          <w:sz w:val="24"/>
          <w:lang w:eastAsia="zh-TW"/>
        </w:rPr>
        <w:t>工具」及「撰寫程式</w:t>
      </w:r>
      <w:r w:rsidR="003D6B9F" w:rsidRPr="0014022A">
        <w:rPr>
          <w:rFonts w:ascii="Times New Roman" w:eastAsia="標楷體" w:hAnsi="Times New Roman"/>
          <w:sz w:val="24"/>
          <w:lang w:eastAsia="zh-TW"/>
        </w:rPr>
        <w:t xml:space="preserve"> (</w:t>
      </w:r>
      <w:r w:rsidR="003D6B9F" w:rsidRPr="0014022A">
        <w:rPr>
          <w:rFonts w:ascii="Times New Roman" w:eastAsia="標楷體" w:hAnsi="Times New Roman" w:hint="eastAsia"/>
          <w:sz w:val="24"/>
          <w:lang w:eastAsia="zh-TW"/>
        </w:rPr>
        <w:t>如</w:t>
      </w:r>
      <w:r w:rsidR="003D6B9F" w:rsidRPr="0014022A">
        <w:rPr>
          <w:rFonts w:ascii="Times New Roman" w:eastAsia="標楷體" w:hAnsi="Times New Roman"/>
          <w:sz w:val="24"/>
          <w:lang w:eastAsia="zh-TW"/>
        </w:rPr>
        <w:t xml:space="preserve"> BMI </w:t>
      </w:r>
      <w:r w:rsidR="003D6B9F" w:rsidRPr="0014022A">
        <w:rPr>
          <w:rFonts w:ascii="Times New Roman" w:eastAsia="標楷體" w:hAnsi="Times New Roman" w:hint="eastAsia"/>
          <w:sz w:val="24"/>
          <w:lang w:eastAsia="zh-TW"/>
        </w:rPr>
        <w:t>計算</w:t>
      </w:r>
      <w:r w:rsidR="003D6B9F" w:rsidRPr="0014022A">
        <w:rPr>
          <w:rFonts w:ascii="Times New Roman" w:eastAsia="標楷體" w:hAnsi="Times New Roman"/>
          <w:sz w:val="24"/>
          <w:lang w:eastAsia="zh-TW"/>
        </w:rPr>
        <w:t>)</w:t>
      </w:r>
      <w:r w:rsidR="003D6B9F" w:rsidRPr="0014022A">
        <w:rPr>
          <w:rFonts w:ascii="Times New Roman" w:eastAsia="標楷體" w:hAnsi="Times New Roman" w:hint="eastAsia"/>
          <w:sz w:val="24"/>
          <w:lang w:eastAsia="zh-TW"/>
        </w:rPr>
        <w:t>」較吃力的痛點，教學重點放在</w:t>
      </w:r>
      <w:r w:rsidR="003D6B9F" w:rsidRPr="0014022A">
        <w:rPr>
          <w:rFonts w:ascii="Times New Roman" w:eastAsia="標楷體" w:hAnsi="Times New Roman" w:hint="eastAsia"/>
          <w:sz w:val="24"/>
          <w:lang w:eastAsia="zh-TW"/>
        </w:rPr>
        <w:t xml:space="preserve"> </w:t>
      </w:r>
      <w:r w:rsidR="003D6B9F" w:rsidRPr="0014022A">
        <w:rPr>
          <w:rFonts w:ascii="Times New Roman" w:eastAsia="標楷體" w:hAnsi="Times New Roman" w:hint="eastAsia"/>
          <w:sz w:val="24"/>
          <w:lang w:eastAsia="zh-TW"/>
        </w:rPr>
        <w:t>「自然語言指令</w:t>
      </w:r>
      <w:r w:rsidR="003D6B9F" w:rsidRPr="0014022A">
        <w:rPr>
          <w:rFonts w:ascii="Times New Roman" w:eastAsia="標楷體" w:hAnsi="Times New Roman" w:hint="eastAsia"/>
          <w:sz w:val="24"/>
          <w:lang w:eastAsia="zh-TW"/>
        </w:rPr>
        <w:t xml:space="preserve"> (Prompt)</w:t>
      </w:r>
      <w:r w:rsidR="003D6B9F" w:rsidRPr="0014022A">
        <w:rPr>
          <w:rFonts w:ascii="Times New Roman" w:eastAsia="標楷體" w:hAnsi="Times New Roman" w:hint="eastAsia"/>
          <w:sz w:val="24"/>
          <w:lang w:eastAsia="zh-TW"/>
        </w:rPr>
        <w:t>」</w:t>
      </w:r>
      <w:r w:rsidR="003D6B9F" w:rsidRPr="0014022A">
        <w:rPr>
          <w:rFonts w:ascii="Times New Roman" w:eastAsia="標楷體" w:hAnsi="Times New Roman" w:hint="eastAsia"/>
          <w:sz w:val="24"/>
          <w:lang w:eastAsia="zh-TW"/>
        </w:rPr>
        <w:t xml:space="preserve"> </w:t>
      </w:r>
      <w:r w:rsidR="003D6B9F" w:rsidRPr="0014022A">
        <w:rPr>
          <w:rFonts w:ascii="Times New Roman" w:eastAsia="標楷體" w:hAnsi="Times New Roman" w:hint="eastAsia"/>
          <w:sz w:val="24"/>
          <w:lang w:eastAsia="zh-TW"/>
        </w:rPr>
        <w:t>的優化。引導學生透過中文指令，讓</w:t>
      </w:r>
      <w:r w:rsidR="003D6B9F" w:rsidRPr="0014022A">
        <w:rPr>
          <w:rFonts w:ascii="Times New Roman" w:eastAsia="標楷體" w:hAnsi="Times New Roman" w:hint="eastAsia"/>
          <w:sz w:val="24"/>
          <w:lang w:eastAsia="zh-TW"/>
        </w:rPr>
        <w:t xml:space="preserve"> AI </w:t>
      </w:r>
      <w:r w:rsidR="003D6B9F" w:rsidRPr="0014022A">
        <w:rPr>
          <w:rFonts w:ascii="Times New Roman" w:eastAsia="標楷體" w:hAnsi="Times New Roman" w:hint="eastAsia"/>
          <w:sz w:val="24"/>
          <w:lang w:eastAsia="zh-TW"/>
        </w:rPr>
        <w:t>輔助生成資料篩選語法（例如：篩選空腹血糖</w:t>
      </w:r>
      <w:r w:rsidR="003D6B9F" w:rsidRPr="0014022A">
        <w:rPr>
          <w:rFonts w:ascii="Times New Roman" w:eastAsia="標楷體" w:hAnsi="Times New Roman" w:hint="eastAsia"/>
          <w:sz w:val="24"/>
          <w:lang w:eastAsia="zh-TW"/>
        </w:rPr>
        <w:t xml:space="preserve"> &gt; 126 </w:t>
      </w:r>
      <w:r w:rsidR="003D6B9F" w:rsidRPr="0014022A">
        <w:rPr>
          <w:rFonts w:ascii="Times New Roman" w:eastAsia="標楷體" w:hAnsi="Times New Roman" w:hint="eastAsia"/>
          <w:sz w:val="24"/>
          <w:lang w:eastAsia="zh-TW"/>
        </w:rPr>
        <w:t>的病患名單），使學生專注於臨床決策而非死背代碼</w:t>
      </w:r>
    </w:p>
    <w:p w:rsidR="000C4BF0" w:rsidRPr="0014022A" w:rsidRDefault="00AF6FD7" w:rsidP="00790382">
      <w:pPr>
        <w:rPr>
          <w:rFonts w:ascii="Times New Roman" w:eastAsia="標楷體" w:hAnsi="Times New Roman"/>
          <w:sz w:val="24"/>
          <w:lang w:eastAsia="zh-TW"/>
        </w:rPr>
      </w:pPr>
      <w:r w:rsidRPr="0014022A">
        <w:rPr>
          <w:rFonts w:ascii="Times New Roman" w:eastAsia="標楷體" w:hAnsi="Times New Roman" w:hint="eastAsia"/>
          <w:sz w:val="24"/>
          <w:lang w:eastAsia="zh-TW"/>
        </w:rPr>
        <w:t>＊</w:t>
      </w:r>
      <w:r w:rsidR="00790382" w:rsidRPr="0014022A">
        <w:rPr>
          <w:rFonts w:ascii="Times New Roman" w:eastAsia="標楷體" w:hAnsi="Times New Roman" w:hint="eastAsia"/>
          <w:sz w:val="24"/>
          <w:lang w:eastAsia="zh-TW"/>
        </w:rPr>
        <w:t>臨床場景導向實作：</w:t>
      </w:r>
      <w:r w:rsidR="00790382" w:rsidRPr="0014022A">
        <w:rPr>
          <w:rFonts w:ascii="Times New Roman" w:eastAsia="標楷體" w:hAnsi="Times New Roman" w:hint="eastAsia"/>
          <w:sz w:val="24"/>
          <w:lang w:eastAsia="zh-TW"/>
        </w:rPr>
        <w:t xml:space="preserve"> </w:t>
      </w:r>
      <w:r w:rsidR="00790382" w:rsidRPr="0014022A">
        <w:rPr>
          <w:rFonts w:ascii="Times New Roman" w:eastAsia="標楷體" w:hAnsi="Times New Roman" w:hint="eastAsia"/>
          <w:sz w:val="24"/>
          <w:lang w:eastAsia="zh-TW"/>
        </w:rPr>
        <w:t>強調「多練習、多實作」，提供超過</w:t>
      </w:r>
      <w:r w:rsidR="00790382" w:rsidRPr="0014022A">
        <w:rPr>
          <w:rFonts w:ascii="Times New Roman" w:eastAsia="標楷體" w:hAnsi="Times New Roman" w:hint="eastAsia"/>
          <w:sz w:val="24"/>
          <w:lang w:eastAsia="zh-TW"/>
        </w:rPr>
        <w:t xml:space="preserve"> 20 </w:t>
      </w:r>
      <w:r w:rsidR="00790382" w:rsidRPr="0014022A">
        <w:rPr>
          <w:rFonts w:ascii="Times New Roman" w:eastAsia="標楷體" w:hAnsi="Times New Roman" w:hint="eastAsia"/>
          <w:sz w:val="24"/>
          <w:lang w:eastAsia="zh-TW"/>
        </w:rPr>
        <w:t>題結合護理情境的題目。例如：利用</w:t>
      </w:r>
      <w:r w:rsidR="00790382" w:rsidRPr="0014022A">
        <w:rPr>
          <w:rFonts w:ascii="Times New Roman" w:eastAsia="標楷體" w:hAnsi="Times New Roman"/>
          <w:sz w:val="24"/>
          <w:lang w:eastAsia="zh-TW"/>
        </w:rPr>
        <w:t xml:space="preserve"> if-elif-else </w:t>
      </w:r>
      <w:r w:rsidR="00790382" w:rsidRPr="0014022A">
        <w:rPr>
          <w:rFonts w:ascii="Times New Roman" w:eastAsia="標楷體" w:hAnsi="Times New Roman" w:hint="eastAsia"/>
          <w:sz w:val="24"/>
          <w:lang w:eastAsia="zh-TW"/>
        </w:rPr>
        <w:t>語句自動判斷體溫發燒，或使用迴圈批次處理多位病患的血壓數據。期末問卷顯示，學生對於</w:t>
      </w:r>
      <w:r w:rsidR="00790382" w:rsidRPr="0014022A">
        <w:rPr>
          <w:rFonts w:ascii="Times New Roman" w:eastAsia="標楷體" w:hAnsi="Times New Roman" w:hint="eastAsia"/>
          <w:sz w:val="24"/>
          <w:lang w:eastAsia="zh-TW"/>
        </w:rPr>
        <w:t xml:space="preserve"> Colab </w:t>
      </w:r>
      <w:r w:rsidR="00790382" w:rsidRPr="0014022A">
        <w:rPr>
          <w:rFonts w:ascii="Times New Roman" w:eastAsia="標楷體" w:hAnsi="Times New Roman" w:hint="eastAsia"/>
          <w:sz w:val="24"/>
          <w:lang w:eastAsia="zh-TW"/>
        </w:rPr>
        <w:t>實作醫療健康數據應用</w:t>
      </w:r>
      <w:r w:rsidR="00790382" w:rsidRPr="0014022A">
        <w:rPr>
          <w:rFonts w:ascii="Times New Roman" w:eastAsia="標楷體" w:hAnsi="Times New Roman" w:hint="eastAsia"/>
          <w:sz w:val="24"/>
          <w:lang w:eastAsia="zh-TW"/>
        </w:rPr>
        <w:t xml:space="preserve"> </w:t>
      </w:r>
      <w:r w:rsidR="00790382" w:rsidRPr="0014022A">
        <w:rPr>
          <w:rFonts w:ascii="Times New Roman" w:eastAsia="標楷體" w:hAnsi="Times New Roman" w:hint="eastAsia"/>
          <w:sz w:val="24"/>
          <w:lang w:eastAsia="zh-TW"/>
        </w:rPr>
        <w:t>感到最有成就感</w:t>
      </w:r>
    </w:p>
    <w:p w:rsidR="005D59B9" w:rsidRPr="0014022A" w:rsidRDefault="00B816C2" w:rsidP="00790382">
      <w:pPr>
        <w:rPr>
          <w:rFonts w:ascii="Times New Roman" w:eastAsia="標楷體" w:hAnsi="Times New Roman"/>
          <w:sz w:val="24"/>
          <w:lang w:eastAsia="zh-TW"/>
        </w:rPr>
      </w:pPr>
      <w:r w:rsidRPr="0014022A">
        <w:rPr>
          <w:rFonts w:ascii="Times New Roman" w:eastAsia="標楷體" w:hAnsi="Times New Roman" w:hint="eastAsia"/>
          <w:sz w:val="24"/>
          <w:lang w:eastAsia="zh-TW"/>
        </w:rPr>
        <w:lastRenderedPageBreak/>
        <w:t>＊醫療資訊系統的無縫整合：</w:t>
      </w:r>
      <w:r w:rsidRPr="0014022A">
        <w:rPr>
          <w:rFonts w:ascii="Times New Roman" w:eastAsia="標楷體" w:hAnsi="Times New Roman"/>
          <w:sz w:val="24"/>
          <w:lang w:eastAsia="zh-TW"/>
        </w:rPr>
        <w:t xml:space="preserve"> </w:t>
      </w:r>
      <w:r w:rsidRPr="0014022A">
        <w:rPr>
          <w:rFonts w:ascii="Times New Roman" w:eastAsia="標楷體" w:hAnsi="Times New Roman" w:hint="eastAsia"/>
          <w:sz w:val="24"/>
          <w:lang w:eastAsia="zh-TW"/>
        </w:rPr>
        <w:t>不只是學開發，更強調「數據流」的概念。重點介紹奇美醫院如何將</w:t>
      </w:r>
      <w:r w:rsidRPr="0014022A">
        <w:rPr>
          <w:rFonts w:ascii="Times New Roman" w:eastAsia="標楷體" w:hAnsi="Times New Roman"/>
          <w:sz w:val="24"/>
          <w:lang w:eastAsia="zh-TW"/>
        </w:rPr>
        <w:t xml:space="preserve"> AI </w:t>
      </w:r>
      <w:r w:rsidRPr="0014022A">
        <w:rPr>
          <w:rFonts w:ascii="Times New Roman" w:eastAsia="標楷體" w:hAnsi="Times New Roman" w:hint="eastAsia"/>
          <w:sz w:val="24"/>
          <w:lang w:eastAsia="zh-TW"/>
        </w:rPr>
        <w:t>模型整合進</w:t>
      </w:r>
      <w:r w:rsidRPr="0014022A">
        <w:rPr>
          <w:rFonts w:ascii="Times New Roman" w:eastAsia="標楷體" w:hAnsi="Times New Roman"/>
          <w:sz w:val="24"/>
          <w:lang w:eastAsia="zh-TW"/>
        </w:rPr>
        <w:t xml:space="preserve"> HIS </w:t>
      </w:r>
      <w:r w:rsidRPr="0014022A">
        <w:rPr>
          <w:rFonts w:ascii="Times New Roman" w:eastAsia="標楷體" w:hAnsi="Times New Roman" w:hint="eastAsia"/>
          <w:sz w:val="24"/>
          <w:lang w:eastAsia="zh-TW"/>
        </w:rPr>
        <w:t>系統（如肺炎</w:t>
      </w:r>
      <w:r w:rsidRPr="0014022A">
        <w:rPr>
          <w:rFonts w:ascii="Times New Roman" w:eastAsia="標楷體" w:hAnsi="Times New Roman"/>
          <w:sz w:val="24"/>
          <w:lang w:eastAsia="zh-TW"/>
        </w:rPr>
        <w:t xml:space="preserve"> 14 </w:t>
      </w:r>
      <w:r w:rsidRPr="0014022A">
        <w:rPr>
          <w:rFonts w:ascii="Times New Roman" w:eastAsia="標楷體" w:hAnsi="Times New Roman" w:hint="eastAsia"/>
          <w:sz w:val="24"/>
          <w:lang w:eastAsia="zh-TW"/>
        </w:rPr>
        <w:t>天再住院風險預測），以及</w:t>
      </w:r>
      <w:r w:rsidRPr="0014022A">
        <w:rPr>
          <w:rFonts w:ascii="Times New Roman" w:eastAsia="標楷體" w:hAnsi="Times New Roman"/>
          <w:sz w:val="24"/>
          <w:lang w:eastAsia="zh-TW"/>
        </w:rPr>
        <w:t xml:space="preserve"> NIS </w:t>
      </w:r>
      <w:r w:rsidRPr="0014022A">
        <w:rPr>
          <w:rFonts w:ascii="Times New Roman" w:eastAsia="標楷體" w:hAnsi="Times New Roman" w:hint="eastAsia"/>
          <w:sz w:val="24"/>
          <w:lang w:eastAsia="zh-TW"/>
        </w:rPr>
        <w:t>系統中血糖值自動上傳的整合方案，讓學生理解科技如何實質節省</w:t>
      </w:r>
      <w:r w:rsidRPr="0014022A">
        <w:rPr>
          <w:rFonts w:ascii="Times New Roman" w:eastAsia="標楷體" w:hAnsi="Times New Roman"/>
          <w:sz w:val="24"/>
          <w:lang w:eastAsia="zh-TW"/>
        </w:rPr>
        <w:t xml:space="preserve"> 30% </w:t>
      </w:r>
      <w:r w:rsidRPr="0014022A">
        <w:rPr>
          <w:rFonts w:ascii="Times New Roman" w:eastAsia="標楷體" w:hAnsi="Times New Roman" w:hint="eastAsia"/>
          <w:sz w:val="24"/>
          <w:lang w:eastAsia="zh-TW"/>
        </w:rPr>
        <w:t>的文書時間</w:t>
      </w:r>
    </w:p>
    <w:p w:rsidR="003825E5" w:rsidRPr="0014022A" w:rsidRDefault="003825E5" w:rsidP="003825E5">
      <w:pPr>
        <w:rPr>
          <w:rFonts w:ascii="Times New Roman" w:eastAsia="標楷體" w:hAnsi="Times New Roman"/>
          <w:sz w:val="24"/>
          <w:lang w:eastAsia="zh-TW"/>
        </w:rPr>
      </w:pPr>
      <w:r w:rsidRPr="0014022A">
        <w:rPr>
          <w:rFonts w:ascii="Times New Roman" w:eastAsia="標楷體" w:hAnsi="Times New Roman" w:hint="eastAsia"/>
          <w:sz w:val="24"/>
          <w:lang w:eastAsia="zh-TW"/>
        </w:rPr>
        <w:t>＊資安意識與</w:t>
      </w:r>
      <w:r w:rsidRPr="0014022A">
        <w:rPr>
          <w:rFonts w:ascii="Times New Roman" w:eastAsia="標楷體" w:hAnsi="Times New Roman" w:hint="eastAsia"/>
          <w:sz w:val="24"/>
          <w:lang w:eastAsia="zh-TW"/>
        </w:rPr>
        <w:t xml:space="preserve"> AI </w:t>
      </w:r>
      <w:r w:rsidRPr="0014022A">
        <w:rPr>
          <w:rFonts w:ascii="Times New Roman" w:eastAsia="標楷體" w:hAnsi="Times New Roman" w:hint="eastAsia"/>
          <w:sz w:val="24"/>
          <w:lang w:eastAsia="zh-TW"/>
        </w:rPr>
        <w:t>可解釋性：</w:t>
      </w:r>
      <w:r w:rsidRPr="0014022A">
        <w:rPr>
          <w:rFonts w:ascii="Times New Roman" w:eastAsia="標楷體" w:hAnsi="Times New Roman" w:hint="eastAsia"/>
          <w:sz w:val="24"/>
          <w:lang w:eastAsia="zh-TW"/>
        </w:rPr>
        <w:t xml:space="preserve"> </w:t>
      </w:r>
      <w:r w:rsidRPr="0014022A">
        <w:rPr>
          <w:rFonts w:ascii="Times New Roman" w:eastAsia="標楷體" w:hAnsi="Times New Roman" w:hint="eastAsia"/>
          <w:sz w:val="24"/>
          <w:lang w:eastAsia="zh-TW"/>
        </w:rPr>
        <w:t>在教學中納入資安事故案例（如</w:t>
      </w:r>
      <w:r w:rsidR="003A1AC0" w:rsidRPr="0014022A">
        <w:rPr>
          <w:rFonts w:ascii="Times New Roman" w:eastAsia="標楷體" w:hAnsi="Times New Roman" w:hint="eastAsia"/>
          <w:sz w:val="24"/>
          <w:lang w:eastAsia="zh-HK"/>
        </w:rPr>
        <w:t>某家</w:t>
      </w:r>
      <w:r w:rsidRPr="0014022A">
        <w:rPr>
          <w:rFonts w:ascii="Times New Roman" w:eastAsia="標楷體" w:hAnsi="Times New Roman" w:hint="eastAsia"/>
          <w:sz w:val="24"/>
          <w:lang w:eastAsia="zh-TW"/>
        </w:rPr>
        <w:t>醫院事故），強調帳號權限管理與異常行為偵測的重要性。同時透過</w:t>
      </w:r>
      <w:r w:rsidRPr="0014022A">
        <w:rPr>
          <w:rFonts w:ascii="Times New Roman" w:eastAsia="標楷體" w:hAnsi="Times New Roman"/>
          <w:sz w:val="24"/>
          <w:lang w:eastAsia="zh-TW"/>
        </w:rPr>
        <w:t xml:space="preserve"> SHAP </w:t>
      </w:r>
      <w:r w:rsidRPr="0014022A">
        <w:rPr>
          <w:rFonts w:ascii="Times New Roman" w:eastAsia="標楷體" w:hAnsi="Times New Roman" w:hint="eastAsia"/>
          <w:sz w:val="24"/>
          <w:lang w:eastAsia="zh-TW"/>
        </w:rPr>
        <w:t>圖</w:t>
      </w:r>
      <w:r w:rsidRPr="0014022A">
        <w:rPr>
          <w:rFonts w:ascii="Times New Roman" w:eastAsia="標楷體" w:hAnsi="Times New Roman"/>
          <w:sz w:val="24"/>
          <w:lang w:eastAsia="zh-TW"/>
        </w:rPr>
        <w:t xml:space="preserve"> (</w:t>
      </w:r>
      <w:r w:rsidRPr="0014022A">
        <w:rPr>
          <w:rFonts w:ascii="Times New Roman" w:eastAsia="標楷體" w:hAnsi="Times New Roman" w:hint="eastAsia"/>
          <w:sz w:val="24"/>
          <w:lang w:eastAsia="zh-TW"/>
        </w:rPr>
        <w:t>特徵重要性圖</w:t>
      </w:r>
      <w:r w:rsidRPr="0014022A">
        <w:rPr>
          <w:rFonts w:ascii="Times New Roman" w:eastAsia="標楷體" w:hAnsi="Times New Roman"/>
          <w:sz w:val="24"/>
          <w:lang w:eastAsia="zh-TW"/>
        </w:rPr>
        <w:t>)</w:t>
      </w:r>
      <w:r w:rsidRPr="0014022A">
        <w:rPr>
          <w:rFonts w:ascii="Times New Roman" w:eastAsia="標楷體" w:hAnsi="Times New Roman" w:hint="eastAsia"/>
          <w:sz w:val="24"/>
          <w:lang w:eastAsia="zh-TW"/>
        </w:rPr>
        <w:t>，教導學生如何解釋</w:t>
      </w:r>
      <w:r w:rsidRPr="0014022A">
        <w:rPr>
          <w:rFonts w:ascii="Times New Roman" w:eastAsia="標楷體" w:hAnsi="Times New Roman"/>
          <w:sz w:val="24"/>
          <w:lang w:eastAsia="zh-TW"/>
        </w:rPr>
        <w:t xml:space="preserve"> AI </w:t>
      </w:r>
      <w:r w:rsidRPr="0014022A">
        <w:rPr>
          <w:rFonts w:ascii="Times New Roman" w:eastAsia="標楷體" w:hAnsi="Times New Roman" w:hint="eastAsia"/>
          <w:sz w:val="24"/>
          <w:lang w:eastAsia="zh-TW"/>
        </w:rPr>
        <w:t>模型的判斷依據，培養批判性思考能力，不盲從技術輸出</w:t>
      </w:r>
    </w:p>
    <w:p w:rsidR="00E0011B" w:rsidRPr="00E3188A" w:rsidRDefault="00CF5CC8">
      <w:pPr>
        <w:pStyle w:val="21"/>
        <w:rPr>
          <w:rFonts w:ascii="Times New Roman" w:eastAsia="標楷體" w:hAnsi="Times New Roman"/>
          <w:sz w:val="24"/>
          <w:szCs w:val="24"/>
          <w:lang w:eastAsia="zh-TW"/>
        </w:rPr>
      </w:pPr>
      <w:bookmarkStart w:id="6" w:name="_Toc234218893"/>
      <w:r w:rsidRPr="00E3188A">
        <w:rPr>
          <w:rFonts w:ascii="Times New Roman" w:eastAsia="標楷體" w:hAnsi="Times New Roman" w:hint="eastAsia"/>
          <w:sz w:val="24"/>
          <w:szCs w:val="24"/>
          <w:lang w:eastAsia="zh-HK"/>
        </w:rPr>
        <w:t>三</w:t>
      </w:r>
      <w:r w:rsidR="00742140" w:rsidRPr="00E3188A">
        <w:rPr>
          <w:rFonts w:ascii="Times New Roman" w:eastAsia="標楷體" w:hAnsi="Times New Roman"/>
          <w:sz w:val="24"/>
          <w:szCs w:val="24"/>
          <w:lang w:eastAsia="zh-TW"/>
        </w:rPr>
        <w:t>、教學流程設計</w:t>
      </w:r>
      <w:bookmarkEnd w:id="6"/>
    </w:p>
    <w:p w:rsidR="00591497" w:rsidRPr="00E3188A" w:rsidRDefault="00A049EF" w:rsidP="00B01735">
      <w:pPr>
        <w:ind w:rightChars="-132" w:right="-29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本課程採取</w:t>
      </w:r>
      <w:r w:rsidRPr="00E3188A">
        <w:rPr>
          <w:rFonts w:ascii="Times New Roman" w:eastAsia="標楷體" w:hAnsi="Times New Roman" w:hint="eastAsia"/>
          <w:sz w:val="24"/>
          <w:szCs w:val="24"/>
          <w:lang w:eastAsia="zh-TW"/>
        </w:rPr>
        <w:t>**</w:t>
      </w:r>
      <w:r w:rsidRPr="00E3188A">
        <w:rPr>
          <w:rFonts w:ascii="Times New Roman" w:eastAsia="標楷體" w:hAnsi="Times New Roman" w:hint="eastAsia"/>
          <w:sz w:val="24"/>
          <w:szCs w:val="24"/>
          <w:lang w:eastAsia="zh-TW"/>
        </w:rPr>
        <w:t>「階層式進階學習」與「人機協作實作」</w:t>
      </w:r>
      <w:r w:rsidRPr="00E3188A">
        <w:rPr>
          <w:rFonts w:ascii="Times New Roman" w:eastAsia="標楷體" w:hAnsi="Times New Roman" w:hint="eastAsia"/>
          <w:sz w:val="24"/>
          <w:szCs w:val="24"/>
          <w:lang w:eastAsia="zh-TW"/>
        </w:rPr>
        <w:t>**</w:t>
      </w:r>
      <w:r w:rsidRPr="00E3188A">
        <w:rPr>
          <w:rFonts w:ascii="Times New Roman" w:eastAsia="標楷體" w:hAnsi="Times New Roman" w:hint="eastAsia"/>
          <w:sz w:val="24"/>
          <w:szCs w:val="24"/>
          <w:lang w:eastAsia="zh-TW"/>
        </w:rPr>
        <w:t>為核心，並根據學生回饋（如：對</w:t>
      </w:r>
      <w:r w:rsidRPr="00E3188A">
        <w:rPr>
          <w:rFonts w:ascii="Times New Roman" w:eastAsia="標楷體" w:hAnsi="Times New Roman" w:hint="eastAsia"/>
          <w:sz w:val="24"/>
          <w:szCs w:val="24"/>
          <w:lang w:eastAsia="zh-TW"/>
        </w:rPr>
        <w:t xml:space="preserve"> Python </w:t>
      </w:r>
      <w:r w:rsidRPr="00E3188A">
        <w:rPr>
          <w:rFonts w:ascii="Times New Roman" w:eastAsia="標楷體" w:hAnsi="Times New Roman" w:hint="eastAsia"/>
          <w:sz w:val="24"/>
          <w:szCs w:val="24"/>
          <w:lang w:eastAsia="zh-TW"/>
        </w:rPr>
        <w:t>語法信心較弱、但對</w:t>
      </w:r>
      <w:r w:rsidRPr="00E3188A">
        <w:rPr>
          <w:rFonts w:ascii="Times New Roman" w:eastAsia="標楷體" w:hAnsi="Times New Roman" w:hint="eastAsia"/>
          <w:sz w:val="24"/>
          <w:szCs w:val="24"/>
          <w:lang w:eastAsia="zh-TW"/>
        </w:rPr>
        <w:t xml:space="preserve"> Colab </w:t>
      </w:r>
      <w:r w:rsidR="00E3188A">
        <w:rPr>
          <w:rFonts w:ascii="Times New Roman" w:eastAsia="標楷體" w:hAnsi="Times New Roman" w:hint="eastAsia"/>
          <w:sz w:val="24"/>
          <w:szCs w:val="24"/>
          <w:lang w:eastAsia="zh-TW"/>
        </w:rPr>
        <w:t>實作感興趣）調整教學節奏與互動</w:t>
      </w:r>
      <w:r w:rsidR="00E3188A">
        <w:rPr>
          <w:rFonts w:ascii="Times New Roman" w:eastAsia="標楷體" w:hAnsi="Times New Roman" w:hint="eastAsia"/>
          <w:sz w:val="24"/>
          <w:szCs w:val="24"/>
          <w:lang w:eastAsia="zh-HK"/>
        </w:rPr>
        <w:t>方</w:t>
      </w:r>
      <w:r w:rsidRPr="00E3188A">
        <w:rPr>
          <w:rFonts w:ascii="Times New Roman" w:eastAsia="標楷體" w:hAnsi="Times New Roman" w:hint="eastAsia"/>
          <w:sz w:val="24"/>
          <w:szCs w:val="24"/>
          <w:lang w:eastAsia="zh-TW"/>
        </w:rPr>
        <w:t>式</w:t>
      </w:r>
    </w:p>
    <w:p w:rsidR="00905CB8" w:rsidRPr="00E3188A" w:rsidRDefault="00B962A5" w:rsidP="00905CB8">
      <w:pPr>
        <w:pStyle w:val="ae"/>
        <w:numPr>
          <w:ilvl w:val="0"/>
          <w:numId w:val="10"/>
        </w:num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教學階段與時間配置</w:t>
      </w:r>
      <w:r w:rsidR="00742140" w:rsidRPr="00E3188A">
        <w:rPr>
          <w:rFonts w:ascii="Times New Roman" w:eastAsia="標楷體" w:hAnsi="Times New Roman"/>
          <w:sz w:val="24"/>
          <w:szCs w:val="24"/>
          <w:lang w:eastAsia="zh-TW"/>
        </w:rPr>
        <w:br/>
      </w:r>
      <w:r w:rsidR="00245B9F" w:rsidRPr="00E3188A">
        <w:rPr>
          <w:rFonts w:ascii="Times New Roman" w:eastAsia="標楷體" w:hAnsi="Times New Roman" w:hint="eastAsia"/>
          <w:sz w:val="24"/>
          <w:szCs w:val="24"/>
          <w:lang w:eastAsia="zh-TW"/>
        </w:rPr>
        <w:t>課程總計</w:t>
      </w:r>
      <w:r w:rsidR="00245B9F" w:rsidRPr="00E3188A">
        <w:rPr>
          <w:rFonts w:ascii="Times New Roman" w:eastAsia="標楷體" w:hAnsi="Times New Roman" w:hint="eastAsia"/>
          <w:sz w:val="24"/>
          <w:szCs w:val="24"/>
          <w:lang w:eastAsia="zh-TW"/>
        </w:rPr>
        <w:t xml:space="preserve"> 18 </w:t>
      </w:r>
      <w:r w:rsidR="00245B9F" w:rsidRPr="00E3188A">
        <w:rPr>
          <w:rFonts w:ascii="Times New Roman" w:eastAsia="標楷體" w:hAnsi="Times New Roman" w:hint="eastAsia"/>
          <w:sz w:val="24"/>
          <w:szCs w:val="24"/>
          <w:lang w:eastAsia="zh-TW"/>
        </w:rPr>
        <w:t>週（或依實際學分調整），分為四個核心階段：</w:t>
      </w:r>
    </w:p>
    <w:tbl>
      <w:tblPr>
        <w:tblStyle w:val="aff2"/>
        <w:tblW w:w="8679" w:type="dxa"/>
        <w:tblInd w:w="360" w:type="dxa"/>
        <w:tblLook w:val="04A0" w:firstRow="1" w:lastRow="0" w:firstColumn="1" w:lastColumn="0" w:noHBand="0" w:noVBand="1"/>
      </w:tblPr>
      <w:tblGrid>
        <w:gridCol w:w="2124"/>
        <w:gridCol w:w="1735"/>
        <w:gridCol w:w="4820"/>
      </w:tblGrid>
      <w:tr w:rsidR="00444062" w:rsidRPr="00E3188A" w:rsidTr="00444062">
        <w:tc>
          <w:tcPr>
            <w:tcW w:w="2124" w:type="dxa"/>
          </w:tcPr>
          <w:p w:rsidR="00444062" w:rsidRPr="00E3188A" w:rsidRDefault="00444062"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HK"/>
              </w:rPr>
              <w:t>階段</w:t>
            </w:r>
          </w:p>
        </w:tc>
        <w:tc>
          <w:tcPr>
            <w:tcW w:w="1735" w:type="dxa"/>
          </w:tcPr>
          <w:p w:rsidR="00444062" w:rsidRPr="00E3188A" w:rsidRDefault="00444062"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HK"/>
              </w:rPr>
              <w:t>週次</w:t>
            </w:r>
          </w:p>
        </w:tc>
        <w:tc>
          <w:tcPr>
            <w:tcW w:w="4820" w:type="dxa"/>
          </w:tcPr>
          <w:p w:rsidR="00444062" w:rsidRPr="00E3188A" w:rsidRDefault="00444062"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HK"/>
              </w:rPr>
              <w:t>主題內容</w:t>
            </w:r>
          </w:p>
        </w:tc>
      </w:tr>
      <w:tr w:rsidR="00444062" w:rsidRPr="00E3188A" w:rsidTr="00444062">
        <w:tc>
          <w:tcPr>
            <w:tcW w:w="2124" w:type="dxa"/>
          </w:tcPr>
          <w:p w:rsidR="00444062" w:rsidRPr="00E3188A" w:rsidRDefault="00444062"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基礎導引期</w:t>
            </w:r>
          </w:p>
        </w:tc>
        <w:tc>
          <w:tcPr>
            <w:tcW w:w="1735" w:type="dxa"/>
          </w:tcPr>
          <w:p w:rsidR="00444062" w:rsidRPr="00E3188A" w:rsidRDefault="00C73368"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1-5</w:t>
            </w:r>
            <w:r w:rsidRPr="00E3188A">
              <w:rPr>
                <w:rFonts w:ascii="Times New Roman" w:eastAsia="標楷體" w:hAnsi="Times New Roman" w:hint="eastAsia"/>
                <w:sz w:val="24"/>
                <w:szCs w:val="24"/>
                <w:lang w:eastAsia="zh-HK"/>
              </w:rPr>
              <w:t>週</w:t>
            </w:r>
          </w:p>
        </w:tc>
        <w:tc>
          <w:tcPr>
            <w:tcW w:w="4820" w:type="dxa"/>
          </w:tcPr>
          <w:p w:rsidR="00444062" w:rsidRPr="00E3188A" w:rsidRDefault="00A271AA"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 xml:space="preserve">Python AI </w:t>
            </w:r>
            <w:r w:rsidRPr="00E3188A">
              <w:rPr>
                <w:rFonts w:ascii="Times New Roman" w:eastAsia="標楷體" w:hAnsi="Times New Roman" w:hint="eastAsia"/>
                <w:sz w:val="24"/>
                <w:szCs w:val="24"/>
                <w:lang w:eastAsia="zh-TW"/>
              </w:rPr>
              <w:t>與</w:t>
            </w:r>
            <w:r w:rsidRPr="00E3188A">
              <w:rPr>
                <w:rFonts w:ascii="Times New Roman" w:eastAsia="標楷體" w:hAnsi="Times New Roman" w:hint="eastAsia"/>
                <w:sz w:val="24"/>
                <w:szCs w:val="24"/>
                <w:lang w:eastAsia="zh-TW"/>
              </w:rPr>
              <w:t xml:space="preserve"> Colab </w:t>
            </w:r>
            <w:r w:rsidRPr="00E3188A">
              <w:rPr>
                <w:rFonts w:ascii="Times New Roman" w:eastAsia="標楷體" w:hAnsi="Times New Roman" w:hint="eastAsia"/>
                <w:sz w:val="24"/>
                <w:szCs w:val="24"/>
                <w:lang w:eastAsia="zh-TW"/>
              </w:rPr>
              <w:t>基礎：環境設定、變數、條件判斷（</w:t>
            </w:r>
            <w:r w:rsidRPr="00E3188A">
              <w:rPr>
                <w:rFonts w:ascii="Times New Roman" w:eastAsia="標楷體" w:hAnsi="Times New Roman" w:hint="eastAsia"/>
                <w:sz w:val="24"/>
                <w:szCs w:val="24"/>
                <w:lang w:eastAsia="zh-TW"/>
              </w:rPr>
              <w:t>if-else</w:t>
            </w:r>
            <w:r w:rsidRPr="00E3188A">
              <w:rPr>
                <w:rFonts w:ascii="Times New Roman" w:eastAsia="標楷體" w:hAnsi="Times New Roman" w:hint="eastAsia"/>
                <w:sz w:val="24"/>
                <w:szCs w:val="24"/>
                <w:lang w:eastAsia="zh-TW"/>
              </w:rPr>
              <w:t>）、</w:t>
            </w:r>
            <w:r w:rsidRPr="00E3188A">
              <w:rPr>
                <w:rFonts w:ascii="Times New Roman" w:eastAsia="標楷體" w:hAnsi="Times New Roman" w:hint="eastAsia"/>
                <w:sz w:val="24"/>
                <w:szCs w:val="24"/>
                <w:lang w:eastAsia="zh-TW"/>
              </w:rPr>
              <w:t xml:space="preserve">BMI </w:t>
            </w:r>
            <w:r w:rsidRPr="00E3188A">
              <w:rPr>
                <w:rFonts w:ascii="Times New Roman" w:eastAsia="標楷體" w:hAnsi="Times New Roman" w:hint="eastAsia"/>
                <w:sz w:val="24"/>
                <w:szCs w:val="24"/>
                <w:lang w:eastAsia="zh-TW"/>
              </w:rPr>
              <w:t>計算練習</w:t>
            </w:r>
          </w:p>
        </w:tc>
      </w:tr>
      <w:tr w:rsidR="00444062" w:rsidRPr="00E3188A" w:rsidTr="00444062">
        <w:tc>
          <w:tcPr>
            <w:tcW w:w="2124" w:type="dxa"/>
          </w:tcPr>
          <w:p w:rsidR="00444062" w:rsidRPr="00E3188A" w:rsidRDefault="00893295"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數據探勘期</w:t>
            </w:r>
          </w:p>
        </w:tc>
        <w:tc>
          <w:tcPr>
            <w:tcW w:w="1735" w:type="dxa"/>
          </w:tcPr>
          <w:p w:rsidR="00444062" w:rsidRPr="00E3188A" w:rsidRDefault="00656960"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6-10</w:t>
            </w:r>
            <w:r w:rsidRPr="00E3188A">
              <w:rPr>
                <w:rFonts w:ascii="Times New Roman" w:eastAsia="標楷體" w:hAnsi="Times New Roman" w:hint="eastAsia"/>
                <w:sz w:val="24"/>
                <w:szCs w:val="24"/>
                <w:lang w:eastAsia="zh-HK"/>
              </w:rPr>
              <w:t>週</w:t>
            </w:r>
          </w:p>
        </w:tc>
        <w:tc>
          <w:tcPr>
            <w:tcW w:w="4820" w:type="dxa"/>
          </w:tcPr>
          <w:p w:rsidR="00444062" w:rsidRPr="00E3188A" w:rsidRDefault="006D031F" w:rsidP="006D031F">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醫療數據處理：</w:t>
            </w:r>
            <w:r w:rsidRPr="00E3188A">
              <w:rPr>
                <w:rFonts w:ascii="Times New Roman" w:eastAsia="標楷體" w:hAnsi="Times New Roman" w:hint="eastAsia"/>
                <w:sz w:val="24"/>
                <w:szCs w:val="24"/>
                <w:lang w:eastAsia="zh-TW"/>
              </w:rPr>
              <w:t xml:space="preserve">Pandas/NumPy </w:t>
            </w:r>
            <w:r w:rsidRPr="00E3188A">
              <w:rPr>
                <w:rFonts w:ascii="Times New Roman" w:eastAsia="標楷體" w:hAnsi="Times New Roman" w:hint="eastAsia"/>
                <w:sz w:val="24"/>
                <w:szCs w:val="24"/>
                <w:lang w:eastAsia="zh-TW"/>
              </w:rPr>
              <w:t>應用、</w:t>
            </w:r>
            <w:r w:rsidRPr="00E3188A">
              <w:rPr>
                <w:rFonts w:ascii="Times New Roman" w:eastAsia="標楷體" w:hAnsi="Times New Roman" w:hint="eastAsia"/>
                <w:sz w:val="24"/>
                <w:szCs w:val="24"/>
                <w:lang w:eastAsia="zh-TW"/>
              </w:rPr>
              <w:t xml:space="preserve">CSV/Excel </w:t>
            </w:r>
            <w:r w:rsidRPr="00E3188A">
              <w:rPr>
                <w:rFonts w:ascii="Times New Roman" w:eastAsia="標楷體" w:hAnsi="Times New Roman" w:hint="eastAsia"/>
                <w:sz w:val="24"/>
                <w:szCs w:val="24"/>
                <w:lang w:eastAsia="zh-TW"/>
              </w:rPr>
              <w:t>讀取、血糖與血壓資料清理與視覺化</w:t>
            </w:r>
          </w:p>
        </w:tc>
      </w:tr>
      <w:tr w:rsidR="00444062" w:rsidRPr="00E3188A" w:rsidTr="00444062">
        <w:tc>
          <w:tcPr>
            <w:tcW w:w="2124" w:type="dxa"/>
          </w:tcPr>
          <w:p w:rsidR="00444062" w:rsidRPr="00E3188A" w:rsidRDefault="000654E9"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系統與倫理期</w:t>
            </w:r>
          </w:p>
        </w:tc>
        <w:tc>
          <w:tcPr>
            <w:tcW w:w="1735" w:type="dxa"/>
          </w:tcPr>
          <w:p w:rsidR="00444062" w:rsidRPr="00E3188A" w:rsidRDefault="00656960"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11-14</w:t>
            </w:r>
            <w:r w:rsidRPr="00E3188A">
              <w:rPr>
                <w:rFonts w:ascii="Times New Roman" w:eastAsia="標楷體" w:hAnsi="Times New Roman" w:hint="eastAsia"/>
                <w:sz w:val="24"/>
                <w:szCs w:val="24"/>
                <w:lang w:eastAsia="zh-HK"/>
              </w:rPr>
              <w:t>週</w:t>
            </w:r>
          </w:p>
        </w:tc>
        <w:tc>
          <w:tcPr>
            <w:tcW w:w="4820" w:type="dxa"/>
          </w:tcPr>
          <w:p w:rsidR="00444062" w:rsidRPr="00E3188A" w:rsidRDefault="00F73145"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醫療資訊系統與倫理：</w:t>
            </w:r>
            <w:r w:rsidRPr="00E3188A">
              <w:rPr>
                <w:rFonts w:ascii="Times New Roman" w:eastAsia="標楷體" w:hAnsi="Times New Roman" w:hint="eastAsia"/>
                <w:sz w:val="24"/>
                <w:szCs w:val="24"/>
                <w:lang w:eastAsia="zh-TW"/>
              </w:rPr>
              <w:t xml:space="preserve">NIS/HIS </w:t>
            </w:r>
            <w:r w:rsidRPr="00E3188A">
              <w:rPr>
                <w:rFonts w:ascii="Times New Roman" w:eastAsia="標楷體" w:hAnsi="Times New Roman" w:hint="eastAsia"/>
                <w:sz w:val="24"/>
                <w:szCs w:val="24"/>
                <w:lang w:eastAsia="zh-TW"/>
              </w:rPr>
              <w:t>架構、</w:t>
            </w:r>
            <w:r w:rsidRPr="00E3188A">
              <w:rPr>
                <w:rFonts w:ascii="Times New Roman" w:eastAsia="標楷體" w:hAnsi="Times New Roman" w:hint="eastAsia"/>
                <w:sz w:val="24"/>
                <w:szCs w:val="24"/>
                <w:lang w:eastAsia="zh-TW"/>
              </w:rPr>
              <w:t xml:space="preserve">IRB </w:t>
            </w:r>
            <w:r w:rsidRPr="00E3188A">
              <w:rPr>
                <w:rFonts w:ascii="Times New Roman" w:eastAsia="標楷體" w:hAnsi="Times New Roman" w:hint="eastAsia"/>
                <w:sz w:val="24"/>
                <w:szCs w:val="24"/>
                <w:lang w:eastAsia="zh-TW"/>
              </w:rPr>
              <w:t>倫理規範、資安防護（</w:t>
            </w:r>
            <w:r w:rsidRPr="00E3188A">
              <w:rPr>
                <w:rFonts w:ascii="Times New Roman" w:eastAsia="標楷體" w:hAnsi="Times New Roman" w:hint="eastAsia"/>
                <w:sz w:val="24"/>
                <w:szCs w:val="24"/>
                <w:lang w:eastAsia="zh-TW"/>
              </w:rPr>
              <w:t>SOCxMDR</w:t>
            </w:r>
            <w:r w:rsidRPr="00E3188A">
              <w:rPr>
                <w:rFonts w:ascii="Times New Roman" w:eastAsia="標楷體" w:hAnsi="Times New Roman" w:hint="eastAsia"/>
                <w:sz w:val="24"/>
                <w:szCs w:val="24"/>
                <w:lang w:eastAsia="zh-TW"/>
              </w:rPr>
              <w:t>）及去個資化處理</w:t>
            </w:r>
          </w:p>
        </w:tc>
      </w:tr>
      <w:tr w:rsidR="00444062" w:rsidRPr="00E3188A" w:rsidTr="00444062">
        <w:tc>
          <w:tcPr>
            <w:tcW w:w="2124" w:type="dxa"/>
          </w:tcPr>
          <w:p w:rsidR="00444062" w:rsidRPr="00E3188A" w:rsidRDefault="0060132B"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臨床實務期</w:t>
            </w:r>
          </w:p>
        </w:tc>
        <w:tc>
          <w:tcPr>
            <w:tcW w:w="1735" w:type="dxa"/>
          </w:tcPr>
          <w:p w:rsidR="00444062" w:rsidRPr="00E3188A" w:rsidRDefault="00F106FB"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15-18</w:t>
            </w:r>
            <w:r w:rsidRPr="00E3188A">
              <w:rPr>
                <w:rFonts w:ascii="Times New Roman" w:eastAsia="標楷體" w:hAnsi="Times New Roman" w:hint="eastAsia"/>
                <w:sz w:val="24"/>
                <w:szCs w:val="24"/>
                <w:lang w:eastAsia="zh-HK"/>
              </w:rPr>
              <w:t>週</w:t>
            </w:r>
          </w:p>
        </w:tc>
        <w:tc>
          <w:tcPr>
            <w:tcW w:w="4820" w:type="dxa"/>
          </w:tcPr>
          <w:p w:rsidR="00444062" w:rsidRPr="00E3188A" w:rsidRDefault="001716E2" w:rsidP="00905CB8">
            <w:pPr>
              <w:pStyle w:val="ae"/>
              <w:ind w:left="0"/>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醫院</w:t>
            </w:r>
            <w:r w:rsidRPr="00E3188A">
              <w:rPr>
                <w:rFonts w:ascii="Times New Roman" w:eastAsia="標楷體" w:hAnsi="Times New Roman" w:hint="eastAsia"/>
                <w:sz w:val="24"/>
                <w:szCs w:val="24"/>
                <w:lang w:eastAsia="zh-TW"/>
              </w:rPr>
              <w:t xml:space="preserve"> AI </w:t>
            </w:r>
            <w:r w:rsidRPr="00E3188A">
              <w:rPr>
                <w:rFonts w:ascii="Times New Roman" w:eastAsia="標楷體" w:hAnsi="Times New Roman" w:hint="eastAsia"/>
                <w:sz w:val="24"/>
                <w:szCs w:val="24"/>
                <w:lang w:eastAsia="zh-TW"/>
              </w:rPr>
              <w:t>實務與期末專案：凱旋</w:t>
            </w:r>
            <w:r w:rsidRPr="00E3188A">
              <w:rPr>
                <w:rFonts w:ascii="Times New Roman" w:eastAsia="標楷體" w:hAnsi="Times New Roman" w:hint="eastAsia"/>
                <w:sz w:val="24"/>
                <w:szCs w:val="24"/>
                <w:lang w:eastAsia="zh-TW"/>
              </w:rPr>
              <w:t>/</w:t>
            </w:r>
            <w:r w:rsidRPr="00E3188A">
              <w:rPr>
                <w:rFonts w:ascii="Times New Roman" w:eastAsia="標楷體" w:hAnsi="Times New Roman" w:hint="eastAsia"/>
                <w:sz w:val="24"/>
                <w:szCs w:val="24"/>
                <w:lang w:eastAsia="zh-TW"/>
              </w:rPr>
              <w:t>奇美醫院應用案例（</w:t>
            </w:r>
            <w:r w:rsidRPr="00E3188A">
              <w:rPr>
                <w:rFonts w:ascii="Times New Roman" w:eastAsia="標楷體" w:hAnsi="Times New Roman" w:hint="eastAsia"/>
                <w:sz w:val="24"/>
                <w:szCs w:val="24"/>
                <w:lang w:eastAsia="zh-TW"/>
              </w:rPr>
              <w:t>A+ Copilot</w:t>
            </w:r>
            <w:r w:rsidRPr="00E3188A">
              <w:rPr>
                <w:rFonts w:ascii="Times New Roman" w:eastAsia="標楷體" w:hAnsi="Times New Roman" w:hint="eastAsia"/>
                <w:sz w:val="24"/>
                <w:szCs w:val="24"/>
                <w:lang w:eastAsia="zh-TW"/>
              </w:rPr>
              <w:t>、</w:t>
            </w:r>
            <w:r w:rsidRPr="00E3188A">
              <w:rPr>
                <w:rFonts w:ascii="Times New Roman" w:eastAsia="標楷體" w:hAnsi="Times New Roman" w:hint="eastAsia"/>
                <w:sz w:val="24"/>
                <w:szCs w:val="24"/>
                <w:lang w:eastAsia="zh-TW"/>
              </w:rPr>
              <w:t>iSAFE</w:t>
            </w:r>
            <w:r w:rsidRPr="00E3188A">
              <w:rPr>
                <w:rFonts w:ascii="Times New Roman" w:eastAsia="標楷體" w:hAnsi="Times New Roman" w:hint="eastAsia"/>
                <w:sz w:val="24"/>
                <w:szCs w:val="24"/>
                <w:lang w:eastAsia="zh-TW"/>
              </w:rPr>
              <w:t>）、分組報告與</w:t>
            </w:r>
            <w:r w:rsidRPr="00E3188A">
              <w:rPr>
                <w:rFonts w:ascii="Times New Roman" w:eastAsia="標楷體" w:hAnsi="Times New Roman" w:hint="eastAsia"/>
                <w:sz w:val="24"/>
                <w:szCs w:val="24"/>
                <w:lang w:eastAsia="zh-TW"/>
              </w:rPr>
              <w:t xml:space="preserve"> AI </w:t>
            </w:r>
            <w:r w:rsidRPr="00E3188A">
              <w:rPr>
                <w:rFonts w:ascii="Times New Roman" w:eastAsia="標楷體" w:hAnsi="Times New Roman" w:hint="eastAsia"/>
                <w:sz w:val="24"/>
                <w:szCs w:val="24"/>
                <w:lang w:eastAsia="zh-TW"/>
              </w:rPr>
              <w:t>錯誤反</w:t>
            </w:r>
          </w:p>
        </w:tc>
      </w:tr>
    </w:tbl>
    <w:p w:rsidR="00905CB8" w:rsidRPr="00E3188A" w:rsidRDefault="00905CB8" w:rsidP="00905CB8">
      <w:pPr>
        <w:pStyle w:val="ae"/>
        <w:ind w:left="360"/>
        <w:rPr>
          <w:rFonts w:ascii="Times New Roman" w:eastAsia="標楷體" w:hAnsi="Times New Roman"/>
          <w:sz w:val="24"/>
          <w:szCs w:val="24"/>
          <w:lang w:eastAsia="zh-TW"/>
        </w:rPr>
      </w:pPr>
    </w:p>
    <w:p w:rsidR="006966F4" w:rsidRPr="00E3188A" w:rsidRDefault="00E3354C" w:rsidP="00E3354C">
      <w:pPr>
        <w:pStyle w:val="ae"/>
        <w:numPr>
          <w:ilvl w:val="0"/>
          <w:numId w:val="10"/>
        </w:num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教學活動設計</w:t>
      </w:r>
      <w:r w:rsidRPr="00E3188A">
        <w:rPr>
          <w:rFonts w:ascii="Times New Roman" w:eastAsia="標楷體" w:hAnsi="Times New Roman" w:hint="eastAsia"/>
          <w:sz w:val="24"/>
          <w:szCs w:val="24"/>
          <w:lang w:eastAsia="zh-TW"/>
        </w:rPr>
        <w:t xml:space="preserve"> (</w:t>
      </w:r>
      <w:r w:rsidRPr="00E3188A">
        <w:rPr>
          <w:rFonts w:ascii="Times New Roman" w:eastAsia="標楷體" w:hAnsi="Times New Roman" w:hint="eastAsia"/>
          <w:sz w:val="24"/>
          <w:szCs w:val="24"/>
          <w:lang w:eastAsia="zh-TW"/>
        </w:rPr>
        <w:t>依學生特性優化</w:t>
      </w:r>
      <w:r w:rsidRPr="00E3188A">
        <w:rPr>
          <w:rFonts w:ascii="Times New Roman" w:eastAsia="標楷體" w:hAnsi="Times New Roman" w:hint="eastAsia"/>
          <w:sz w:val="24"/>
          <w:szCs w:val="24"/>
          <w:lang w:eastAsia="zh-TW"/>
        </w:rPr>
        <w:t>)</w:t>
      </w:r>
    </w:p>
    <w:p w:rsidR="0077724E" w:rsidRPr="00E45E79" w:rsidRDefault="00C70EDB" w:rsidP="00E45E79">
      <w:pPr>
        <w:rPr>
          <w:rFonts w:ascii="Times New Roman" w:eastAsia="標楷體" w:hAnsi="Times New Roman"/>
          <w:sz w:val="24"/>
          <w:szCs w:val="24"/>
          <w:lang w:eastAsia="zh-TW"/>
        </w:rPr>
      </w:pPr>
      <w:r w:rsidRPr="00E45E79">
        <w:rPr>
          <w:rFonts w:ascii="Times New Roman" w:eastAsia="標楷體" w:hAnsi="Times New Roman" w:hint="eastAsia"/>
          <w:sz w:val="24"/>
          <w:szCs w:val="24"/>
          <w:lang w:eastAsia="zh-TW"/>
        </w:rPr>
        <w:t>＊低門檻</w:t>
      </w:r>
      <w:r w:rsidRPr="00E45E79">
        <w:rPr>
          <w:rFonts w:ascii="Times New Roman" w:eastAsia="標楷體" w:hAnsi="Times New Roman" w:hint="eastAsia"/>
          <w:sz w:val="24"/>
          <w:szCs w:val="24"/>
          <w:lang w:eastAsia="zh-TW"/>
        </w:rPr>
        <w:t xml:space="preserve"> Python </w:t>
      </w:r>
      <w:r w:rsidRPr="00E45E79">
        <w:rPr>
          <w:rFonts w:ascii="Times New Roman" w:eastAsia="標楷體" w:hAnsi="Times New Roman" w:hint="eastAsia"/>
          <w:sz w:val="24"/>
          <w:szCs w:val="24"/>
          <w:lang w:eastAsia="zh-TW"/>
        </w:rPr>
        <w:t>實作活動：</w:t>
      </w:r>
      <w:r w:rsidRPr="00E45E79">
        <w:rPr>
          <w:rFonts w:ascii="Times New Roman" w:eastAsia="標楷體" w:hAnsi="Times New Roman" w:hint="eastAsia"/>
          <w:sz w:val="24"/>
          <w:szCs w:val="24"/>
          <w:lang w:eastAsia="zh-TW"/>
        </w:rPr>
        <w:t xml:space="preserve"> </w:t>
      </w:r>
      <w:r w:rsidRPr="00E45E79">
        <w:rPr>
          <w:rFonts w:ascii="Times New Roman" w:eastAsia="標楷體" w:hAnsi="Times New Roman" w:hint="eastAsia"/>
          <w:sz w:val="24"/>
          <w:szCs w:val="24"/>
          <w:lang w:eastAsia="zh-TW"/>
        </w:rPr>
        <w:t>針對護理系學生較沒信心撰寫代碼的痛點，活動設計不要求死背語法，而是引導學生使用</w:t>
      </w:r>
      <w:r w:rsidRPr="00E45E79">
        <w:rPr>
          <w:rFonts w:ascii="Times New Roman" w:eastAsia="標楷體" w:hAnsi="Times New Roman" w:hint="eastAsia"/>
          <w:sz w:val="24"/>
          <w:szCs w:val="24"/>
          <w:lang w:eastAsia="zh-TW"/>
        </w:rPr>
        <w:t xml:space="preserve"> Google Colab </w:t>
      </w:r>
      <w:r w:rsidRPr="00E45E79">
        <w:rPr>
          <w:rFonts w:ascii="Times New Roman" w:eastAsia="標楷體" w:hAnsi="Times New Roman" w:hint="eastAsia"/>
          <w:sz w:val="24"/>
          <w:szCs w:val="24"/>
          <w:lang w:eastAsia="zh-TW"/>
        </w:rPr>
        <w:t>雲端環境。例如：利用</w:t>
      </w:r>
      <w:r w:rsidRPr="00E45E79">
        <w:rPr>
          <w:rFonts w:ascii="Times New Roman" w:eastAsia="標楷體" w:hAnsi="Times New Roman"/>
          <w:sz w:val="24"/>
          <w:szCs w:val="24"/>
          <w:lang w:eastAsia="zh-TW"/>
        </w:rPr>
        <w:t xml:space="preserve"> if-elif-else </w:t>
      </w:r>
      <w:r w:rsidRPr="00E45E79">
        <w:rPr>
          <w:rFonts w:ascii="Times New Roman" w:eastAsia="標楷體" w:hAnsi="Times New Roman" w:hint="eastAsia"/>
          <w:sz w:val="24"/>
          <w:szCs w:val="24"/>
          <w:lang w:eastAsia="zh-TW"/>
        </w:rPr>
        <w:t>自動判斷體溫是否發燒，讓學生直接感受代碼對臨床效率的提升</w:t>
      </w:r>
    </w:p>
    <w:p w:rsidR="0077724E" w:rsidRPr="00E45E79" w:rsidRDefault="0077724E" w:rsidP="00E45E79">
      <w:pPr>
        <w:rPr>
          <w:rFonts w:ascii="Times New Roman" w:eastAsia="標楷體" w:hAnsi="Times New Roman"/>
          <w:sz w:val="24"/>
          <w:szCs w:val="24"/>
          <w:lang w:eastAsia="zh-TW"/>
        </w:rPr>
      </w:pPr>
      <w:r w:rsidRPr="00E45E79">
        <w:rPr>
          <w:rFonts w:ascii="Times New Roman" w:eastAsia="標楷體" w:hAnsi="Times New Roman" w:hint="eastAsia"/>
          <w:sz w:val="24"/>
          <w:szCs w:val="24"/>
          <w:lang w:eastAsia="zh-TW"/>
        </w:rPr>
        <w:t>＊</w:t>
      </w:r>
      <w:r w:rsidRPr="00E45E79">
        <w:rPr>
          <w:rFonts w:ascii="Times New Roman" w:eastAsia="標楷體" w:hAnsi="Times New Roman"/>
          <w:sz w:val="24"/>
          <w:szCs w:val="24"/>
          <w:lang w:eastAsia="zh-TW"/>
        </w:rPr>
        <w:t xml:space="preserve">Prompt </w:t>
      </w:r>
      <w:r w:rsidRPr="00E45E79">
        <w:rPr>
          <w:rFonts w:ascii="Times New Roman" w:eastAsia="標楷體" w:hAnsi="Times New Roman" w:hint="eastAsia"/>
          <w:sz w:val="24"/>
          <w:szCs w:val="24"/>
          <w:lang w:eastAsia="zh-TW"/>
        </w:rPr>
        <w:t>工程協作練習：</w:t>
      </w:r>
      <w:r w:rsidRPr="00E45E79">
        <w:rPr>
          <w:rFonts w:ascii="Times New Roman" w:eastAsia="標楷體" w:hAnsi="Times New Roman"/>
          <w:sz w:val="24"/>
          <w:szCs w:val="24"/>
          <w:lang w:eastAsia="zh-TW"/>
        </w:rPr>
        <w:t xml:space="preserve"> </w:t>
      </w:r>
      <w:r w:rsidRPr="00E45E79">
        <w:rPr>
          <w:rFonts w:ascii="Times New Roman" w:eastAsia="標楷體" w:hAnsi="Times New Roman" w:hint="eastAsia"/>
          <w:sz w:val="24"/>
          <w:szCs w:val="24"/>
          <w:lang w:eastAsia="zh-TW"/>
        </w:rPr>
        <w:t>在數據篩選單元中，教學重點放在</w:t>
      </w:r>
      <w:r w:rsidRPr="00E45E79">
        <w:rPr>
          <w:rFonts w:ascii="Times New Roman" w:eastAsia="標楷體" w:hAnsi="Times New Roman"/>
          <w:sz w:val="24"/>
          <w:szCs w:val="24"/>
          <w:lang w:eastAsia="zh-TW"/>
        </w:rPr>
        <w:t>**</w:t>
      </w:r>
      <w:r w:rsidRPr="00E45E79">
        <w:rPr>
          <w:rFonts w:ascii="Times New Roman" w:eastAsia="標楷體" w:hAnsi="Times New Roman" w:hint="eastAsia"/>
          <w:sz w:val="24"/>
          <w:szCs w:val="24"/>
          <w:lang w:eastAsia="zh-TW"/>
        </w:rPr>
        <w:t>「如何下正確的指令」</w:t>
      </w:r>
      <w:r w:rsidRPr="00E45E79">
        <w:rPr>
          <w:rFonts w:ascii="Times New Roman" w:eastAsia="標楷體" w:hAnsi="Times New Roman"/>
          <w:sz w:val="24"/>
          <w:szCs w:val="24"/>
          <w:lang w:eastAsia="zh-TW"/>
        </w:rPr>
        <w:t>**</w:t>
      </w:r>
      <w:r w:rsidRPr="00E45E79">
        <w:rPr>
          <w:rFonts w:ascii="Times New Roman" w:eastAsia="標楷體" w:hAnsi="Times New Roman" w:hint="eastAsia"/>
          <w:sz w:val="24"/>
          <w:szCs w:val="24"/>
          <w:lang w:eastAsia="zh-TW"/>
        </w:rPr>
        <w:t>。例如：學生需嘗試輸入「請幫我篩選空腹血糖</w:t>
      </w:r>
      <w:r w:rsidRPr="00E45E79">
        <w:rPr>
          <w:rFonts w:ascii="Times New Roman" w:eastAsia="標楷體" w:hAnsi="Times New Roman"/>
          <w:sz w:val="24"/>
          <w:szCs w:val="24"/>
          <w:lang w:eastAsia="zh-TW"/>
        </w:rPr>
        <w:t xml:space="preserve"> &gt; 126 </w:t>
      </w:r>
      <w:r w:rsidRPr="00E45E79">
        <w:rPr>
          <w:rFonts w:ascii="Times New Roman" w:eastAsia="標楷體" w:hAnsi="Times New Roman" w:hint="eastAsia"/>
          <w:sz w:val="24"/>
          <w:szCs w:val="24"/>
          <w:lang w:eastAsia="zh-TW"/>
        </w:rPr>
        <w:t>的病患」，觀察</w:t>
      </w:r>
      <w:r w:rsidRPr="00E45E79">
        <w:rPr>
          <w:rFonts w:ascii="Times New Roman" w:eastAsia="標楷體" w:hAnsi="Times New Roman"/>
          <w:sz w:val="24"/>
          <w:szCs w:val="24"/>
          <w:lang w:eastAsia="zh-TW"/>
        </w:rPr>
        <w:t xml:space="preserve"> AI (Gemini/ChatGPT) </w:t>
      </w:r>
      <w:r w:rsidRPr="00E45E79">
        <w:rPr>
          <w:rFonts w:ascii="Times New Roman" w:eastAsia="標楷體" w:hAnsi="Times New Roman" w:hint="eastAsia"/>
          <w:sz w:val="24"/>
          <w:szCs w:val="24"/>
          <w:lang w:eastAsia="zh-TW"/>
        </w:rPr>
        <w:t>生成的代碼如何與</w:t>
      </w:r>
      <w:r w:rsidRPr="00E45E79">
        <w:rPr>
          <w:rFonts w:ascii="Times New Roman" w:eastAsia="標楷體" w:hAnsi="Times New Roman"/>
          <w:sz w:val="24"/>
          <w:szCs w:val="24"/>
          <w:lang w:eastAsia="zh-TW"/>
        </w:rPr>
        <w:t xml:space="preserve"> Python </w:t>
      </w:r>
      <w:r w:rsidRPr="00E45E79">
        <w:rPr>
          <w:rFonts w:ascii="Times New Roman" w:eastAsia="標楷體" w:hAnsi="Times New Roman" w:hint="eastAsia"/>
          <w:sz w:val="24"/>
          <w:szCs w:val="24"/>
          <w:lang w:eastAsia="zh-TW"/>
        </w:rPr>
        <w:t>資料表（</w:t>
      </w:r>
      <w:r w:rsidRPr="00E45E79">
        <w:rPr>
          <w:rFonts w:ascii="Times New Roman" w:eastAsia="標楷體" w:hAnsi="Times New Roman"/>
          <w:sz w:val="24"/>
          <w:szCs w:val="24"/>
          <w:lang w:eastAsia="zh-TW"/>
        </w:rPr>
        <w:t>DataFrame</w:t>
      </w:r>
      <w:r w:rsidRPr="00E45E79">
        <w:rPr>
          <w:rFonts w:ascii="Times New Roman" w:eastAsia="標楷體" w:hAnsi="Times New Roman" w:hint="eastAsia"/>
          <w:sz w:val="24"/>
          <w:szCs w:val="24"/>
          <w:lang w:eastAsia="zh-TW"/>
        </w:rPr>
        <w:t>）互動</w:t>
      </w:r>
    </w:p>
    <w:p w:rsidR="00B35A0A" w:rsidRPr="00E45E79" w:rsidRDefault="002755E5" w:rsidP="00E45E79">
      <w:pPr>
        <w:rPr>
          <w:rFonts w:ascii="Times New Roman" w:eastAsia="標楷體" w:hAnsi="Times New Roman"/>
          <w:sz w:val="24"/>
          <w:szCs w:val="24"/>
          <w:lang w:eastAsia="zh-TW"/>
        </w:rPr>
      </w:pPr>
      <w:r w:rsidRPr="00E45E79">
        <w:rPr>
          <w:rFonts w:ascii="Times New Roman" w:eastAsia="標楷體" w:hAnsi="Times New Roman" w:hint="eastAsia"/>
          <w:sz w:val="24"/>
          <w:szCs w:val="24"/>
          <w:lang w:eastAsia="zh-TW"/>
        </w:rPr>
        <w:lastRenderedPageBreak/>
        <w:t>＊</w:t>
      </w:r>
      <w:r w:rsidR="00B35A0A" w:rsidRPr="00E45E79">
        <w:rPr>
          <w:rFonts w:ascii="Times New Roman" w:eastAsia="標楷體" w:hAnsi="Times New Roman" w:hint="eastAsia"/>
          <w:sz w:val="24"/>
          <w:szCs w:val="24"/>
          <w:lang w:eastAsia="zh-TW"/>
        </w:rPr>
        <w:t>臨床場景模擬：</w:t>
      </w:r>
      <w:r w:rsidR="00B35A0A" w:rsidRPr="00E45E79">
        <w:rPr>
          <w:rFonts w:ascii="Times New Roman" w:eastAsia="標楷體" w:hAnsi="Times New Roman"/>
          <w:sz w:val="24"/>
          <w:szCs w:val="24"/>
          <w:lang w:eastAsia="zh-TW"/>
        </w:rPr>
        <w:t xml:space="preserve"> </w:t>
      </w:r>
      <w:r w:rsidR="00B35A0A" w:rsidRPr="00E45E79">
        <w:rPr>
          <w:rFonts w:ascii="Times New Roman" w:eastAsia="標楷體" w:hAnsi="Times New Roman" w:hint="eastAsia"/>
          <w:sz w:val="24"/>
          <w:szCs w:val="24"/>
          <w:lang w:eastAsia="zh-TW"/>
        </w:rPr>
        <w:t>引入奇美醫院的</w:t>
      </w:r>
      <w:r w:rsidR="00B35A0A" w:rsidRPr="00E45E79">
        <w:rPr>
          <w:rFonts w:ascii="Times New Roman" w:eastAsia="標楷體" w:hAnsi="Times New Roman"/>
          <w:sz w:val="24"/>
          <w:szCs w:val="24"/>
          <w:lang w:eastAsia="zh-TW"/>
        </w:rPr>
        <w:t xml:space="preserve"> A+ Copilot </w:t>
      </w:r>
      <w:r w:rsidR="00B35A0A" w:rsidRPr="00E45E79">
        <w:rPr>
          <w:rFonts w:ascii="Times New Roman" w:eastAsia="標楷體" w:hAnsi="Times New Roman" w:hint="eastAsia"/>
          <w:sz w:val="24"/>
          <w:szCs w:val="24"/>
          <w:lang w:eastAsia="zh-TW"/>
        </w:rPr>
        <w:t>案例，讓學生模擬護理長角色，觀察</w:t>
      </w:r>
      <w:r w:rsidR="00B35A0A" w:rsidRPr="00E45E79">
        <w:rPr>
          <w:rFonts w:ascii="Times New Roman" w:eastAsia="標楷體" w:hAnsi="Times New Roman"/>
          <w:sz w:val="24"/>
          <w:szCs w:val="24"/>
          <w:lang w:eastAsia="zh-TW"/>
        </w:rPr>
        <w:t xml:space="preserve"> AI </w:t>
      </w:r>
      <w:r w:rsidR="00B35A0A" w:rsidRPr="00E45E79">
        <w:rPr>
          <w:rFonts w:ascii="Times New Roman" w:eastAsia="標楷體" w:hAnsi="Times New Roman" w:hint="eastAsia"/>
          <w:sz w:val="24"/>
          <w:szCs w:val="24"/>
          <w:lang w:eastAsia="zh-TW"/>
        </w:rPr>
        <w:t>如何生成「護理交班摘要」，並練習批判性地檢核</w:t>
      </w:r>
      <w:r w:rsidR="00B35A0A" w:rsidRPr="00E45E79">
        <w:rPr>
          <w:rFonts w:ascii="Times New Roman" w:eastAsia="標楷體" w:hAnsi="Times New Roman"/>
          <w:sz w:val="24"/>
          <w:szCs w:val="24"/>
          <w:lang w:eastAsia="zh-TW"/>
        </w:rPr>
        <w:t xml:space="preserve"> AI </w:t>
      </w:r>
      <w:r w:rsidR="00B35A0A" w:rsidRPr="00E45E79">
        <w:rPr>
          <w:rFonts w:ascii="Times New Roman" w:eastAsia="標楷體" w:hAnsi="Times New Roman" w:hint="eastAsia"/>
          <w:sz w:val="24"/>
          <w:szCs w:val="24"/>
          <w:lang w:eastAsia="zh-TW"/>
        </w:rPr>
        <w:t>是否產生「幻覺」或遺漏重點（如高壓氧治療後的注意事項）</w:t>
      </w:r>
    </w:p>
    <w:p w:rsidR="001B38E6" w:rsidRPr="00E45E79" w:rsidRDefault="0041077D" w:rsidP="00E45E79">
      <w:pPr>
        <w:rPr>
          <w:rFonts w:ascii="Times New Roman" w:eastAsia="標楷體" w:hAnsi="Times New Roman"/>
          <w:sz w:val="24"/>
          <w:szCs w:val="24"/>
          <w:lang w:eastAsia="zh-TW"/>
        </w:rPr>
      </w:pPr>
      <w:r w:rsidRPr="00E45E79">
        <w:rPr>
          <w:rFonts w:ascii="Times New Roman" w:eastAsia="標楷體" w:hAnsi="Times New Roman" w:hint="eastAsia"/>
          <w:sz w:val="24"/>
          <w:szCs w:val="24"/>
          <w:lang w:eastAsia="zh-TW"/>
        </w:rPr>
        <w:t>＊資安事故反思會：</w:t>
      </w:r>
      <w:r w:rsidRPr="00E45E79">
        <w:rPr>
          <w:rFonts w:ascii="Times New Roman" w:eastAsia="標楷體" w:hAnsi="Times New Roman" w:hint="eastAsia"/>
          <w:sz w:val="24"/>
          <w:szCs w:val="24"/>
          <w:lang w:eastAsia="zh-TW"/>
        </w:rPr>
        <w:t xml:space="preserve"> </w:t>
      </w:r>
      <w:r w:rsidRPr="00E45E79">
        <w:rPr>
          <w:rFonts w:ascii="Times New Roman" w:eastAsia="標楷體" w:hAnsi="Times New Roman" w:hint="eastAsia"/>
          <w:sz w:val="24"/>
          <w:szCs w:val="24"/>
          <w:lang w:eastAsia="zh-TW"/>
        </w:rPr>
        <w:t>透過</w:t>
      </w:r>
      <w:r w:rsidRPr="00E45E79">
        <w:rPr>
          <w:rFonts w:ascii="Times New Roman" w:eastAsia="標楷體" w:hAnsi="Times New Roman" w:hint="eastAsia"/>
          <w:sz w:val="24"/>
          <w:szCs w:val="24"/>
          <w:lang w:eastAsia="zh-TW"/>
        </w:rPr>
        <w:t xml:space="preserve"> MM </w:t>
      </w:r>
      <w:r w:rsidRPr="00E45E79">
        <w:rPr>
          <w:rFonts w:ascii="Times New Roman" w:eastAsia="標楷體" w:hAnsi="Times New Roman" w:hint="eastAsia"/>
          <w:sz w:val="24"/>
          <w:szCs w:val="24"/>
          <w:lang w:eastAsia="zh-TW"/>
        </w:rPr>
        <w:t>醫院及</w:t>
      </w:r>
      <w:r w:rsidRPr="00E45E79">
        <w:rPr>
          <w:rFonts w:ascii="Times New Roman" w:eastAsia="標楷體" w:hAnsi="Times New Roman" w:hint="eastAsia"/>
          <w:sz w:val="24"/>
          <w:szCs w:val="24"/>
          <w:lang w:eastAsia="zh-TW"/>
        </w:rPr>
        <w:t xml:space="preserve"> CC </w:t>
      </w:r>
      <w:r w:rsidRPr="00E45E79">
        <w:rPr>
          <w:rFonts w:ascii="Times New Roman" w:eastAsia="標楷體" w:hAnsi="Times New Roman" w:hint="eastAsia"/>
          <w:sz w:val="24"/>
          <w:szCs w:val="24"/>
          <w:lang w:eastAsia="zh-TW"/>
        </w:rPr>
        <w:t>醫院的資安案例，讓學生分組討論在</w:t>
      </w:r>
      <w:r w:rsidRPr="00E45E79">
        <w:rPr>
          <w:rFonts w:ascii="Times New Roman" w:eastAsia="標楷體" w:hAnsi="Times New Roman" w:hint="eastAsia"/>
          <w:sz w:val="24"/>
          <w:szCs w:val="24"/>
          <w:lang w:eastAsia="zh-TW"/>
        </w:rPr>
        <w:t xml:space="preserve"> HIS </w:t>
      </w:r>
      <w:r w:rsidRPr="00E45E79">
        <w:rPr>
          <w:rFonts w:ascii="Times New Roman" w:eastAsia="標楷體" w:hAnsi="Times New Roman" w:hint="eastAsia"/>
          <w:sz w:val="24"/>
          <w:szCs w:val="24"/>
          <w:lang w:eastAsia="zh-TW"/>
        </w:rPr>
        <w:t>系統中保護病患隱私的具體作為</w:t>
      </w:r>
    </w:p>
    <w:p w:rsidR="001B38E6" w:rsidRPr="00E3188A" w:rsidRDefault="001B38E6"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 xml:space="preserve">3. </w:t>
      </w:r>
      <w:r w:rsidRPr="00E3188A">
        <w:rPr>
          <w:rFonts w:ascii="Times New Roman" w:eastAsia="標楷體" w:hAnsi="Times New Roman" w:hint="eastAsia"/>
          <w:sz w:val="24"/>
          <w:szCs w:val="24"/>
          <w:lang w:eastAsia="zh-TW"/>
        </w:rPr>
        <w:t>教師與學生互動模式</w:t>
      </w:r>
    </w:p>
    <w:p w:rsidR="001B38E6" w:rsidRPr="00E3188A" w:rsidRDefault="00106707"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w:t>
      </w:r>
      <w:r w:rsidR="001B38E6" w:rsidRPr="00E3188A">
        <w:rPr>
          <w:rFonts w:ascii="Times New Roman" w:eastAsia="標楷體" w:hAnsi="Times New Roman" w:hint="eastAsia"/>
          <w:sz w:val="24"/>
          <w:szCs w:val="24"/>
          <w:lang w:eastAsia="zh-TW"/>
        </w:rPr>
        <w:t>即時</w:t>
      </w:r>
      <w:r w:rsidR="001B38E6" w:rsidRPr="00E3188A">
        <w:rPr>
          <w:rFonts w:ascii="Times New Roman" w:eastAsia="標楷體" w:hAnsi="Times New Roman"/>
          <w:sz w:val="24"/>
          <w:szCs w:val="24"/>
          <w:lang w:eastAsia="zh-TW"/>
        </w:rPr>
        <w:t xml:space="preserve"> Q&amp;A </w:t>
      </w:r>
      <w:r w:rsidR="001B38E6" w:rsidRPr="00E3188A">
        <w:rPr>
          <w:rFonts w:ascii="Times New Roman" w:eastAsia="標楷體" w:hAnsi="Times New Roman" w:hint="eastAsia"/>
          <w:sz w:val="24"/>
          <w:szCs w:val="24"/>
          <w:lang w:eastAsia="zh-TW"/>
        </w:rPr>
        <w:t>互動教學：</w:t>
      </w:r>
      <w:r w:rsidR="001B38E6" w:rsidRPr="00E3188A">
        <w:rPr>
          <w:rFonts w:ascii="Times New Roman" w:eastAsia="標楷體" w:hAnsi="Times New Roman"/>
          <w:sz w:val="24"/>
          <w:szCs w:val="24"/>
          <w:lang w:eastAsia="zh-TW"/>
        </w:rPr>
        <w:t xml:space="preserve"> </w:t>
      </w:r>
      <w:r w:rsidR="001B38E6" w:rsidRPr="00E3188A">
        <w:rPr>
          <w:rFonts w:ascii="Times New Roman" w:eastAsia="標楷體" w:hAnsi="Times New Roman" w:hint="eastAsia"/>
          <w:sz w:val="24"/>
          <w:szCs w:val="24"/>
          <w:lang w:eastAsia="zh-TW"/>
        </w:rPr>
        <w:t>採用來源中的「問題與答案」形式（</w:t>
      </w:r>
      <w:r w:rsidR="001B38E6" w:rsidRPr="00E3188A">
        <w:rPr>
          <w:rFonts w:ascii="Times New Roman" w:eastAsia="標楷體" w:hAnsi="Times New Roman"/>
          <w:sz w:val="24"/>
          <w:szCs w:val="24"/>
          <w:lang w:eastAsia="zh-TW"/>
        </w:rPr>
        <w:t>Q&amp;A</w:t>
      </w:r>
      <w:r w:rsidR="001B38E6" w:rsidRPr="00E3188A">
        <w:rPr>
          <w:rFonts w:ascii="Times New Roman" w:eastAsia="標楷體" w:hAnsi="Times New Roman" w:hint="eastAsia"/>
          <w:sz w:val="24"/>
          <w:szCs w:val="24"/>
          <w:lang w:eastAsia="zh-TW"/>
        </w:rPr>
        <w:t>），教師先拋出臨床問題（如：如何找出連續五天收縮壓</w:t>
      </w:r>
      <w:r w:rsidR="001B38E6" w:rsidRPr="00E3188A">
        <w:rPr>
          <w:rFonts w:ascii="Times New Roman" w:eastAsia="標楷體" w:hAnsi="Times New Roman"/>
          <w:sz w:val="24"/>
          <w:szCs w:val="24"/>
          <w:lang w:eastAsia="zh-TW"/>
        </w:rPr>
        <w:t xml:space="preserve"> &gt; 140 </w:t>
      </w:r>
      <w:r w:rsidR="001B38E6" w:rsidRPr="00E3188A">
        <w:rPr>
          <w:rFonts w:ascii="Times New Roman" w:eastAsia="標楷體" w:hAnsi="Times New Roman" w:hint="eastAsia"/>
          <w:sz w:val="24"/>
          <w:szCs w:val="24"/>
          <w:lang w:eastAsia="zh-TW"/>
        </w:rPr>
        <w:t>的人？），引導學生思考邏輯後再進行代碼練習</w:t>
      </w:r>
    </w:p>
    <w:p w:rsidR="00823EFF" w:rsidRPr="00E3188A" w:rsidRDefault="00823EFF"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＊分組協作與互助：</w:t>
      </w:r>
      <w:r w:rsidRPr="00E3188A">
        <w:rPr>
          <w:rFonts w:ascii="Times New Roman" w:eastAsia="標楷體" w:hAnsi="Times New Roman"/>
          <w:sz w:val="24"/>
          <w:szCs w:val="24"/>
          <w:lang w:eastAsia="zh-TW"/>
        </w:rPr>
        <w:t xml:space="preserve"> </w:t>
      </w:r>
      <w:r w:rsidRPr="00E3188A">
        <w:rPr>
          <w:rFonts w:ascii="Times New Roman" w:eastAsia="標楷體" w:hAnsi="Times New Roman" w:hint="eastAsia"/>
          <w:sz w:val="24"/>
          <w:szCs w:val="24"/>
          <w:lang w:eastAsia="zh-TW"/>
        </w:rPr>
        <w:t>建立學習小組。根據期末問卷，學生認為實際操作比課本更有印象，因此在分組專案中，鼓勵同學間互相支援</w:t>
      </w:r>
      <w:r w:rsidRPr="00E3188A">
        <w:rPr>
          <w:rFonts w:ascii="Times New Roman" w:eastAsia="標楷體" w:hAnsi="Times New Roman"/>
          <w:sz w:val="24"/>
          <w:szCs w:val="24"/>
          <w:lang w:eastAsia="zh-TW"/>
        </w:rPr>
        <w:t xml:space="preserve"> Python </w:t>
      </w:r>
      <w:r w:rsidRPr="00E3188A">
        <w:rPr>
          <w:rFonts w:ascii="Times New Roman" w:eastAsia="標楷體" w:hAnsi="Times New Roman" w:hint="eastAsia"/>
          <w:sz w:val="24"/>
          <w:szCs w:val="24"/>
          <w:lang w:eastAsia="zh-TW"/>
        </w:rPr>
        <w:t>工具的開啟與除錯，教師則扮演</w:t>
      </w:r>
      <w:r w:rsidRPr="00E3188A">
        <w:rPr>
          <w:rFonts w:ascii="Times New Roman" w:eastAsia="標楷體" w:hAnsi="Times New Roman"/>
          <w:sz w:val="24"/>
          <w:szCs w:val="24"/>
          <w:lang w:eastAsia="zh-TW"/>
        </w:rPr>
        <w:t>**</w:t>
      </w:r>
      <w:r w:rsidRPr="00E3188A">
        <w:rPr>
          <w:rFonts w:ascii="Times New Roman" w:eastAsia="標楷體" w:hAnsi="Times New Roman" w:hint="eastAsia"/>
          <w:sz w:val="24"/>
          <w:szCs w:val="24"/>
          <w:lang w:eastAsia="zh-TW"/>
        </w:rPr>
        <w:t>「技術教練」</w:t>
      </w:r>
      <w:r w:rsidRPr="00E3188A">
        <w:rPr>
          <w:rFonts w:ascii="Times New Roman" w:eastAsia="標楷體" w:hAnsi="Times New Roman"/>
          <w:sz w:val="24"/>
          <w:szCs w:val="24"/>
          <w:lang w:eastAsia="zh-TW"/>
        </w:rPr>
        <w:t>**</w:t>
      </w:r>
      <w:r w:rsidRPr="00E3188A">
        <w:rPr>
          <w:rFonts w:ascii="Times New Roman" w:eastAsia="標楷體" w:hAnsi="Times New Roman" w:hint="eastAsia"/>
          <w:sz w:val="24"/>
          <w:szCs w:val="24"/>
          <w:lang w:eastAsia="zh-TW"/>
        </w:rPr>
        <w:t>而非單純講課者</w:t>
      </w:r>
    </w:p>
    <w:p w:rsidR="00823EFF" w:rsidRPr="00E3188A" w:rsidRDefault="009B3DC4"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＊視覺化反饋循環：</w:t>
      </w:r>
      <w:r w:rsidRPr="00E3188A">
        <w:rPr>
          <w:rFonts w:ascii="Times New Roman" w:eastAsia="標楷體" w:hAnsi="Times New Roman"/>
          <w:sz w:val="24"/>
          <w:szCs w:val="24"/>
          <w:lang w:eastAsia="zh-TW"/>
        </w:rPr>
        <w:t xml:space="preserve"> </w:t>
      </w:r>
      <w:r w:rsidRPr="00E3188A">
        <w:rPr>
          <w:rFonts w:ascii="Times New Roman" w:eastAsia="標楷體" w:hAnsi="Times New Roman" w:hint="eastAsia"/>
          <w:sz w:val="24"/>
          <w:szCs w:val="24"/>
          <w:lang w:eastAsia="zh-TW"/>
        </w:rPr>
        <w:t>引導學生利用</w:t>
      </w:r>
      <w:r w:rsidRPr="00E3188A">
        <w:rPr>
          <w:rFonts w:ascii="Times New Roman" w:eastAsia="標楷體" w:hAnsi="Times New Roman"/>
          <w:sz w:val="24"/>
          <w:szCs w:val="24"/>
          <w:lang w:eastAsia="zh-TW"/>
        </w:rPr>
        <w:t xml:space="preserve"> Matplotlib </w:t>
      </w:r>
      <w:r w:rsidRPr="00E3188A">
        <w:rPr>
          <w:rFonts w:ascii="Times New Roman" w:eastAsia="標楷體" w:hAnsi="Times New Roman" w:hint="eastAsia"/>
          <w:sz w:val="24"/>
          <w:szCs w:val="24"/>
          <w:lang w:eastAsia="zh-TW"/>
        </w:rPr>
        <w:t>將生理徵象轉化為趨勢圖表（如血壓折線圖），教師即時給予反饋，討論圖表如何幫助臨床判斷，落實「數據驅動決策」的訓練</w:t>
      </w:r>
    </w:p>
    <w:p w:rsidR="00FC4E4E" w:rsidRPr="00E3188A" w:rsidRDefault="00FC4E4E"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 xml:space="preserve">4. </w:t>
      </w:r>
      <w:r w:rsidRPr="00E3188A">
        <w:rPr>
          <w:rFonts w:ascii="Times New Roman" w:eastAsia="標楷體" w:hAnsi="Times New Roman" w:hint="eastAsia"/>
          <w:sz w:val="24"/>
          <w:szCs w:val="24"/>
          <w:lang w:eastAsia="zh-TW"/>
        </w:rPr>
        <w:t>針對回饋的調整重點</w:t>
      </w:r>
    </w:p>
    <w:p w:rsidR="006A2225" w:rsidRPr="00E3188A" w:rsidRDefault="005809CC"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＊強化開課初期的工具輔導：</w:t>
      </w:r>
      <w:r w:rsidRPr="00E3188A">
        <w:rPr>
          <w:rFonts w:ascii="Times New Roman" w:eastAsia="標楷體" w:hAnsi="Times New Roman"/>
          <w:sz w:val="24"/>
          <w:szCs w:val="24"/>
          <w:lang w:eastAsia="zh-TW"/>
        </w:rPr>
        <w:t xml:space="preserve"> </w:t>
      </w:r>
      <w:r w:rsidRPr="00E3188A">
        <w:rPr>
          <w:rFonts w:ascii="Times New Roman" w:eastAsia="標楷體" w:hAnsi="Times New Roman" w:hint="eastAsia"/>
          <w:sz w:val="24"/>
          <w:szCs w:val="24"/>
          <w:lang w:eastAsia="zh-TW"/>
        </w:rPr>
        <w:t>鑑於期中問卷顯示學生在「開啟工具」上感到吃力，教學流程首兩週應增加一對一或小組助教輔導，確保每位學生皆能順利在</w:t>
      </w:r>
      <w:r w:rsidRPr="00E3188A">
        <w:rPr>
          <w:rFonts w:ascii="Times New Roman" w:eastAsia="標楷體" w:hAnsi="Times New Roman"/>
          <w:sz w:val="24"/>
          <w:szCs w:val="24"/>
          <w:lang w:eastAsia="zh-TW"/>
        </w:rPr>
        <w:t xml:space="preserve"> Colab </w:t>
      </w:r>
      <w:r w:rsidRPr="00E3188A">
        <w:rPr>
          <w:rFonts w:ascii="Times New Roman" w:eastAsia="標楷體" w:hAnsi="Times New Roman" w:hint="eastAsia"/>
          <w:sz w:val="24"/>
          <w:szCs w:val="24"/>
          <w:lang w:eastAsia="zh-TW"/>
        </w:rPr>
        <w:t>執行第一行程式碼</w:t>
      </w:r>
    </w:p>
    <w:p w:rsidR="005809CC" w:rsidRPr="00E3188A" w:rsidRDefault="00EC6CC8" w:rsidP="001B38E6">
      <w:pPr>
        <w:rPr>
          <w:rFonts w:ascii="Times New Roman" w:eastAsia="標楷體" w:hAnsi="Times New Roman"/>
          <w:sz w:val="24"/>
          <w:szCs w:val="24"/>
          <w:lang w:eastAsia="zh-TW"/>
        </w:rPr>
      </w:pPr>
      <w:r w:rsidRPr="00E3188A">
        <w:rPr>
          <w:rFonts w:ascii="Times New Roman" w:eastAsia="標楷體" w:hAnsi="Times New Roman" w:hint="eastAsia"/>
          <w:sz w:val="24"/>
          <w:szCs w:val="24"/>
          <w:lang w:eastAsia="zh-TW"/>
        </w:rPr>
        <w:t>＊增加</w:t>
      </w:r>
      <w:r w:rsidRPr="00E3188A">
        <w:rPr>
          <w:rFonts w:ascii="Times New Roman" w:eastAsia="標楷體" w:hAnsi="Times New Roman" w:hint="eastAsia"/>
          <w:sz w:val="24"/>
          <w:szCs w:val="24"/>
          <w:lang w:eastAsia="zh-TW"/>
        </w:rPr>
        <w:t xml:space="preserve"> AI </w:t>
      </w:r>
      <w:r w:rsidRPr="00E3188A">
        <w:rPr>
          <w:rFonts w:ascii="Times New Roman" w:eastAsia="標楷體" w:hAnsi="Times New Roman" w:hint="eastAsia"/>
          <w:sz w:val="24"/>
          <w:szCs w:val="24"/>
          <w:lang w:eastAsia="zh-TW"/>
        </w:rPr>
        <w:t>模型可解釋性討論：</w:t>
      </w:r>
      <w:r w:rsidRPr="00E3188A">
        <w:rPr>
          <w:rFonts w:ascii="Times New Roman" w:eastAsia="標楷體" w:hAnsi="Times New Roman" w:hint="eastAsia"/>
          <w:sz w:val="24"/>
          <w:szCs w:val="24"/>
          <w:lang w:eastAsia="zh-TW"/>
        </w:rPr>
        <w:t xml:space="preserve"> </w:t>
      </w:r>
      <w:r w:rsidRPr="00E3188A">
        <w:rPr>
          <w:rFonts w:ascii="Times New Roman" w:eastAsia="標楷體" w:hAnsi="Times New Roman" w:hint="eastAsia"/>
          <w:sz w:val="24"/>
          <w:szCs w:val="24"/>
          <w:lang w:eastAsia="zh-TW"/>
        </w:rPr>
        <w:t>期末回饋中，學生對於如何透過圖表展示得到</w:t>
      </w:r>
      <w:r w:rsidRPr="00E3188A">
        <w:rPr>
          <w:rFonts w:ascii="Times New Roman" w:eastAsia="標楷體" w:hAnsi="Times New Roman" w:hint="eastAsia"/>
          <w:sz w:val="24"/>
          <w:szCs w:val="24"/>
          <w:lang w:eastAsia="zh-TW"/>
        </w:rPr>
        <w:t xml:space="preserve"> AI </w:t>
      </w:r>
      <w:r w:rsidRPr="00E3188A">
        <w:rPr>
          <w:rFonts w:ascii="Times New Roman" w:eastAsia="標楷體" w:hAnsi="Times New Roman" w:hint="eastAsia"/>
          <w:sz w:val="24"/>
          <w:szCs w:val="24"/>
          <w:lang w:eastAsia="zh-TW"/>
        </w:rPr>
        <w:t>模型可解釋性</w:t>
      </w:r>
      <w:r w:rsidRPr="00E3188A">
        <w:rPr>
          <w:rFonts w:ascii="Times New Roman" w:eastAsia="標楷體" w:hAnsi="Times New Roman" w:hint="eastAsia"/>
          <w:sz w:val="24"/>
          <w:szCs w:val="24"/>
          <w:lang w:eastAsia="zh-TW"/>
        </w:rPr>
        <w:t xml:space="preserve"> (Explainable AI, XAI) </w:t>
      </w:r>
      <w:r w:rsidRPr="00E3188A">
        <w:rPr>
          <w:rFonts w:ascii="Times New Roman" w:eastAsia="標楷體" w:hAnsi="Times New Roman" w:hint="eastAsia"/>
          <w:sz w:val="24"/>
          <w:szCs w:val="24"/>
          <w:lang w:eastAsia="zh-TW"/>
        </w:rPr>
        <w:t>展現興趣，因此在教學後期應增加</w:t>
      </w:r>
      <w:r w:rsidRPr="00E3188A">
        <w:rPr>
          <w:rFonts w:ascii="Times New Roman" w:eastAsia="標楷體" w:hAnsi="Times New Roman" w:hint="eastAsia"/>
          <w:sz w:val="24"/>
          <w:szCs w:val="24"/>
          <w:lang w:eastAsia="zh-TW"/>
        </w:rPr>
        <w:t xml:space="preserve"> SHAP </w:t>
      </w:r>
      <w:r w:rsidRPr="00E3188A">
        <w:rPr>
          <w:rFonts w:ascii="Times New Roman" w:eastAsia="標楷體" w:hAnsi="Times New Roman" w:hint="eastAsia"/>
          <w:sz w:val="24"/>
          <w:szCs w:val="24"/>
          <w:lang w:eastAsia="zh-TW"/>
        </w:rPr>
        <w:t>圖等案例分析，培養學生的批判性思考能力</w:t>
      </w:r>
    </w:p>
    <w:p w:rsidR="00E0011B" w:rsidRPr="002D1215" w:rsidRDefault="00C53AE8">
      <w:pPr>
        <w:pStyle w:val="21"/>
        <w:rPr>
          <w:rFonts w:ascii="Times New Roman" w:eastAsia="標楷體" w:hAnsi="Times New Roman"/>
          <w:sz w:val="24"/>
          <w:lang w:eastAsia="zh-TW"/>
        </w:rPr>
      </w:pPr>
      <w:bookmarkStart w:id="7" w:name="_Toc234218894"/>
      <w:r w:rsidRPr="002D1215">
        <w:rPr>
          <w:rFonts w:ascii="Times New Roman" w:eastAsia="標楷體" w:hAnsi="Times New Roman" w:hint="eastAsia"/>
          <w:sz w:val="24"/>
          <w:lang w:eastAsia="zh-HK"/>
        </w:rPr>
        <w:t>四</w:t>
      </w:r>
      <w:r w:rsidR="00742140" w:rsidRPr="002D1215">
        <w:rPr>
          <w:rFonts w:ascii="Times New Roman" w:eastAsia="標楷體" w:hAnsi="Times New Roman"/>
          <w:sz w:val="24"/>
          <w:lang w:eastAsia="zh-TW"/>
        </w:rPr>
        <w:t>、</w:t>
      </w:r>
      <w:r w:rsidR="00742140" w:rsidRPr="002D1215">
        <w:rPr>
          <w:rFonts w:ascii="Times New Roman" w:eastAsia="標楷體" w:hAnsi="Times New Roman"/>
          <w:sz w:val="24"/>
          <w:lang w:eastAsia="zh-TW"/>
        </w:rPr>
        <w:t>AI</w:t>
      </w:r>
      <w:r w:rsidR="00742140" w:rsidRPr="002D1215">
        <w:rPr>
          <w:rFonts w:ascii="Times New Roman" w:eastAsia="標楷體" w:hAnsi="Times New Roman"/>
          <w:sz w:val="24"/>
          <w:lang w:eastAsia="zh-TW"/>
        </w:rPr>
        <w:t>或智慧科技融入教學</w:t>
      </w:r>
      <w:bookmarkEnd w:id="7"/>
    </w:p>
    <w:p w:rsidR="004A0C96" w:rsidRPr="002D1215" w:rsidRDefault="004A0C96"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本課程將</w:t>
      </w:r>
      <w:r w:rsidRPr="002D1215">
        <w:rPr>
          <w:rFonts w:ascii="Times New Roman" w:eastAsia="標楷體" w:hAnsi="Times New Roman" w:hint="eastAsia"/>
          <w:sz w:val="24"/>
          <w:lang w:eastAsia="zh-TW"/>
        </w:rPr>
        <w:t xml:space="preserve"> AI </w:t>
      </w:r>
      <w:r w:rsidRPr="002D1215">
        <w:rPr>
          <w:rFonts w:ascii="Times New Roman" w:eastAsia="標楷體" w:hAnsi="Times New Roman" w:hint="eastAsia"/>
          <w:sz w:val="24"/>
          <w:lang w:eastAsia="zh-TW"/>
        </w:rPr>
        <w:t>視為</w:t>
      </w:r>
      <w:r w:rsidRPr="002D1215">
        <w:rPr>
          <w:rFonts w:ascii="Times New Roman" w:eastAsia="標楷體" w:hAnsi="Times New Roman" w:hint="eastAsia"/>
          <w:sz w:val="24"/>
          <w:lang w:eastAsia="zh-TW"/>
        </w:rPr>
        <w:t>**</w:t>
      </w:r>
      <w:r w:rsidRPr="002D1215">
        <w:rPr>
          <w:rFonts w:ascii="Times New Roman" w:eastAsia="標楷體" w:hAnsi="Times New Roman" w:hint="eastAsia"/>
          <w:sz w:val="24"/>
          <w:lang w:eastAsia="zh-TW"/>
        </w:rPr>
        <w:t>「臨床副手</w:t>
      </w:r>
      <w:r w:rsidRPr="002D1215">
        <w:rPr>
          <w:rFonts w:ascii="Times New Roman" w:eastAsia="標楷體" w:hAnsi="Times New Roman" w:hint="eastAsia"/>
          <w:sz w:val="24"/>
          <w:lang w:eastAsia="zh-TW"/>
        </w:rPr>
        <w:t xml:space="preserve"> (Copilot)</w:t>
      </w:r>
      <w:r w:rsidRPr="002D1215">
        <w:rPr>
          <w:rFonts w:ascii="Times New Roman" w:eastAsia="標楷體" w:hAnsi="Times New Roman" w:hint="eastAsia"/>
          <w:sz w:val="24"/>
          <w:lang w:eastAsia="zh-TW"/>
        </w:rPr>
        <w:t>」</w:t>
      </w:r>
      <w:r w:rsidRPr="002D1215">
        <w:rPr>
          <w:rFonts w:ascii="Times New Roman" w:eastAsia="標楷體" w:hAnsi="Times New Roman" w:hint="eastAsia"/>
          <w:sz w:val="24"/>
          <w:lang w:eastAsia="zh-TW"/>
        </w:rPr>
        <w:t>**</w:t>
      </w:r>
      <w:r w:rsidRPr="002D1215">
        <w:rPr>
          <w:rFonts w:ascii="Times New Roman" w:eastAsia="標楷體" w:hAnsi="Times New Roman" w:hint="eastAsia"/>
          <w:sz w:val="24"/>
          <w:lang w:eastAsia="zh-TW"/>
        </w:rPr>
        <w:t>而非單純的工具，透過以下方式將數位科技與醫護專業深度融合：</w:t>
      </w:r>
    </w:p>
    <w:p w:rsidR="002C50B3" w:rsidRPr="002D1215" w:rsidRDefault="002C50B3"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 xml:space="preserve">1. AI </w:t>
      </w:r>
      <w:r w:rsidRPr="002D1215">
        <w:rPr>
          <w:rFonts w:ascii="Times New Roman" w:eastAsia="標楷體" w:hAnsi="Times New Roman" w:hint="eastAsia"/>
          <w:sz w:val="24"/>
          <w:lang w:eastAsia="zh-TW"/>
        </w:rPr>
        <w:t>開發工具與實作平台</w:t>
      </w:r>
      <w:r w:rsidRPr="002D1215">
        <w:rPr>
          <w:rFonts w:ascii="Times New Roman" w:eastAsia="標楷體" w:hAnsi="Times New Roman" w:hint="eastAsia"/>
          <w:sz w:val="24"/>
          <w:lang w:eastAsia="zh-TW"/>
        </w:rPr>
        <w:t xml:space="preserve"> (AI Tools &amp; Platforms)</w:t>
      </w:r>
    </w:p>
    <w:p w:rsidR="002C50B3" w:rsidRPr="002D1215" w:rsidRDefault="00E515BE"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w:t>
      </w:r>
      <w:r w:rsidR="002C50B3" w:rsidRPr="002D1215">
        <w:rPr>
          <w:rFonts w:ascii="Times New Roman" w:eastAsia="標楷體" w:hAnsi="Times New Roman"/>
          <w:sz w:val="24"/>
          <w:lang w:eastAsia="zh-TW"/>
        </w:rPr>
        <w:t xml:space="preserve">Google Colab </w:t>
      </w:r>
      <w:r w:rsidR="002C50B3" w:rsidRPr="002D1215">
        <w:rPr>
          <w:rFonts w:ascii="Times New Roman" w:eastAsia="標楷體" w:hAnsi="Times New Roman" w:hint="eastAsia"/>
          <w:sz w:val="24"/>
          <w:lang w:eastAsia="zh-TW"/>
        </w:rPr>
        <w:t>雲端開發環境：</w:t>
      </w:r>
      <w:r w:rsidR="002C50B3" w:rsidRPr="002D1215">
        <w:rPr>
          <w:rFonts w:ascii="Times New Roman" w:eastAsia="標楷體" w:hAnsi="Times New Roman"/>
          <w:sz w:val="24"/>
          <w:lang w:eastAsia="zh-TW"/>
        </w:rPr>
        <w:t xml:space="preserve"> </w:t>
      </w:r>
      <w:r w:rsidR="002C50B3" w:rsidRPr="002D1215">
        <w:rPr>
          <w:rFonts w:ascii="Times New Roman" w:eastAsia="標楷體" w:hAnsi="Times New Roman" w:hint="eastAsia"/>
          <w:sz w:val="24"/>
          <w:lang w:eastAsia="zh-TW"/>
        </w:rPr>
        <w:t>針對護理系學生不熟悉環境建置的痛點（期中問卷回饋顯示開啟工具較吃力），採用免安裝、跨平台的</w:t>
      </w:r>
      <w:r w:rsidR="002C50B3" w:rsidRPr="002D1215">
        <w:rPr>
          <w:rFonts w:ascii="Times New Roman" w:eastAsia="標楷體" w:hAnsi="Times New Roman"/>
          <w:sz w:val="24"/>
          <w:lang w:eastAsia="zh-TW"/>
        </w:rPr>
        <w:t xml:space="preserve"> Google Colab </w:t>
      </w:r>
      <w:r w:rsidR="002C50B3" w:rsidRPr="002D1215">
        <w:rPr>
          <w:rFonts w:ascii="Times New Roman" w:eastAsia="標楷體" w:hAnsi="Times New Roman" w:hint="eastAsia"/>
          <w:sz w:val="24"/>
          <w:lang w:eastAsia="zh-TW"/>
        </w:rPr>
        <w:t>進行實作。學生回饋表示這種初步了解代碼運作的方式「非常有趣」且「印象深刻」</w:t>
      </w:r>
    </w:p>
    <w:p w:rsidR="00E515BE" w:rsidRPr="002D1215" w:rsidRDefault="00E515BE"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w:t>
      </w:r>
      <w:r w:rsidRPr="002D1215">
        <w:rPr>
          <w:rFonts w:ascii="Times New Roman" w:eastAsia="標楷體" w:hAnsi="Times New Roman"/>
          <w:sz w:val="24"/>
          <w:lang w:eastAsia="zh-TW"/>
        </w:rPr>
        <w:t xml:space="preserve">Python </w:t>
      </w:r>
      <w:r w:rsidRPr="002D1215">
        <w:rPr>
          <w:rFonts w:ascii="Times New Roman" w:eastAsia="標楷體" w:hAnsi="Times New Roman" w:hint="eastAsia"/>
          <w:sz w:val="24"/>
          <w:lang w:eastAsia="zh-TW"/>
        </w:rPr>
        <w:t>醫療數據處理：</w:t>
      </w:r>
      <w:r w:rsidRPr="002D1215">
        <w:rPr>
          <w:rFonts w:ascii="Times New Roman" w:eastAsia="標楷體" w:hAnsi="Times New Roman"/>
          <w:sz w:val="24"/>
          <w:lang w:eastAsia="zh-TW"/>
        </w:rPr>
        <w:t xml:space="preserve"> </w:t>
      </w:r>
      <w:r w:rsidRPr="002D1215">
        <w:rPr>
          <w:rFonts w:ascii="Times New Roman" w:eastAsia="標楷體" w:hAnsi="Times New Roman" w:hint="eastAsia"/>
          <w:sz w:val="24"/>
          <w:lang w:eastAsia="zh-TW"/>
        </w:rPr>
        <w:t>利用</w:t>
      </w:r>
      <w:r w:rsidRPr="002D1215">
        <w:rPr>
          <w:rFonts w:ascii="Times New Roman" w:eastAsia="標楷體" w:hAnsi="Times New Roman"/>
          <w:sz w:val="24"/>
          <w:lang w:eastAsia="zh-TW"/>
        </w:rPr>
        <w:t xml:space="preserve"> Pandas </w:t>
      </w:r>
      <w:r w:rsidRPr="002D1215">
        <w:rPr>
          <w:rFonts w:ascii="Times New Roman" w:eastAsia="標楷體" w:hAnsi="Times New Roman" w:hint="eastAsia"/>
          <w:sz w:val="24"/>
          <w:lang w:eastAsia="zh-TW"/>
        </w:rPr>
        <w:t>處理表格化醫學數據，</w:t>
      </w:r>
      <w:r w:rsidRPr="002D1215">
        <w:rPr>
          <w:rFonts w:ascii="Times New Roman" w:eastAsia="標楷體" w:hAnsi="Times New Roman"/>
          <w:sz w:val="24"/>
          <w:lang w:eastAsia="zh-TW"/>
        </w:rPr>
        <w:t xml:space="preserve">NumPy </w:t>
      </w:r>
      <w:r w:rsidRPr="002D1215">
        <w:rPr>
          <w:rFonts w:ascii="Times New Roman" w:eastAsia="標楷體" w:hAnsi="Times New Roman" w:hint="eastAsia"/>
          <w:sz w:val="24"/>
          <w:lang w:eastAsia="zh-TW"/>
        </w:rPr>
        <w:t>進行數值運算，並透過</w:t>
      </w:r>
      <w:r w:rsidRPr="002D1215">
        <w:rPr>
          <w:rFonts w:ascii="Times New Roman" w:eastAsia="標楷體" w:hAnsi="Times New Roman"/>
          <w:sz w:val="24"/>
          <w:lang w:eastAsia="zh-TW"/>
        </w:rPr>
        <w:t xml:space="preserve"> Matplotlib </w:t>
      </w:r>
      <w:r w:rsidRPr="002D1215">
        <w:rPr>
          <w:rFonts w:ascii="Times New Roman" w:eastAsia="標楷體" w:hAnsi="Times New Roman" w:hint="eastAsia"/>
          <w:sz w:val="24"/>
          <w:lang w:eastAsia="zh-TW"/>
        </w:rPr>
        <w:t>與</w:t>
      </w:r>
      <w:r w:rsidRPr="002D1215">
        <w:rPr>
          <w:rFonts w:ascii="Times New Roman" w:eastAsia="標楷體" w:hAnsi="Times New Roman"/>
          <w:sz w:val="24"/>
          <w:lang w:eastAsia="zh-TW"/>
        </w:rPr>
        <w:t xml:space="preserve"> Seaborn </w:t>
      </w:r>
      <w:r w:rsidRPr="002D1215">
        <w:rPr>
          <w:rFonts w:ascii="Times New Roman" w:eastAsia="標楷體" w:hAnsi="Times New Roman" w:hint="eastAsia"/>
          <w:sz w:val="24"/>
          <w:lang w:eastAsia="zh-TW"/>
        </w:rPr>
        <w:t>將生命徵象視覺化。例如：引導學生將一週血壓趨勢轉化為折線圖，建立數據驅動的臨床判斷力</w:t>
      </w:r>
    </w:p>
    <w:p w:rsidR="0040154A" w:rsidRPr="002D1215" w:rsidRDefault="00166D3A"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lastRenderedPageBreak/>
        <w:t xml:space="preserve">2. </w:t>
      </w:r>
      <w:r w:rsidRPr="002D1215">
        <w:rPr>
          <w:rFonts w:ascii="Times New Roman" w:eastAsia="標楷體" w:hAnsi="Times New Roman" w:hint="eastAsia"/>
          <w:sz w:val="24"/>
          <w:lang w:eastAsia="zh-TW"/>
        </w:rPr>
        <w:t>生成式</w:t>
      </w:r>
      <w:r w:rsidRPr="002D1215">
        <w:rPr>
          <w:rFonts w:ascii="Times New Roman" w:eastAsia="標楷體" w:hAnsi="Times New Roman" w:hint="eastAsia"/>
          <w:sz w:val="24"/>
          <w:lang w:eastAsia="zh-TW"/>
        </w:rPr>
        <w:t xml:space="preserve"> AI </w:t>
      </w:r>
      <w:r w:rsidRPr="002D1215">
        <w:rPr>
          <w:rFonts w:ascii="Times New Roman" w:eastAsia="標楷體" w:hAnsi="Times New Roman" w:hint="eastAsia"/>
          <w:sz w:val="24"/>
          <w:lang w:eastAsia="zh-TW"/>
        </w:rPr>
        <w:t>與</w:t>
      </w:r>
      <w:r w:rsidRPr="002D1215">
        <w:rPr>
          <w:rFonts w:ascii="Times New Roman" w:eastAsia="標楷體" w:hAnsi="Times New Roman" w:hint="eastAsia"/>
          <w:sz w:val="24"/>
          <w:lang w:eastAsia="zh-TW"/>
        </w:rPr>
        <w:t xml:space="preserve"> Prompt </w:t>
      </w:r>
      <w:r w:rsidRPr="002D1215">
        <w:rPr>
          <w:rFonts w:ascii="Times New Roman" w:eastAsia="標楷體" w:hAnsi="Times New Roman" w:hint="eastAsia"/>
          <w:sz w:val="24"/>
          <w:lang w:eastAsia="zh-TW"/>
        </w:rPr>
        <w:t>工程協作模式</w:t>
      </w:r>
      <w:r w:rsidRPr="002D1215">
        <w:rPr>
          <w:rFonts w:ascii="Times New Roman" w:eastAsia="標楷體" w:hAnsi="Times New Roman" w:hint="eastAsia"/>
          <w:sz w:val="24"/>
          <w:lang w:eastAsia="zh-TW"/>
        </w:rPr>
        <w:t xml:space="preserve"> (Generative AI &amp; Prompt Engineering)</w:t>
      </w:r>
    </w:p>
    <w:p w:rsidR="00525FD5" w:rsidRPr="002D1215" w:rsidRDefault="00525FD5"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＊自然語言引導代碼生成：</w:t>
      </w:r>
      <w:r w:rsidRPr="002D1215">
        <w:rPr>
          <w:rFonts w:ascii="Times New Roman" w:eastAsia="標楷體" w:hAnsi="Times New Roman" w:hint="eastAsia"/>
          <w:sz w:val="24"/>
          <w:lang w:eastAsia="zh-TW"/>
        </w:rPr>
        <w:t xml:space="preserve"> </w:t>
      </w:r>
      <w:r w:rsidRPr="002D1215">
        <w:rPr>
          <w:rFonts w:ascii="Times New Roman" w:eastAsia="標楷體" w:hAnsi="Times New Roman" w:hint="eastAsia"/>
          <w:sz w:val="24"/>
          <w:lang w:eastAsia="zh-TW"/>
        </w:rPr>
        <w:t>針對非資工背景學生的代碼畏懼，課程教授</w:t>
      </w:r>
      <w:r w:rsidRPr="002D1215">
        <w:rPr>
          <w:rFonts w:ascii="Times New Roman" w:eastAsia="標楷體" w:hAnsi="Times New Roman" w:hint="eastAsia"/>
          <w:sz w:val="24"/>
          <w:lang w:eastAsia="zh-TW"/>
        </w:rPr>
        <w:t xml:space="preserve"> Prompt </w:t>
      </w:r>
      <w:r w:rsidRPr="002D1215">
        <w:rPr>
          <w:rFonts w:ascii="Times New Roman" w:eastAsia="標楷體" w:hAnsi="Times New Roman" w:hint="eastAsia"/>
          <w:sz w:val="24"/>
          <w:lang w:eastAsia="zh-TW"/>
        </w:rPr>
        <w:t>工程</w:t>
      </w:r>
      <w:r w:rsidRPr="002D1215">
        <w:rPr>
          <w:rFonts w:ascii="Times New Roman" w:eastAsia="標楷體" w:hAnsi="Times New Roman" w:hint="eastAsia"/>
          <w:sz w:val="24"/>
          <w:lang w:eastAsia="zh-TW"/>
        </w:rPr>
        <w:t xml:space="preserve"> (</w:t>
      </w:r>
      <w:r w:rsidRPr="002D1215">
        <w:rPr>
          <w:rFonts w:ascii="Times New Roman" w:eastAsia="標楷體" w:hAnsi="Times New Roman" w:hint="eastAsia"/>
          <w:sz w:val="24"/>
          <w:lang w:eastAsia="zh-TW"/>
        </w:rPr>
        <w:t>提示工程</w:t>
      </w:r>
      <w:r w:rsidRPr="002D1215">
        <w:rPr>
          <w:rFonts w:ascii="Times New Roman" w:eastAsia="標楷體" w:hAnsi="Times New Roman" w:hint="eastAsia"/>
          <w:sz w:val="24"/>
          <w:lang w:eastAsia="zh-TW"/>
        </w:rPr>
        <w:t>)</w:t>
      </w:r>
    </w:p>
    <w:p w:rsidR="009F29FE" w:rsidRDefault="00300BB8" w:rsidP="002A2F5E">
      <w:pPr>
        <w:spacing w:line="240" w:lineRule="exact"/>
        <w:ind w:firstLineChars="100" w:firstLine="240"/>
        <w:rPr>
          <w:rFonts w:ascii="Times New Roman" w:eastAsia="標楷體" w:hAnsi="Times New Roman"/>
          <w:sz w:val="24"/>
          <w:lang w:eastAsia="zh-TW"/>
        </w:rPr>
      </w:pPr>
      <w:r w:rsidRPr="002D1215">
        <w:rPr>
          <w:rFonts w:ascii="Times New Roman" w:eastAsia="標楷體" w:hAnsi="Times New Roman" w:hint="eastAsia"/>
          <w:sz w:val="24"/>
          <w:lang w:eastAsia="zh-TW"/>
        </w:rPr>
        <w:t>(1)</w:t>
      </w:r>
      <w:r w:rsidR="00DE30FC" w:rsidRPr="002D1215">
        <w:rPr>
          <w:rFonts w:ascii="Times New Roman" w:eastAsia="標楷體" w:hAnsi="Times New Roman" w:hint="eastAsia"/>
          <w:sz w:val="24"/>
          <w:lang w:eastAsia="zh-TW"/>
        </w:rPr>
        <w:t xml:space="preserve"> </w:t>
      </w:r>
      <w:r w:rsidR="00DE30FC" w:rsidRPr="002D1215">
        <w:rPr>
          <w:rFonts w:ascii="Times New Roman" w:eastAsia="標楷體" w:hAnsi="Times New Roman" w:hint="eastAsia"/>
          <w:sz w:val="24"/>
          <w:lang w:eastAsia="zh-TW"/>
        </w:rPr>
        <w:t>實際教學案例：</w:t>
      </w:r>
      <w:r w:rsidR="00DE30FC" w:rsidRPr="002D1215">
        <w:rPr>
          <w:rFonts w:ascii="Times New Roman" w:eastAsia="標楷體" w:hAnsi="Times New Roman" w:hint="eastAsia"/>
          <w:sz w:val="24"/>
          <w:lang w:eastAsia="zh-TW"/>
        </w:rPr>
        <w:t xml:space="preserve"> </w:t>
      </w:r>
      <w:r w:rsidR="00DE30FC" w:rsidRPr="002D1215">
        <w:rPr>
          <w:rFonts w:ascii="Times New Roman" w:eastAsia="標楷體" w:hAnsi="Times New Roman" w:hint="eastAsia"/>
          <w:sz w:val="24"/>
          <w:lang w:eastAsia="zh-TW"/>
        </w:rPr>
        <w:t>學生只需在開發環境輸入中文指令（如：「請篩選出空腹血</w:t>
      </w:r>
    </w:p>
    <w:p w:rsidR="00300BB8" w:rsidRPr="002D1215" w:rsidRDefault="00DE30FC" w:rsidP="002A2F5E">
      <w:pPr>
        <w:spacing w:line="240" w:lineRule="exact"/>
        <w:ind w:firstLineChars="100" w:firstLine="240"/>
        <w:rPr>
          <w:rFonts w:ascii="Times New Roman" w:eastAsia="標楷體" w:hAnsi="Times New Roman"/>
          <w:sz w:val="24"/>
          <w:lang w:eastAsia="zh-TW"/>
        </w:rPr>
      </w:pPr>
      <w:r w:rsidRPr="002D1215">
        <w:rPr>
          <w:rFonts w:ascii="Times New Roman" w:eastAsia="標楷體" w:hAnsi="Times New Roman" w:hint="eastAsia"/>
          <w:sz w:val="24"/>
          <w:lang w:eastAsia="zh-TW"/>
        </w:rPr>
        <w:t>糖</w:t>
      </w:r>
      <w:r w:rsidRPr="002D1215">
        <w:rPr>
          <w:rFonts w:ascii="Times New Roman" w:eastAsia="標楷體" w:hAnsi="Times New Roman" w:hint="eastAsia"/>
          <w:sz w:val="24"/>
          <w:lang w:eastAsia="zh-TW"/>
        </w:rPr>
        <w:t xml:space="preserve"> &gt; 126 </w:t>
      </w:r>
      <w:r w:rsidRPr="002D1215">
        <w:rPr>
          <w:rFonts w:ascii="Times New Roman" w:eastAsia="標楷體" w:hAnsi="Times New Roman" w:hint="eastAsia"/>
          <w:sz w:val="24"/>
          <w:lang w:eastAsia="zh-TW"/>
        </w:rPr>
        <w:t>且飯後血糖</w:t>
      </w:r>
      <w:r w:rsidRPr="002D1215">
        <w:rPr>
          <w:rFonts w:ascii="Times New Roman" w:eastAsia="標楷體" w:hAnsi="Times New Roman" w:hint="eastAsia"/>
          <w:sz w:val="24"/>
          <w:lang w:eastAsia="zh-TW"/>
        </w:rPr>
        <w:t xml:space="preserve"> &gt; 140 </w:t>
      </w:r>
      <w:r w:rsidRPr="002D1215">
        <w:rPr>
          <w:rFonts w:ascii="Times New Roman" w:eastAsia="標楷體" w:hAnsi="Times New Roman" w:hint="eastAsia"/>
          <w:sz w:val="24"/>
          <w:lang w:eastAsia="zh-TW"/>
        </w:rPr>
        <w:t>的名單」），</w:t>
      </w:r>
      <w:r w:rsidRPr="002D1215">
        <w:rPr>
          <w:rFonts w:ascii="Times New Roman" w:eastAsia="標楷體" w:hAnsi="Times New Roman" w:hint="eastAsia"/>
          <w:sz w:val="24"/>
          <w:lang w:eastAsia="zh-TW"/>
        </w:rPr>
        <w:t xml:space="preserve">AI </w:t>
      </w:r>
      <w:r w:rsidRPr="002D1215">
        <w:rPr>
          <w:rFonts w:ascii="Times New Roman" w:eastAsia="標楷體" w:hAnsi="Times New Roman" w:hint="eastAsia"/>
          <w:sz w:val="24"/>
          <w:lang w:eastAsia="zh-TW"/>
        </w:rPr>
        <w:t>會自動生成</w:t>
      </w:r>
      <w:r w:rsidRPr="002D1215">
        <w:rPr>
          <w:rFonts w:ascii="Times New Roman" w:eastAsia="標楷體" w:hAnsi="Times New Roman" w:hint="eastAsia"/>
          <w:sz w:val="24"/>
          <w:lang w:eastAsia="zh-TW"/>
        </w:rPr>
        <w:t xml:space="preserve"> Python </w:t>
      </w:r>
      <w:r w:rsidRPr="002D1215">
        <w:rPr>
          <w:rFonts w:ascii="Times New Roman" w:eastAsia="標楷體" w:hAnsi="Times New Roman" w:hint="eastAsia"/>
          <w:sz w:val="24"/>
          <w:lang w:eastAsia="zh-TW"/>
        </w:rPr>
        <w:t>語法</w:t>
      </w:r>
    </w:p>
    <w:p w:rsidR="009F29FE" w:rsidRDefault="00DE30FC" w:rsidP="002A2F5E">
      <w:pPr>
        <w:spacing w:line="240" w:lineRule="exact"/>
        <w:ind w:firstLineChars="100" w:firstLine="240"/>
        <w:rPr>
          <w:rFonts w:ascii="Times New Roman" w:eastAsia="標楷體" w:hAnsi="Times New Roman"/>
          <w:sz w:val="24"/>
          <w:lang w:eastAsia="zh-TW"/>
        </w:rPr>
      </w:pPr>
      <w:r w:rsidRPr="002D1215">
        <w:rPr>
          <w:rFonts w:ascii="Times New Roman" w:eastAsia="標楷體" w:hAnsi="Times New Roman" w:hint="eastAsia"/>
          <w:sz w:val="24"/>
          <w:lang w:eastAsia="zh-TW"/>
        </w:rPr>
        <w:t>(2)</w:t>
      </w:r>
      <w:r w:rsidR="00F955BB" w:rsidRPr="002D1215">
        <w:rPr>
          <w:rFonts w:ascii="Times New Roman" w:eastAsia="標楷體" w:hAnsi="Times New Roman" w:hint="eastAsia"/>
          <w:sz w:val="24"/>
          <w:lang w:eastAsia="zh-TW"/>
        </w:rPr>
        <w:t xml:space="preserve"> </w:t>
      </w:r>
      <w:r w:rsidR="00F955BB" w:rsidRPr="002D1215">
        <w:rPr>
          <w:rFonts w:ascii="Times New Roman" w:eastAsia="標楷體" w:hAnsi="Times New Roman" w:hint="eastAsia"/>
          <w:sz w:val="24"/>
          <w:lang w:eastAsia="zh-TW"/>
        </w:rPr>
        <w:t>教學成效：</w:t>
      </w:r>
      <w:r w:rsidR="00F955BB" w:rsidRPr="002D1215">
        <w:rPr>
          <w:rFonts w:ascii="Times New Roman" w:eastAsia="標楷體" w:hAnsi="Times New Roman" w:hint="eastAsia"/>
          <w:sz w:val="24"/>
          <w:lang w:eastAsia="zh-TW"/>
        </w:rPr>
        <w:t xml:space="preserve"> </w:t>
      </w:r>
      <w:r w:rsidR="00F955BB" w:rsidRPr="002D1215">
        <w:rPr>
          <w:rFonts w:ascii="Times New Roman" w:eastAsia="標楷體" w:hAnsi="Times New Roman" w:hint="eastAsia"/>
          <w:sz w:val="24"/>
          <w:lang w:eastAsia="zh-TW"/>
        </w:rPr>
        <w:t>期末回饋顯示，學生高度肯定「學到如何用</w:t>
      </w:r>
      <w:r w:rsidR="00F955BB" w:rsidRPr="002D1215">
        <w:rPr>
          <w:rFonts w:ascii="Times New Roman" w:eastAsia="標楷體" w:hAnsi="Times New Roman" w:hint="eastAsia"/>
          <w:sz w:val="24"/>
          <w:lang w:eastAsia="zh-TW"/>
        </w:rPr>
        <w:t xml:space="preserve"> AI </w:t>
      </w:r>
      <w:r w:rsidR="00F955BB" w:rsidRPr="002D1215">
        <w:rPr>
          <w:rFonts w:ascii="Times New Roman" w:eastAsia="標楷體" w:hAnsi="Times New Roman" w:hint="eastAsia"/>
          <w:sz w:val="24"/>
          <w:lang w:eastAsia="zh-TW"/>
        </w:rPr>
        <w:t>去寫想要的程式」</w:t>
      </w:r>
    </w:p>
    <w:p w:rsidR="00DE30FC" w:rsidRPr="002D1215" w:rsidRDefault="00F955BB" w:rsidP="002A2F5E">
      <w:pPr>
        <w:spacing w:line="240" w:lineRule="exact"/>
        <w:ind w:firstLineChars="100" w:firstLine="240"/>
        <w:rPr>
          <w:rFonts w:ascii="Times New Roman" w:eastAsia="標楷體" w:hAnsi="Times New Roman"/>
          <w:sz w:val="24"/>
          <w:lang w:eastAsia="zh-TW"/>
        </w:rPr>
      </w:pPr>
      <w:r w:rsidRPr="002D1215">
        <w:rPr>
          <w:rFonts w:ascii="Times New Roman" w:eastAsia="標楷體" w:hAnsi="Times New Roman" w:hint="eastAsia"/>
          <w:sz w:val="24"/>
          <w:lang w:eastAsia="zh-TW"/>
        </w:rPr>
        <w:t>以及「運用</w:t>
      </w:r>
      <w:r w:rsidRPr="002D1215">
        <w:rPr>
          <w:rFonts w:ascii="Times New Roman" w:eastAsia="標楷體" w:hAnsi="Times New Roman" w:hint="eastAsia"/>
          <w:sz w:val="24"/>
          <w:lang w:eastAsia="zh-TW"/>
        </w:rPr>
        <w:t xml:space="preserve"> AI </w:t>
      </w:r>
      <w:r w:rsidRPr="002D1215">
        <w:rPr>
          <w:rFonts w:ascii="Times New Roman" w:eastAsia="標楷體" w:hAnsi="Times New Roman" w:hint="eastAsia"/>
          <w:sz w:val="24"/>
          <w:lang w:eastAsia="zh-TW"/>
        </w:rPr>
        <w:t>分析病患資料」</w:t>
      </w:r>
    </w:p>
    <w:p w:rsidR="00DF3985" w:rsidRPr="002D1215" w:rsidRDefault="00DF3985"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w:t>
      </w:r>
      <w:r w:rsidRPr="002D1215">
        <w:rPr>
          <w:rFonts w:ascii="Times New Roman" w:eastAsia="標楷體" w:hAnsi="Times New Roman"/>
          <w:sz w:val="24"/>
          <w:lang w:eastAsia="zh-TW"/>
        </w:rPr>
        <w:t xml:space="preserve">A+ Copilot </w:t>
      </w:r>
      <w:r w:rsidRPr="002D1215">
        <w:rPr>
          <w:rFonts w:ascii="Times New Roman" w:eastAsia="標楷體" w:hAnsi="Times New Roman" w:hint="eastAsia"/>
          <w:sz w:val="24"/>
          <w:lang w:eastAsia="zh-TW"/>
        </w:rPr>
        <w:t>臨床場景模擬：</w:t>
      </w:r>
      <w:r w:rsidRPr="002D1215">
        <w:rPr>
          <w:rFonts w:ascii="Times New Roman" w:eastAsia="標楷體" w:hAnsi="Times New Roman"/>
          <w:sz w:val="24"/>
          <w:lang w:eastAsia="zh-TW"/>
        </w:rPr>
        <w:t xml:space="preserve"> </w:t>
      </w:r>
      <w:r w:rsidRPr="002D1215">
        <w:rPr>
          <w:rFonts w:ascii="Times New Roman" w:eastAsia="標楷體" w:hAnsi="Times New Roman" w:hint="eastAsia"/>
          <w:sz w:val="24"/>
          <w:lang w:eastAsia="zh-TW"/>
        </w:rPr>
        <w:t>融入奇美醫院的</w:t>
      </w:r>
      <w:r w:rsidRPr="002D1215">
        <w:rPr>
          <w:rFonts w:ascii="Times New Roman" w:eastAsia="標楷體" w:hAnsi="Times New Roman"/>
          <w:sz w:val="24"/>
          <w:lang w:eastAsia="zh-TW"/>
        </w:rPr>
        <w:t xml:space="preserve"> A+ </w:t>
      </w:r>
      <w:r w:rsidRPr="002D1215">
        <w:rPr>
          <w:rFonts w:ascii="Times New Roman" w:eastAsia="標楷體" w:hAnsi="Times New Roman" w:hint="eastAsia"/>
          <w:sz w:val="24"/>
          <w:lang w:eastAsia="zh-TW"/>
        </w:rPr>
        <w:t>醫師</w:t>
      </w:r>
      <w:r w:rsidRPr="002D1215">
        <w:rPr>
          <w:rFonts w:ascii="Times New Roman" w:eastAsia="標楷體" w:hAnsi="Times New Roman"/>
          <w:sz w:val="24"/>
          <w:lang w:eastAsia="zh-TW"/>
        </w:rPr>
        <w:t>/</w:t>
      </w:r>
      <w:r w:rsidRPr="002D1215">
        <w:rPr>
          <w:rFonts w:ascii="Times New Roman" w:eastAsia="標楷體" w:hAnsi="Times New Roman" w:hint="eastAsia"/>
          <w:sz w:val="24"/>
          <w:lang w:eastAsia="zh-TW"/>
        </w:rPr>
        <w:t>護理師</w:t>
      </w:r>
      <w:r w:rsidRPr="002D1215">
        <w:rPr>
          <w:rFonts w:ascii="Times New Roman" w:eastAsia="標楷體" w:hAnsi="Times New Roman"/>
          <w:sz w:val="24"/>
          <w:lang w:eastAsia="zh-TW"/>
        </w:rPr>
        <w:t xml:space="preserve"> </w:t>
      </w:r>
      <w:r w:rsidRPr="002D1215">
        <w:rPr>
          <w:rFonts w:ascii="Times New Roman" w:eastAsia="標楷體" w:hAnsi="Times New Roman" w:hint="eastAsia"/>
          <w:sz w:val="24"/>
          <w:lang w:eastAsia="zh-TW"/>
        </w:rPr>
        <w:t>案例，展示如何利用生成式</w:t>
      </w:r>
      <w:r w:rsidRPr="002D1215">
        <w:rPr>
          <w:rFonts w:ascii="Times New Roman" w:eastAsia="標楷體" w:hAnsi="Times New Roman"/>
          <w:sz w:val="24"/>
          <w:lang w:eastAsia="zh-TW"/>
        </w:rPr>
        <w:t xml:space="preserve"> AI (AI 2.0) </w:t>
      </w:r>
      <w:r w:rsidRPr="002D1215">
        <w:rPr>
          <w:rFonts w:ascii="Times New Roman" w:eastAsia="標楷體" w:hAnsi="Times New Roman" w:hint="eastAsia"/>
          <w:sz w:val="24"/>
          <w:lang w:eastAsia="zh-TW"/>
        </w:rPr>
        <w:t>進行入院病摘摘要、護理交班記錄產出，並讓學生練習批判性檢核</w:t>
      </w:r>
      <w:r w:rsidRPr="002D1215">
        <w:rPr>
          <w:rFonts w:ascii="Times New Roman" w:eastAsia="標楷體" w:hAnsi="Times New Roman"/>
          <w:sz w:val="24"/>
          <w:lang w:eastAsia="zh-TW"/>
        </w:rPr>
        <w:t xml:space="preserve"> AI </w:t>
      </w:r>
      <w:r w:rsidRPr="002D1215">
        <w:rPr>
          <w:rFonts w:ascii="Times New Roman" w:eastAsia="標楷體" w:hAnsi="Times New Roman" w:hint="eastAsia"/>
          <w:sz w:val="24"/>
          <w:lang w:eastAsia="zh-TW"/>
        </w:rPr>
        <w:t>生成內容的正確性，避免「幻覺」現象</w:t>
      </w:r>
    </w:p>
    <w:p w:rsidR="005A51B4" w:rsidRPr="002D1215" w:rsidRDefault="00546A85"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 xml:space="preserve">3. </w:t>
      </w:r>
      <w:r w:rsidRPr="002D1215">
        <w:rPr>
          <w:rFonts w:ascii="Times New Roman" w:eastAsia="標楷體" w:hAnsi="Times New Roman" w:hint="eastAsia"/>
          <w:sz w:val="24"/>
          <w:lang w:eastAsia="zh-TW"/>
        </w:rPr>
        <w:t>智慧照護應用方式</w:t>
      </w:r>
      <w:r w:rsidRPr="002D1215">
        <w:rPr>
          <w:rFonts w:ascii="Times New Roman" w:eastAsia="標楷體" w:hAnsi="Times New Roman" w:hint="eastAsia"/>
          <w:sz w:val="24"/>
          <w:lang w:eastAsia="zh-TW"/>
        </w:rPr>
        <w:t xml:space="preserve"> (Smart Care Applications)</w:t>
      </w:r>
    </w:p>
    <w:p w:rsidR="003E27DB" w:rsidRPr="002D1215" w:rsidRDefault="003E27DB"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＊醫院智慧化實務分享：</w:t>
      </w:r>
    </w:p>
    <w:p w:rsidR="00917289" w:rsidRPr="002D1215" w:rsidRDefault="00917289"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 xml:space="preserve">  (1)</w:t>
      </w:r>
      <w:r w:rsidR="004C09A0" w:rsidRPr="002D1215">
        <w:rPr>
          <w:rFonts w:ascii="Times New Roman" w:eastAsia="標楷體" w:hAnsi="Times New Roman" w:hint="eastAsia"/>
          <w:sz w:val="24"/>
          <w:lang w:eastAsia="zh-TW"/>
        </w:rPr>
        <w:t xml:space="preserve"> </w:t>
      </w:r>
      <w:r w:rsidR="004C09A0" w:rsidRPr="002D1215">
        <w:rPr>
          <w:rFonts w:ascii="Times New Roman" w:eastAsia="標楷體" w:hAnsi="Times New Roman" w:hint="eastAsia"/>
          <w:sz w:val="24"/>
          <w:lang w:eastAsia="zh-TW"/>
        </w:rPr>
        <w:t>凱旋醫院案例：</w:t>
      </w:r>
      <w:r w:rsidR="004C09A0" w:rsidRPr="002D1215">
        <w:rPr>
          <w:rFonts w:ascii="Times New Roman" w:eastAsia="標楷體" w:hAnsi="Times New Roman"/>
          <w:sz w:val="24"/>
          <w:lang w:eastAsia="zh-TW"/>
        </w:rPr>
        <w:t xml:space="preserve"> </w:t>
      </w:r>
      <w:r w:rsidR="004C09A0" w:rsidRPr="002D1215">
        <w:rPr>
          <w:rFonts w:ascii="Times New Roman" w:eastAsia="標楷體" w:hAnsi="Times New Roman" w:hint="eastAsia"/>
          <w:sz w:val="24"/>
          <w:lang w:eastAsia="zh-TW"/>
        </w:rPr>
        <w:t>介紹</w:t>
      </w:r>
      <w:r w:rsidR="004C09A0" w:rsidRPr="002D1215">
        <w:rPr>
          <w:rFonts w:ascii="Times New Roman" w:eastAsia="標楷體" w:hAnsi="Times New Roman"/>
          <w:sz w:val="24"/>
          <w:lang w:eastAsia="zh-TW"/>
        </w:rPr>
        <w:t xml:space="preserve"> iSAFE </w:t>
      </w:r>
      <w:r w:rsidR="004C09A0" w:rsidRPr="002D1215">
        <w:rPr>
          <w:rFonts w:ascii="Times New Roman" w:eastAsia="標楷體" w:hAnsi="Times New Roman" w:hint="eastAsia"/>
          <w:sz w:val="24"/>
          <w:lang w:eastAsia="zh-TW"/>
        </w:rPr>
        <w:t>安全照護系統（利用跌倒偵測技術提升病房安全）及</w:t>
      </w:r>
      <w:r w:rsidR="004C09A0" w:rsidRPr="002D1215">
        <w:rPr>
          <w:rFonts w:ascii="Times New Roman" w:eastAsia="標楷體" w:hAnsi="Times New Roman"/>
          <w:sz w:val="24"/>
          <w:lang w:eastAsia="zh-TW"/>
        </w:rPr>
        <w:t xml:space="preserve"> AI </w:t>
      </w:r>
      <w:r w:rsidR="004C09A0" w:rsidRPr="002D1215">
        <w:rPr>
          <w:rFonts w:ascii="Times New Roman" w:eastAsia="標楷體" w:hAnsi="Times New Roman" w:hint="eastAsia"/>
          <w:sz w:val="24"/>
          <w:lang w:eastAsia="zh-TW"/>
        </w:rPr>
        <w:t>智慧自助問診室（整合</w:t>
      </w:r>
      <w:r w:rsidR="004C09A0" w:rsidRPr="002D1215">
        <w:rPr>
          <w:rFonts w:ascii="Times New Roman" w:eastAsia="標楷體" w:hAnsi="Times New Roman"/>
          <w:sz w:val="24"/>
          <w:lang w:eastAsia="zh-TW"/>
        </w:rPr>
        <w:t xml:space="preserve"> Chatbot </w:t>
      </w:r>
      <w:r w:rsidR="004C09A0" w:rsidRPr="002D1215">
        <w:rPr>
          <w:rFonts w:ascii="Times New Roman" w:eastAsia="標楷體" w:hAnsi="Times New Roman" w:hint="eastAsia"/>
          <w:sz w:val="24"/>
          <w:lang w:eastAsia="zh-TW"/>
        </w:rPr>
        <w:t>進行初步檢測），讓學生理解</w:t>
      </w:r>
      <w:r w:rsidR="004C09A0" w:rsidRPr="002D1215">
        <w:rPr>
          <w:rFonts w:ascii="Times New Roman" w:eastAsia="標楷體" w:hAnsi="Times New Roman"/>
          <w:sz w:val="24"/>
          <w:lang w:eastAsia="zh-TW"/>
        </w:rPr>
        <w:t xml:space="preserve"> AI </w:t>
      </w:r>
      <w:r w:rsidR="004C09A0" w:rsidRPr="002D1215">
        <w:rPr>
          <w:rFonts w:ascii="Times New Roman" w:eastAsia="標楷體" w:hAnsi="Times New Roman" w:hint="eastAsia"/>
          <w:sz w:val="24"/>
          <w:lang w:eastAsia="zh-TW"/>
        </w:rPr>
        <w:t>如何減輕一線護理負擔</w:t>
      </w:r>
    </w:p>
    <w:p w:rsidR="00666D82" w:rsidRPr="002D1215" w:rsidRDefault="00666D82" w:rsidP="002A2F5E">
      <w:pPr>
        <w:spacing w:line="240" w:lineRule="exact"/>
        <w:rPr>
          <w:rFonts w:ascii="Times New Roman" w:eastAsia="標楷體" w:hAnsi="Times New Roman"/>
          <w:sz w:val="24"/>
          <w:lang w:eastAsia="zh-TW"/>
        </w:rPr>
      </w:pPr>
      <w:r w:rsidRPr="002D1215">
        <w:rPr>
          <w:rFonts w:ascii="Times New Roman" w:eastAsia="標楷體" w:hAnsi="Times New Roman" w:hint="eastAsia"/>
          <w:sz w:val="24"/>
          <w:lang w:eastAsia="zh-TW"/>
        </w:rPr>
        <w:t xml:space="preserve">  (2)</w:t>
      </w:r>
      <w:r w:rsidR="00A10A9F" w:rsidRPr="002D1215">
        <w:rPr>
          <w:rFonts w:ascii="Times New Roman" w:eastAsia="標楷體" w:hAnsi="Times New Roman" w:hint="eastAsia"/>
          <w:sz w:val="24"/>
          <w:lang w:eastAsia="zh-TW"/>
        </w:rPr>
        <w:t xml:space="preserve"> </w:t>
      </w:r>
      <w:r w:rsidR="00A10A9F" w:rsidRPr="002D1215">
        <w:rPr>
          <w:rFonts w:ascii="Times New Roman" w:eastAsia="標楷體" w:hAnsi="Times New Roman" w:hint="eastAsia"/>
          <w:sz w:val="24"/>
          <w:lang w:eastAsia="zh-TW"/>
        </w:rPr>
        <w:t>奇美醫院案例：</w:t>
      </w:r>
      <w:r w:rsidR="00A10A9F" w:rsidRPr="002D1215">
        <w:rPr>
          <w:rFonts w:ascii="Times New Roman" w:eastAsia="標楷體" w:hAnsi="Times New Roman" w:hint="eastAsia"/>
          <w:sz w:val="24"/>
          <w:lang w:eastAsia="zh-TW"/>
        </w:rPr>
        <w:t xml:space="preserve"> </w:t>
      </w:r>
      <w:r w:rsidR="00A10A9F" w:rsidRPr="002D1215">
        <w:rPr>
          <w:rFonts w:ascii="Times New Roman" w:eastAsia="標楷體" w:hAnsi="Times New Roman" w:hint="eastAsia"/>
          <w:sz w:val="24"/>
          <w:lang w:eastAsia="zh-TW"/>
        </w:rPr>
        <w:t>展示如何將</w:t>
      </w:r>
      <w:r w:rsidR="00A10A9F" w:rsidRPr="002D1215">
        <w:rPr>
          <w:rFonts w:ascii="Times New Roman" w:eastAsia="標楷體" w:hAnsi="Times New Roman" w:hint="eastAsia"/>
          <w:sz w:val="24"/>
          <w:lang w:eastAsia="zh-TW"/>
        </w:rPr>
        <w:t xml:space="preserve"> AI </w:t>
      </w:r>
      <w:r w:rsidR="00A10A9F" w:rsidRPr="002D1215">
        <w:rPr>
          <w:rFonts w:ascii="Times New Roman" w:eastAsia="標楷體" w:hAnsi="Times New Roman" w:hint="eastAsia"/>
          <w:sz w:val="24"/>
          <w:lang w:eastAsia="zh-TW"/>
        </w:rPr>
        <w:t>模型整合進</w:t>
      </w:r>
      <w:r w:rsidR="00A10A9F" w:rsidRPr="002D1215">
        <w:rPr>
          <w:rFonts w:ascii="Times New Roman" w:eastAsia="標楷體" w:hAnsi="Times New Roman" w:hint="eastAsia"/>
          <w:sz w:val="24"/>
          <w:lang w:eastAsia="zh-TW"/>
        </w:rPr>
        <w:t xml:space="preserve"> HIS/NIS </w:t>
      </w:r>
      <w:r w:rsidR="00A10A9F" w:rsidRPr="002D1215">
        <w:rPr>
          <w:rFonts w:ascii="Times New Roman" w:eastAsia="標楷體" w:hAnsi="Times New Roman" w:hint="eastAsia"/>
          <w:sz w:val="24"/>
          <w:lang w:eastAsia="zh-TW"/>
        </w:rPr>
        <w:t>系統（如：肺炎</w:t>
      </w:r>
      <w:r w:rsidR="00A10A9F" w:rsidRPr="002D1215">
        <w:rPr>
          <w:rFonts w:ascii="Times New Roman" w:eastAsia="標楷體" w:hAnsi="Times New Roman" w:hint="eastAsia"/>
          <w:sz w:val="24"/>
          <w:lang w:eastAsia="zh-TW"/>
        </w:rPr>
        <w:t xml:space="preserve"> 14 </w:t>
      </w:r>
      <w:r w:rsidR="00A10A9F" w:rsidRPr="002D1215">
        <w:rPr>
          <w:rFonts w:ascii="Times New Roman" w:eastAsia="標楷體" w:hAnsi="Times New Roman" w:hint="eastAsia"/>
          <w:sz w:val="24"/>
          <w:lang w:eastAsia="zh-TW"/>
        </w:rPr>
        <w:t>天再住院風險預測），讓學生理解數據如何從系統中採集、建模並回饋到臨床路徑中</w:t>
      </w:r>
    </w:p>
    <w:p w:rsidR="001839B5" w:rsidRPr="002D1215" w:rsidRDefault="008A0494" w:rsidP="00E515BE">
      <w:pPr>
        <w:rPr>
          <w:rFonts w:ascii="Times New Roman" w:eastAsia="標楷體" w:hAnsi="Times New Roman"/>
          <w:sz w:val="24"/>
          <w:lang w:eastAsia="zh-TW"/>
        </w:rPr>
      </w:pPr>
      <w:r w:rsidRPr="002D1215">
        <w:rPr>
          <w:rFonts w:ascii="Times New Roman" w:eastAsia="標楷體" w:hAnsi="Times New Roman" w:hint="eastAsia"/>
          <w:sz w:val="24"/>
          <w:lang w:eastAsia="zh-TW"/>
        </w:rPr>
        <w:t xml:space="preserve">4. </w:t>
      </w:r>
      <w:r w:rsidRPr="002D1215">
        <w:rPr>
          <w:rFonts w:ascii="Times New Roman" w:eastAsia="標楷體" w:hAnsi="Times New Roman" w:hint="eastAsia"/>
          <w:sz w:val="24"/>
          <w:lang w:eastAsia="zh-TW"/>
        </w:rPr>
        <w:t>數位科技與資安防禦技術</w:t>
      </w:r>
      <w:r w:rsidRPr="002D1215">
        <w:rPr>
          <w:rFonts w:ascii="Times New Roman" w:eastAsia="標楷體" w:hAnsi="Times New Roman" w:hint="eastAsia"/>
          <w:sz w:val="24"/>
          <w:lang w:eastAsia="zh-TW"/>
        </w:rPr>
        <w:t xml:space="preserve"> (Digital Security Tech)</w:t>
      </w:r>
    </w:p>
    <w:p w:rsidR="00995151" w:rsidRPr="002D1215" w:rsidRDefault="00995151" w:rsidP="00E515BE">
      <w:pPr>
        <w:rPr>
          <w:rFonts w:ascii="Times New Roman" w:eastAsia="標楷體" w:hAnsi="Times New Roman"/>
          <w:sz w:val="24"/>
          <w:lang w:eastAsia="zh-TW"/>
        </w:rPr>
      </w:pPr>
      <w:r w:rsidRPr="002D1215">
        <w:rPr>
          <w:rFonts w:ascii="Times New Roman" w:eastAsia="標楷體" w:hAnsi="Times New Roman" w:hint="eastAsia"/>
          <w:sz w:val="24"/>
          <w:lang w:eastAsia="zh-TW"/>
        </w:rPr>
        <w:t>＊醫療資安聯防架構：</w:t>
      </w:r>
      <w:r w:rsidRPr="002D1215">
        <w:rPr>
          <w:rFonts w:ascii="Times New Roman" w:eastAsia="標楷體" w:hAnsi="Times New Roman"/>
          <w:sz w:val="24"/>
          <w:lang w:eastAsia="zh-TW"/>
        </w:rPr>
        <w:t xml:space="preserve"> </w:t>
      </w:r>
      <w:r w:rsidRPr="002D1215">
        <w:rPr>
          <w:rFonts w:ascii="Times New Roman" w:eastAsia="標楷體" w:hAnsi="Times New Roman" w:hint="eastAsia"/>
          <w:sz w:val="24"/>
          <w:lang w:eastAsia="zh-TW"/>
        </w:rPr>
        <w:t>介紹醫療場域常見的</w:t>
      </w:r>
      <w:r w:rsidRPr="002D1215">
        <w:rPr>
          <w:rFonts w:ascii="Times New Roman" w:eastAsia="標楷體" w:hAnsi="Times New Roman"/>
          <w:sz w:val="24"/>
          <w:lang w:eastAsia="zh-TW"/>
        </w:rPr>
        <w:t xml:space="preserve"> SOC x MDR x SOAR </w:t>
      </w:r>
      <w:r w:rsidRPr="002D1215">
        <w:rPr>
          <w:rFonts w:ascii="Times New Roman" w:eastAsia="標楷體" w:hAnsi="Times New Roman" w:hint="eastAsia"/>
          <w:sz w:val="24"/>
          <w:lang w:eastAsia="zh-TW"/>
        </w:rPr>
        <w:t>防禦機制，並透過實際資安事故（如：勒索軟體攻擊）引導學生建立帳號權限控管與資料去個資化的意識</w:t>
      </w:r>
    </w:p>
    <w:p w:rsidR="00D948B5" w:rsidRPr="00891CAB" w:rsidRDefault="00D948B5" w:rsidP="00E515BE">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Pr="00891CAB">
        <w:rPr>
          <w:rFonts w:ascii="Times New Roman" w:eastAsia="標楷體" w:hAnsi="Times New Roman"/>
          <w:sz w:val="24"/>
          <w:szCs w:val="24"/>
          <w:lang w:eastAsia="zh-TW"/>
        </w:rPr>
        <w:t xml:space="preserve">AI </w:t>
      </w:r>
      <w:r w:rsidRPr="00891CAB">
        <w:rPr>
          <w:rFonts w:ascii="Times New Roman" w:eastAsia="標楷體" w:hAnsi="Times New Roman" w:hint="eastAsia"/>
          <w:sz w:val="24"/>
          <w:szCs w:val="24"/>
          <w:lang w:eastAsia="zh-TW"/>
        </w:rPr>
        <w:t>模型可解釋性</w:t>
      </w:r>
      <w:r w:rsidRPr="00891CAB">
        <w:rPr>
          <w:rFonts w:ascii="Times New Roman" w:eastAsia="標楷體" w:hAnsi="Times New Roman"/>
          <w:sz w:val="24"/>
          <w:szCs w:val="24"/>
          <w:lang w:eastAsia="zh-TW"/>
        </w:rPr>
        <w:t xml:space="preserve"> (XAI)</w:t>
      </w:r>
      <w:r w:rsidRPr="00891CAB">
        <w:rPr>
          <w:rFonts w:ascii="Times New Roman" w:eastAsia="標楷體" w:hAnsi="Times New Roman" w:hint="eastAsia"/>
          <w:sz w:val="24"/>
          <w:szCs w:val="24"/>
          <w:lang w:eastAsia="zh-TW"/>
        </w:rPr>
        <w:t>：</w:t>
      </w:r>
      <w:r w:rsidRPr="00891CAB">
        <w:rPr>
          <w:rFonts w:ascii="Times New Roman" w:eastAsia="標楷體" w:hAnsi="Times New Roman"/>
          <w:sz w:val="24"/>
          <w:szCs w:val="24"/>
          <w:lang w:eastAsia="zh-TW"/>
        </w:rPr>
        <w:t xml:space="preserve"> </w:t>
      </w:r>
      <w:r w:rsidRPr="00891CAB">
        <w:rPr>
          <w:rFonts w:ascii="Times New Roman" w:eastAsia="標楷體" w:hAnsi="Times New Roman" w:hint="eastAsia"/>
          <w:sz w:val="24"/>
          <w:szCs w:val="24"/>
          <w:lang w:eastAsia="zh-TW"/>
        </w:rPr>
        <w:t>因應期末回饋學生對「視覺化展示</w:t>
      </w:r>
      <w:r w:rsidRPr="00891CAB">
        <w:rPr>
          <w:rFonts w:ascii="Times New Roman" w:eastAsia="標楷體" w:hAnsi="Times New Roman"/>
          <w:sz w:val="24"/>
          <w:szCs w:val="24"/>
          <w:lang w:eastAsia="zh-TW"/>
        </w:rPr>
        <w:t xml:space="preserve"> AI </w:t>
      </w:r>
      <w:r w:rsidRPr="00891CAB">
        <w:rPr>
          <w:rFonts w:ascii="Times New Roman" w:eastAsia="標楷體" w:hAnsi="Times New Roman" w:hint="eastAsia"/>
          <w:sz w:val="24"/>
          <w:szCs w:val="24"/>
          <w:lang w:eastAsia="zh-TW"/>
        </w:rPr>
        <w:t>模型可解釋性」的興趣，課程加入</w:t>
      </w:r>
      <w:r w:rsidRPr="00891CAB">
        <w:rPr>
          <w:rFonts w:ascii="Times New Roman" w:eastAsia="標楷體" w:hAnsi="Times New Roman"/>
          <w:sz w:val="24"/>
          <w:szCs w:val="24"/>
          <w:lang w:eastAsia="zh-TW"/>
        </w:rPr>
        <w:t xml:space="preserve"> SHAP </w:t>
      </w:r>
      <w:r w:rsidRPr="00891CAB">
        <w:rPr>
          <w:rFonts w:ascii="Times New Roman" w:eastAsia="標楷體" w:hAnsi="Times New Roman" w:hint="eastAsia"/>
          <w:sz w:val="24"/>
          <w:szCs w:val="24"/>
          <w:lang w:eastAsia="zh-TW"/>
        </w:rPr>
        <w:t>特徵重要性分析</w:t>
      </w:r>
      <w:r w:rsidRPr="00891CAB">
        <w:rPr>
          <w:rFonts w:ascii="Times New Roman" w:eastAsia="標楷體" w:hAnsi="Times New Roman"/>
          <w:sz w:val="24"/>
          <w:szCs w:val="24"/>
          <w:lang w:eastAsia="zh-TW"/>
        </w:rPr>
        <w:t xml:space="preserve"> </w:t>
      </w:r>
      <w:r w:rsidRPr="00891CAB">
        <w:rPr>
          <w:rFonts w:ascii="Times New Roman" w:eastAsia="標楷體" w:hAnsi="Times New Roman" w:hint="eastAsia"/>
          <w:sz w:val="24"/>
          <w:szCs w:val="24"/>
          <w:lang w:eastAsia="zh-TW"/>
        </w:rPr>
        <w:t>等概念，教導學生如何理解</w:t>
      </w:r>
      <w:r w:rsidRPr="00891CAB">
        <w:rPr>
          <w:rFonts w:ascii="Times New Roman" w:eastAsia="標楷體" w:hAnsi="Times New Roman"/>
          <w:sz w:val="24"/>
          <w:szCs w:val="24"/>
          <w:lang w:eastAsia="zh-TW"/>
        </w:rPr>
        <w:t xml:space="preserve"> AI </w:t>
      </w:r>
      <w:r w:rsidRPr="00891CAB">
        <w:rPr>
          <w:rFonts w:ascii="Times New Roman" w:eastAsia="標楷體" w:hAnsi="Times New Roman" w:hint="eastAsia"/>
          <w:sz w:val="24"/>
          <w:szCs w:val="24"/>
          <w:lang w:eastAsia="zh-TW"/>
        </w:rPr>
        <w:t>預測（如：為何預測該病患為高風險）背後的醫療依據</w:t>
      </w:r>
    </w:p>
    <w:p w:rsidR="00B9408B" w:rsidRDefault="00B9408B" w:rsidP="00E515BE">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透過這些</w:t>
      </w:r>
      <w:r w:rsidRPr="00891CAB">
        <w:rPr>
          <w:rFonts w:ascii="Times New Roman" w:eastAsia="標楷體" w:hAnsi="Times New Roman" w:hint="eastAsia"/>
          <w:sz w:val="24"/>
          <w:szCs w:val="24"/>
          <w:lang w:eastAsia="zh-TW"/>
        </w:rPr>
        <w:t xml:space="preserve"> AI </w:t>
      </w:r>
      <w:r w:rsidRPr="00891CAB">
        <w:rPr>
          <w:rFonts w:ascii="Times New Roman" w:eastAsia="標楷體" w:hAnsi="Times New Roman" w:hint="eastAsia"/>
          <w:sz w:val="24"/>
          <w:szCs w:val="24"/>
          <w:lang w:eastAsia="zh-TW"/>
        </w:rPr>
        <w:t>工具與智慧科技的融入，本課程能有效降低護理與醫管學生的學習門檻，達成</w:t>
      </w:r>
      <w:r w:rsidRPr="00891CAB">
        <w:rPr>
          <w:rFonts w:ascii="Times New Roman" w:eastAsia="標楷體" w:hAnsi="Times New Roman" w:hint="eastAsia"/>
          <w:sz w:val="24"/>
          <w:szCs w:val="24"/>
          <w:lang w:eastAsia="zh-TW"/>
        </w:rPr>
        <w:t>**</w:t>
      </w:r>
      <w:r w:rsidRPr="00891CAB">
        <w:rPr>
          <w:rFonts w:ascii="Times New Roman" w:eastAsia="標楷體" w:hAnsi="Times New Roman" w:hint="eastAsia"/>
          <w:sz w:val="24"/>
          <w:szCs w:val="24"/>
          <w:lang w:eastAsia="zh-TW"/>
        </w:rPr>
        <w:t>「跨域溝通、數據分析、數位工具應用」</w:t>
      </w:r>
      <w:r w:rsidRPr="00891CAB">
        <w:rPr>
          <w:rFonts w:ascii="Times New Roman" w:eastAsia="標楷體" w:hAnsi="Times New Roman" w:hint="eastAsia"/>
          <w:sz w:val="24"/>
          <w:szCs w:val="24"/>
          <w:lang w:eastAsia="zh-TW"/>
        </w:rPr>
        <w:t>**</w:t>
      </w:r>
      <w:r w:rsidRPr="00891CAB">
        <w:rPr>
          <w:rFonts w:ascii="Times New Roman" w:eastAsia="標楷體" w:hAnsi="Times New Roman" w:hint="eastAsia"/>
          <w:sz w:val="24"/>
          <w:szCs w:val="24"/>
          <w:lang w:eastAsia="zh-TW"/>
        </w:rPr>
        <w:t>等核心能力指標</w:t>
      </w:r>
    </w:p>
    <w:p w:rsidR="00FF1FA1" w:rsidRPr="00891CAB" w:rsidRDefault="00FF1FA1" w:rsidP="00E515BE">
      <w:pPr>
        <w:rPr>
          <w:rFonts w:ascii="Times New Roman" w:eastAsia="標楷體" w:hAnsi="Times New Roman"/>
          <w:sz w:val="24"/>
          <w:szCs w:val="24"/>
          <w:lang w:eastAsia="zh-TW"/>
        </w:rPr>
      </w:pPr>
      <w:r w:rsidRPr="00FF1FA1">
        <w:rPr>
          <w:rFonts w:ascii="Times New Roman" w:eastAsia="標楷體" w:hAnsi="Times New Roman"/>
          <w:noProof/>
          <w:sz w:val="24"/>
          <w:szCs w:val="24"/>
          <w:lang w:eastAsia="zh-TW"/>
        </w:rPr>
        <w:lastRenderedPageBreak/>
        <w:drawing>
          <wp:inline distT="0" distB="0" distL="0" distR="0" wp14:anchorId="2163CD41" wp14:editId="0CC60644">
            <wp:extent cx="5486400" cy="29972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997200"/>
                    </a:xfrm>
                    <a:prstGeom prst="rect">
                      <a:avLst/>
                    </a:prstGeom>
                  </pic:spPr>
                </pic:pic>
              </a:graphicData>
            </a:graphic>
          </wp:inline>
        </w:drawing>
      </w:r>
    </w:p>
    <w:p w:rsidR="00E0011B" w:rsidRPr="00891CAB" w:rsidRDefault="00DC6713">
      <w:pPr>
        <w:pStyle w:val="21"/>
        <w:rPr>
          <w:rFonts w:ascii="Times New Roman" w:eastAsia="標楷體" w:hAnsi="Times New Roman"/>
          <w:sz w:val="24"/>
          <w:szCs w:val="24"/>
          <w:lang w:eastAsia="zh-TW"/>
        </w:rPr>
      </w:pPr>
      <w:bookmarkStart w:id="8" w:name="_Toc234218895"/>
      <w:r w:rsidRPr="00891CAB">
        <w:rPr>
          <w:rFonts w:ascii="Times New Roman" w:eastAsia="標楷體" w:hAnsi="Times New Roman" w:hint="eastAsia"/>
          <w:sz w:val="24"/>
          <w:szCs w:val="24"/>
          <w:lang w:eastAsia="zh-HK"/>
        </w:rPr>
        <w:t>五</w:t>
      </w:r>
      <w:r w:rsidR="00742140" w:rsidRPr="00891CAB">
        <w:rPr>
          <w:rFonts w:ascii="Times New Roman" w:eastAsia="標楷體" w:hAnsi="Times New Roman"/>
          <w:sz w:val="24"/>
          <w:szCs w:val="24"/>
          <w:lang w:eastAsia="zh-TW"/>
        </w:rPr>
        <w:t>、學習評量方式</w:t>
      </w:r>
      <w:bookmarkEnd w:id="8"/>
    </w:p>
    <w:p w:rsidR="00A30047" w:rsidRPr="00891CAB" w:rsidRDefault="00A30047">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本課程「智慧健康照護創新與應用」針對護理及醫管系學生，設計了結合階層式實作、臨床情境分析與數位素養評核的多元評量機制。</w:t>
      </w:r>
    </w:p>
    <w:p w:rsidR="008A35D7" w:rsidRPr="00891CAB" w:rsidRDefault="008A35D7" w:rsidP="008A35D7">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 xml:space="preserve">1. </w:t>
      </w:r>
      <w:r w:rsidRPr="00891CAB">
        <w:rPr>
          <w:rFonts w:ascii="Times New Roman" w:eastAsia="標楷體" w:hAnsi="Times New Roman" w:hint="eastAsia"/>
          <w:sz w:val="24"/>
          <w:szCs w:val="24"/>
          <w:lang w:eastAsia="zh-TW"/>
        </w:rPr>
        <w:t>評量項目</w:t>
      </w:r>
      <w:r w:rsidRPr="00891CAB">
        <w:rPr>
          <w:rFonts w:ascii="Times New Roman" w:eastAsia="標楷體" w:hAnsi="Times New Roman" w:hint="eastAsia"/>
          <w:sz w:val="24"/>
          <w:szCs w:val="24"/>
          <w:lang w:eastAsia="zh-TW"/>
        </w:rPr>
        <w:t xml:space="preserve"> (Assessment Items)</w:t>
      </w:r>
    </w:p>
    <w:p w:rsidR="008A35D7" w:rsidRPr="00891CAB" w:rsidRDefault="008A35D7" w:rsidP="008A35D7">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課程評量結合了課堂表現、專業知識檢測與期末綜合實作，確保學生能平衡掌握技術與臨床應用：</w:t>
      </w:r>
    </w:p>
    <w:p w:rsidR="002F1F66" w:rsidRPr="00891CAB" w:rsidRDefault="004B5152" w:rsidP="002F1F66">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2F1F66" w:rsidRPr="00891CAB">
        <w:rPr>
          <w:rFonts w:ascii="Times New Roman" w:eastAsia="標楷體" w:hAnsi="Times New Roman" w:hint="eastAsia"/>
          <w:sz w:val="24"/>
          <w:szCs w:val="24"/>
          <w:lang w:eastAsia="zh-TW"/>
        </w:rPr>
        <w:t>課堂實作與隨堂練習</w:t>
      </w:r>
      <w:r w:rsidR="002F1F66" w:rsidRPr="00891CAB">
        <w:rPr>
          <w:rFonts w:ascii="Times New Roman" w:eastAsia="標楷體" w:hAnsi="Times New Roman" w:hint="eastAsia"/>
          <w:sz w:val="24"/>
          <w:szCs w:val="24"/>
          <w:lang w:eastAsia="zh-TW"/>
        </w:rPr>
        <w:t xml:space="preserve"> (</w:t>
      </w:r>
      <w:r w:rsidR="002F1F66" w:rsidRPr="00891CAB">
        <w:rPr>
          <w:rFonts w:ascii="Times New Roman" w:eastAsia="標楷體" w:hAnsi="Times New Roman" w:hint="eastAsia"/>
          <w:sz w:val="24"/>
          <w:szCs w:val="24"/>
          <w:lang w:eastAsia="zh-TW"/>
        </w:rPr>
        <w:t>形成性評量</w:t>
      </w:r>
      <w:r w:rsidR="002F1F66" w:rsidRPr="00891CAB">
        <w:rPr>
          <w:rFonts w:ascii="Times New Roman" w:eastAsia="標楷體" w:hAnsi="Times New Roman" w:hint="eastAsia"/>
          <w:sz w:val="24"/>
          <w:szCs w:val="24"/>
          <w:lang w:eastAsia="zh-TW"/>
        </w:rPr>
        <w:t>)</w:t>
      </w:r>
      <w:r w:rsidR="002F1F66" w:rsidRPr="00891CAB">
        <w:rPr>
          <w:rFonts w:ascii="Times New Roman" w:eastAsia="標楷體" w:hAnsi="Times New Roman" w:hint="eastAsia"/>
          <w:sz w:val="24"/>
          <w:szCs w:val="24"/>
          <w:lang w:eastAsia="zh-TW"/>
        </w:rPr>
        <w:t>：</w:t>
      </w:r>
    </w:p>
    <w:p w:rsidR="002F1F66" w:rsidRPr="00891CAB" w:rsidRDefault="004B5152" w:rsidP="00A357DE">
      <w:pPr>
        <w:ind w:leftChars="200" w:left="680" w:hangingChars="100" w:hanging="240"/>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(1)</w:t>
      </w:r>
      <w:r w:rsidR="002F1F66" w:rsidRPr="00891CAB">
        <w:rPr>
          <w:rFonts w:ascii="Times New Roman" w:eastAsia="標楷體" w:hAnsi="Times New Roman"/>
          <w:sz w:val="24"/>
          <w:szCs w:val="24"/>
          <w:lang w:eastAsia="zh-TW"/>
        </w:rPr>
        <w:t xml:space="preserve">Python AI </w:t>
      </w:r>
      <w:r w:rsidR="002F1F66" w:rsidRPr="00891CAB">
        <w:rPr>
          <w:rFonts w:ascii="Times New Roman" w:eastAsia="標楷體" w:hAnsi="Times New Roman" w:hint="eastAsia"/>
          <w:sz w:val="24"/>
          <w:szCs w:val="24"/>
          <w:lang w:eastAsia="zh-TW"/>
        </w:rPr>
        <w:t>基礎練習：</w:t>
      </w:r>
      <w:r w:rsidR="002F1F66" w:rsidRPr="00891CAB">
        <w:rPr>
          <w:rFonts w:ascii="Times New Roman" w:eastAsia="標楷體" w:hAnsi="Times New Roman"/>
          <w:sz w:val="24"/>
          <w:szCs w:val="24"/>
          <w:lang w:eastAsia="zh-TW"/>
        </w:rPr>
        <w:t xml:space="preserve"> </w:t>
      </w:r>
      <w:r w:rsidR="002F1F66" w:rsidRPr="00891CAB">
        <w:rPr>
          <w:rFonts w:ascii="Times New Roman" w:eastAsia="標楷體" w:hAnsi="Times New Roman" w:hint="eastAsia"/>
          <w:sz w:val="24"/>
          <w:szCs w:val="24"/>
          <w:lang w:eastAsia="zh-TW"/>
        </w:rPr>
        <w:t>包含變數設定、</w:t>
      </w:r>
      <w:r w:rsidR="002F1F66" w:rsidRPr="00891CAB">
        <w:rPr>
          <w:rFonts w:ascii="Times New Roman" w:eastAsia="標楷體" w:hAnsi="Times New Roman"/>
          <w:sz w:val="24"/>
          <w:szCs w:val="24"/>
          <w:lang w:eastAsia="zh-TW"/>
        </w:rPr>
        <w:t xml:space="preserve">if-else </w:t>
      </w:r>
      <w:r w:rsidR="002F1F66" w:rsidRPr="00891CAB">
        <w:rPr>
          <w:rFonts w:ascii="Times New Roman" w:eastAsia="標楷體" w:hAnsi="Times New Roman" w:hint="eastAsia"/>
          <w:sz w:val="24"/>
          <w:szCs w:val="24"/>
          <w:lang w:eastAsia="zh-TW"/>
        </w:rPr>
        <w:t>條件判斷（如體溫判斷程式）及迴圈處理等超過</w:t>
      </w:r>
      <w:r w:rsidR="002F1F66" w:rsidRPr="00891CAB">
        <w:rPr>
          <w:rFonts w:ascii="Times New Roman" w:eastAsia="標楷體" w:hAnsi="Times New Roman"/>
          <w:sz w:val="24"/>
          <w:szCs w:val="24"/>
          <w:lang w:eastAsia="zh-TW"/>
        </w:rPr>
        <w:t xml:space="preserve"> 20 </w:t>
      </w:r>
      <w:r w:rsidR="002F1F66" w:rsidRPr="00891CAB">
        <w:rPr>
          <w:rFonts w:ascii="Times New Roman" w:eastAsia="標楷體" w:hAnsi="Times New Roman" w:hint="eastAsia"/>
          <w:sz w:val="24"/>
          <w:szCs w:val="24"/>
          <w:lang w:eastAsia="zh-TW"/>
        </w:rPr>
        <w:t>題以上的實作題目</w:t>
      </w:r>
    </w:p>
    <w:p w:rsidR="00F053EA" w:rsidRPr="00891CAB" w:rsidRDefault="00F053EA" w:rsidP="00A357DE">
      <w:pPr>
        <w:ind w:leftChars="200" w:left="680" w:hangingChars="100" w:hanging="240"/>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(2)</w:t>
      </w:r>
      <w:r w:rsidR="00DA2527" w:rsidRPr="00891CAB">
        <w:rPr>
          <w:rFonts w:ascii="Times New Roman" w:eastAsia="標楷體" w:hAnsi="Times New Roman" w:hint="eastAsia"/>
          <w:sz w:val="24"/>
          <w:szCs w:val="24"/>
          <w:lang w:eastAsia="zh-TW"/>
        </w:rPr>
        <w:t xml:space="preserve"> </w:t>
      </w:r>
      <w:r w:rsidR="00DA2527" w:rsidRPr="00891CAB">
        <w:rPr>
          <w:rFonts w:ascii="Times New Roman" w:eastAsia="標楷體" w:hAnsi="Times New Roman" w:hint="eastAsia"/>
          <w:sz w:val="24"/>
          <w:szCs w:val="24"/>
          <w:lang w:eastAsia="zh-TW"/>
        </w:rPr>
        <w:t>醫療數據處理實務：</w:t>
      </w:r>
      <w:r w:rsidR="00DA2527" w:rsidRPr="00891CAB">
        <w:rPr>
          <w:rFonts w:ascii="Times New Roman" w:eastAsia="標楷體" w:hAnsi="Times New Roman"/>
          <w:sz w:val="24"/>
          <w:szCs w:val="24"/>
          <w:lang w:eastAsia="zh-TW"/>
        </w:rPr>
        <w:t xml:space="preserve"> </w:t>
      </w:r>
      <w:r w:rsidR="00DA2527" w:rsidRPr="00891CAB">
        <w:rPr>
          <w:rFonts w:ascii="Times New Roman" w:eastAsia="標楷體" w:hAnsi="Times New Roman" w:hint="eastAsia"/>
          <w:sz w:val="24"/>
          <w:szCs w:val="24"/>
          <w:lang w:eastAsia="zh-TW"/>
        </w:rPr>
        <w:t>使用</w:t>
      </w:r>
      <w:r w:rsidR="00DA2527" w:rsidRPr="00891CAB">
        <w:rPr>
          <w:rFonts w:ascii="Times New Roman" w:eastAsia="標楷體" w:hAnsi="Times New Roman"/>
          <w:sz w:val="24"/>
          <w:szCs w:val="24"/>
          <w:lang w:eastAsia="zh-TW"/>
        </w:rPr>
        <w:t xml:space="preserve"> Google Colab </w:t>
      </w:r>
      <w:r w:rsidR="00DA2527" w:rsidRPr="00891CAB">
        <w:rPr>
          <w:rFonts w:ascii="Times New Roman" w:eastAsia="標楷體" w:hAnsi="Times New Roman" w:hint="eastAsia"/>
          <w:sz w:val="24"/>
          <w:szCs w:val="24"/>
          <w:lang w:eastAsia="zh-TW"/>
        </w:rPr>
        <w:t>進行</w:t>
      </w:r>
      <w:r w:rsidR="00DA2527" w:rsidRPr="00891CAB">
        <w:rPr>
          <w:rFonts w:ascii="Times New Roman" w:eastAsia="標楷體" w:hAnsi="Times New Roman"/>
          <w:sz w:val="24"/>
          <w:szCs w:val="24"/>
          <w:lang w:eastAsia="zh-TW"/>
        </w:rPr>
        <w:t xml:space="preserve"> Pandas </w:t>
      </w:r>
      <w:r w:rsidR="00DA2527" w:rsidRPr="00891CAB">
        <w:rPr>
          <w:rFonts w:ascii="Times New Roman" w:eastAsia="標楷體" w:hAnsi="Times New Roman" w:hint="eastAsia"/>
          <w:sz w:val="24"/>
          <w:szCs w:val="24"/>
          <w:lang w:eastAsia="zh-TW"/>
        </w:rPr>
        <w:t>資料清理練習，如處理缺失值、異常值及讀取</w:t>
      </w:r>
      <w:r w:rsidR="00DA2527" w:rsidRPr="00891CAB">
        <w:rPr>
          <w:rFonts w:ascii="Times New Roman" w:eastAsia="標楷體" w:hAnsi="Times New Roman"/>
          <w:sz w:val="24"/>
          <w:szCs w:val="24"/>
          <w:lang w:eastAsia="zh-TW"/>
        </w:rPr>
        <w:t xml:space="preserve"> CSV/Excel </w:t>
      </w:r>
      <w:r w:rsidR="00DA2527" w:rsidRPr="00891CAB">
        <w:rPr>
          <w:rFonts w:ascii="Times New Roman" w:eastAsia="標楷體" w:hAnsi="Times New Roman" w:hint="eastAsia"/>
          <w:sz w:val="24"/>
          <w:szCs w:val="24"/>
          <w:lang w:eastAsia="zh-TW"/>
        </w:rPr>
        <w:t>醫療檔案</w:t>
      </w:r>
    </w:p>
    <w:p w:rsidR="00815E78" w:rsidRPr="00891CAB" w:rsidRDefault="0054654C" w:rsidP="00815E78">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815E78" w:rsidRPr="00891CAB">
        <w:rPr>
          <w:rFonts w:ascii="Times New Roman" w:eastAsia="標楷體" w:hAnsi="Times New Roman" w:hint="eastAsia"/>
          <w:sz w:val="24"/>
          <w:szCs w:val="24"/>
          <w:lang w:eastAsia="zh-TW"/>
        </w:rPr>
        <w:t>專業知識測驗：</w:t>
      </w:r>
    </w:p>
    <w:p w:rsidR="0054654C" w:rsidRPr="00891CAB" w:rsidRDefault="00815E78" w:rsidP="00815E78">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醫院實務與系統架構考核：</w:t>
      </w:r>
      <w:r w:rsidRPr="00891CAB">
        <w:rPr>
          <w:rFonts w:ascii="Times New Roman" w:eastAsia="標楷體" w:hAnsi="Times New Roman" w:hint="eastAsia"/>
          <w:sz w:val="24"/>
          <w:szCs w:val="24"/>
          <w:lang w:eastAsia="zh-TW"/>
        </w:rPr>
        <w:t xml:space="preserve"> </w:t>
      </w:r>
      <w:r w:rsidRPr="00891CAB">
        <w:rPr>
          <w:rFonts w:ascii="Times New Roman" w:eastAsia="標楷體" w:hAnsi="Times New Roman" w:hint="eastAsia"/>
          <w:sz w:val="24"/>
          <w:szCs w:val="24"/>
          <w:lang w:eastAsia="zh-TW"/>
        </w:rPr>
        <w:t>針對</w:t>
      </w:r>
      <w:r w:rsidRPr="00891CAB">
        <w:rPr>
          <w:rFonts w:ascii="Times New Roman" w:eastAsia="標楷體" w:hAnsi="Times New Roman" w:hint="eastAsia"/>
          <w:sz w:val="24"/>
          <w:szCs w:val="24"/>
          <w:lang w:eastAsia="zh-TW"/>
        </w:rPr>
        <w:t xml:space="preserve"> NIS/HIS </w:t>
      </w:r>
      <w:r w:rsidRPr="00891CAB">
        <w:rPr>
          <w:rFonts w:ascii="Times New Roman" w:eastAsia="標楷體" w:hAnsi="Times New Roman" w:hint="eastAsia"/>
          <w:sz w:val="24"/>
          <w:szCs w:val="24"/>
          <w:lang w:eastAsia="zh-TW"/>
        </w:rPr>
        <w:t>系統架構、資安防護策略（</w:t>
      </w:r>
      <w:r w:rsidRPr="00891CAB">
        <w:rPr>
          <w:rFonts w:ascii="Times New Roman" w:eastAsia="標楷體" w:hAnsi="Times New Roman" w:hint="eastAsia"/>
          <w:sz w:val="24"/>
          <w:szCs w:val="24"/>
          <w:lang w:eastAsia="zh-TW"/>
        </w:rPr>
        <w:t>SOC x MDR</w:t>
      </w:r>
      <w:r w:rsidRPr="00891CAB">
        <w:rPr>
          <w:rFonts w:ascii="Times New Roman" w:eastAsia="標楷體" w:hAnsi="Times New Roman" w:hint="eastAsia"/>
          <w:sz w:val="24"/>
          <w:szCs w:val="24"/>
          <w:lang w:eastAsia="zh-TW"/>
        </w:rPr>
        <w:t>）及奇美醫院</w:t>
      </w:r>
      <w:r w:rsidRPr="00891CAB">
        <w:rPr>
          <w:rFonts w:ascii="Times New Roman" w:eastAsia="標楷體" w:hAnsi="Times New Roman" w:hint="eastAsia"/>
          <w:sz w:val="24"/>
          <w:szCs w:val="24"/>
          <w:lang w:eastAsia="zh-TW"/>
        </w:rPr>
        <w:t xml:space="preserve"> AI 1.0/2.0 </w:t>
      </w:r>
      <w:r w:rsidRPr="00891CAB">
        <w:rPr>
          <w:rFonts w:ascii="Times New Roman" w:eastAsia="標楷體" w:hAnsi="Times New Roman" w:hint="eastAsia"/>
          <w:sz w:val="24"/>
          <w:szCs w:val="24"/>
          <w:lang w:eastAsia="zh-TW"/>
        </w:rPr>
        <w:t>經驗進行簡答測驗（例如：</w:t>
      </w:r>
      <w:r w:rsidRPr="00891CAB">
        <w:rPr>
          <w:rFonts w:ascii="Times New Roman" w:eastAsia="標楷體" w:hAnsi="Times New Roman" w:hint="eastAsia"/>
          <w:sz w:val="24"/>
          <w:szCs w:val="24"/>
          <w:lang w:eastAsia="zh-TW"/>
        </w:rPr>
        <w:t xml:space="preserve">RAG </w:t>
      </w:r>
      <w:r w:rsidRPr="00891CAB">
        <w:rPr>
          <w:rFonts w:ascii="Times New Roman" w:eastAsia="標楷體" w:hAnsi="Times New Roman" w:hint="eastAsia"/>
          <w:sz w:val="24"/>
          <w:szCs w:val="24"/>
          <w:lang w:eastAsia="zh-TW"/>
        </w:rPr>
        <w:t>架構應用、</w:t>
      </w:r>
      <w:r w:rsidRPr="00891CAB">
        <w:rPr>
          <w:rFonts w:ascii="Times New Roman" w:eastAsia="標楷體" w:hAnsi="Times New Roman" w:hint="eastAsia"/>
          <w:sz w:val="24"/>
          <w:szCs w:val="24"/>
          <w:lang w:eastAsia="zh-TW"/>
        </w:rPr>
        <w:t xml:space="preserve">ISO 27001 </w:t>
      </w:r>
      <w:r w:rsidRPr="00891CAB">
        <w:rPr>
          <w:rFonts w:ascii="Times New Roman" w:eastAsia="標楷體" w:hAnsi="Times New Roman" w:hint="eastAsia"/>
          <w:sz w:val="24"/>
          <w:szCs w:val="24"/>
          <w:lang w:eastAsia="zh-TW"/>
        </w:rPr>
        <w:t>資安標準）。</w:t>
      </w:r>
    </w:p>
    <w:p w:rsidR="00E12895" w:rsidRPr="00891CAB" w:rsidRDefault="003A1A75" w:rsidP="00815E78">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lastRenderedPageBreak/>
        <w:t>＊期末專題報告</w:t>
      </w:r>
      <w:r w:rsidRPr="00891CAB">
        <w:rPr>
          <w:rFonts w:ascii="Times New Roman" w:eastAsia="標楷體" w:hAnsi="Times New Roman" w:hint="eastAsia"/>
          <w:sz w:val="24"/>
          <w:szCs w:val="24"/>
          <w:lang w:eastAsia="zh-TW"/>
        </w:rPr>
        <w:t xml:space="preserve"> (</w:t>
      </w:r>
      <w:r w:rsidRPr="00891CAB">
        <w:rPr>
          <w:rFonts w:ascii="Times New Roman" w:eastAsia="標楷體" w:hAnsi="Times New Roman" w:hint="eastAsia"/>
          <w:sz w:val="24"/>
          <w:szCs w:val="24"/>
          <w:lang w:eastAsia="zh-TW"/>
        </w:rPr>
        <w:t>總結性評量</w:t>
      </w:r>
      <w:r w:rsidRPr="00891CAB">
        <w:rPr>
          <w:rFonts w:ascii="Times New Roman" w:eastAsia="標楷體" w:hAnsi="Times New Roman" w:hint="eastAsia"/>
          <w:sz w:val="24"/>
          <w:szCs w:val="24"/>
          <w:lang w:eastAsia="zh-TW"/>
        </w:rPr>
        <w:t>)</w:t>
      </w:r>
      <w:r w:rsidRPr="00891CAB">
        <w:rPr>
          <w:rFonts w:ascii="Times New Roman" w:eastAsia="標楷體" w:hAnsi="Times New Roman" w:hint="eastAsia"/>
          <w:sz w:val="24"/>
          <w:szCs w:val="24"/>
          <w:lang w:eastAsia="zh-TW"/>
        </w:rPr>
        <w:t>：</w:t>
      </w:r>
      <w:r w:rsidR="00E12895" w:rsidRPr="00891CAB">
        <w:rPr>
          <w:rFonts w:ascii="Times New Roman" w:eastAsia="標楷體" w:hAnsi="Times New Roman" w:hint="eastAsia"/>
          <w:sz w:val="24"/>
          <w:szCs w:val="24"/>
          <w:lang w:eastAsia="zh-TW"/>
        </w:rPr>
        <w:t>五擇二臨床數據分析：</w:t>
      </w:r>
      <w:r w:rsidR="00E12895" w:rsidRPr="00891CAB">
        <w:rPr>
          <w:rFonts w:ascii="Times New Roman" w:eastAsia="標楷體" w:hAnsi="Times New Roman" w:hint="eastAsia"/>
          <w:sz w:val="24"/>
          <w:szCs w:val="24"/>
          <w:lang w:eastAsia="zh-TW"/>
        </w:rPr>
        <w:t xml:space="preserve"> </w:t>
      </w:r>
      <w:r w:rsidR="00E12895" w:rsidRPr="00891CAB">
        <w:rPr>
          <w:rFonts w:ascii="Times New Roman" w:eastAsia="標楷體" w:hAnsi="Times New Roman" w:hint="eastAsia"/>
          <w:sz w:val="24"/>
          <w:szCs w:val="24"/>
          <w:lang w:eastAsia="zh-TW"/>
        </w:rPr>
        <w:t>學生需從五個主題（血糖高風險判斷、血壓趨勢、病患年齡關係、消費與小費分析、診所需求預測）中選擇</w:t>
      </w:r>
      <w:r w:rsidR="00E12895" w:rsidRPr="00891CAB">
        <w:rPr>
          <w:rFonts w:ascii="Times New Roman" w:eastAsia="標楷體" w:hAnsi="Times New Roman" w:hint="eastAsia"/>
          <w:sz w:val="24"/>
          <w:szCs w:val="24"/>
          <w:lang w:eastAsia="zh-TW"/>
        </w:rPr>
        <w:t xml:space="preserve"> 2 </w:t>
      </w:r>
      <w:r w:rsidR="00E12895" w:rsidRPr="00891CAB">
        <w:rPr>
          <w:rFonts w:ascii="Times New Roman" w:eastAsia="標楷體" w:hAnsi="Times New Roman" w:hint="eastAsia"/>
          <w:sz w:val="24"/>
          <w:szCs w:val="24"/>
          <w:lang w:eastAsia="zh-TW"/>
        </w:rPr>
        <w:t>項進行資料整理、計算與視覺化分析</w:t>
      </w:r>
    </w:p>
    <w:p w:rsidR="005173EC" w:rsidRPr="00891CAB" w:rsidRDefault="005173EC" w:rsidP="005173EC">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 xml:space="preserve">2. </w:t>
      </w:r>
      <w:r w:rsidRPr="00891CAB">
        <w:rPr>
          <w:rFonts w:ascii="Times New Roman" w:eastAsia="標楷體" w:hAnsi="Times New Roman" w:hint="eastAsia"/>
          <w:sz w:val="24"/>
          <w:szCs w:val="24"/>
          <w:lang w:eastAsia="zh-TW"/>
        </w:rPr>
        <w:t>評分標準</w:t>
      </w:r>
      <w:r w:rsidRPr="00891CAB">
        <w:rPr>
          <w:rFonts w:ascii="Times New Roman" w:eastAsia="標楷體" w:hAnsi="Times New Roman" w:hint="eastAsia"/>
          <w:sz w:val="24"/>
          <w:szCs w:val="24"/>
          <w:lang w:eastAsia="zh-TW"/>
        </w:rPr>
        <w:t xml:space="preserve"> (Scoring Standards)</w:t>
      </w:r>
    </w:p>
    <w:p w:rsidR="005173EC" w:rsidRPr="00891CAB" w:rsidRDefault="005173EC" w:rsidP="005173EC">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評分重點不侷限於代碼正確性，更強調學生將技術轉化為</w:t>
      </w:r>
      <w:r w:rsidRPr="00891CAB">
        <w:rPr>
          <w:rFonts w:ascii="Times New Roman" w:eastAsia="標楷體" w:hAnsi="Times New Roman"/>
          <w:sz w:val="24"/>
          <w:szCs w:val="24"/>
          <w:lang w:eastAsia="zh-TW"/>
        </w:rPr>
        <w:t>**</w:t>
      </w:r>
      <w:r w:rsidRPr="00891CAB">
        <w:rPr>
          <w:rFonts w:ascii="Times New Roman" w:eastAsia="標楷體" w:hAnsi="Times New Roman" w:hint="eastAsia"/>
          <w:sz w:val="24"/>
          <w:szCs w:val="24"/>
          <w:lang w:eastAsia="zh-TW"/>
        </w:rPr>
        <w:t>「臨床決策輔助」</w:t>
      </w:r>
      <w:r w:rsidRPr="00891CAB">
        <w:rPr>
          <w:rFonts w:ascii="Times New Roman" w:eastAsia="標楷體" w:hAnsi="Times New Roman"/>
          <w:sz w:val="24"/>
          <w:szCs w:val="24"/>
          <w:lang w:eastAsia="zh-TW"/>
        </w:rPr>
        <w:t>**</w:t>
      </w:r>
      <w:r w:rsidRPr="00891CAB">
        <w:rPr>
          <w:rFonts w:ascii="Times New Roman" w:eastAsia="標楷體" w:hAnsi="Times New Roman" w:hint="eastAsia"/>
          <w:sz w:val="24"/>
          <w:szCs w:val="24"/>
          <w:lang w:eastAsia="zh-TW"/>
        </w:rPr>
        <w:t>的能力：</w:t>
      </w:r>
    </w:p>
    <w:p w:rsidR="0071298F" w:rsidRPr="00891CAB" w:rsidRDefault="00C33F0E" w:rsidP="0071298F">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71298F" w:rsidRPr="00891CAB">
        <w:rPr>
          <w:rFonts w:ascii="Times New Roman" w:eastAsia="標楷體" w:hAnsi="Times New Roman" w:hint="eastAsia"/>
          <w:sz w:val="24"/>
          <w:szCs w:val="24"/>
          <w:lang w:eastAsia="zh-TW"/>
        </w:rPr>
        <w:t>技術應用能力</w:t>
      </w:r>
      <w:r w:rsidR="009678F2" w:rsidRPr="00891CAB">
        <w:rPr>
          <w:rFonts w:ascii="Times New Roman" w:eastAsia="標楷體" w:hAnsi="Times New Roman" w:hint="eastAsia"/>
          <w:sz w:val="24"/>
          <w:szCs w:val="24"/>
          <w:lang w:eastAsia="zh-TW"/>
        </w:rPr>
        <w:t xml:space="preserve"> (</w:t>
      </w:r>
      <w:r w:rsidR="0071298F" w:rsidRPr="00891CAB">
        <w:rPr>
          <w:rFonts w:ascii="Times New Roman" w:eastAsia="標楷體" w:hAnsi="Times New Roman" w:hint="eastAsia"/>
          <w:sz w:val="24"/>
          <w:szCs w:val="24"/>
          <w:lang w:eastAsia="zh-TW"/>
        </w:rPr>
        <w:t>：</w:t>
      </w:r>
      <w:r w:rsidR="0071298F" w:rsidRPr="00891CAB">
        <w:rPr>
          <w:rFonts w:ascii="Times New Roman" w:eastAsia="標楷體" w:hAnsi="Times New Roman" w:hint="eastAsia"/>
          <w:sz w:val="24"/>
          <w:szCs w:val="24"/>
          <w:lang w:eastAsia="zh-TW"/>
        </w:rPr>
        <w:t xml:space="preserve"> </w:t>
      </w:r>
      <w:r w:rsidR="0071298F" w:rsidRPr="00891CAB">
        <w:rPr>
          <w:rFonts w:ascii="Times New Roman" w:eastAsia="標楷體" w:hAnsi="Times New Roman" w:hint="eastAsia"/>
          <w:sz w:val="24"/>
          <w:szCs w:val="24"/>
          <w:lang w:eastAsia="zh-TW"/>
        </w:rPr>
        <w:t>能熟練操作</w:t>
      </w:r>
      <w:r w:rsidR="0071298F" w:rsidRPr="00891CAB">
        <w:rPr>
          <w:rFonts w:ascii="Times New Roman" w:eastAsia="標楷體" w:hAnsi="Times New Roman" w:hint="eastAsia"/>
          <w:sz w:val="24"/>
          <w:szCs w:val="24"/>
          <w:lang w:eastAsia="zh-TW"/>
        </w:rPr>
        <w:t xml:space="preserve"> Google Colab </w:t>
      </w:r>
      <w:r w:rsidR="0071298F" w:rsidRPr="00891CAB">
        <w:rPr>
          <w:rFonts w:ascii="Times New Roman" w:eastAsia="標楷體" w:hAnsi="Times New Roman" w:hint="eastAsia"/>
          <w:sz w:val="24"/>
          <w:szCs w:val="24"/>
          <w:lang w:eastAsia="zh-TW"/>
        </w:rPr>
        <w:t>開發環境，正確運用</w:t>
      </w:r>
      <w:r w:rsidR="0071298F" w:rsidRPr="00891CAB">
        <w:rPr>
          <w:rFonts w:ascii="Times New Roman" w:eastAsia="標楷體" w:hAnsi="Times New Roman" w:hint="eastAsia"/>
          <w:sz w:val="24"/>
          <w:szCs w:val="24"/>
          <w:lang w:eastAsia="zh-TW"/>
        </w:rPr>
        <w:t xml:space="preserve"> Python </w:t>
      </w:r>
      <w:r w:rsidR="0071298F" w:rsidRPr="00891CAB">
        <w:rPr>
          <w:rFonts w:ascii="Times New Roman" w:eastAsia="標楷體" w:hAnsi="Times New Roman" w:hint="eastAsia"/>
          <w:sz w:val="24"/>
          <w:szCs w:val="24"/>
          <w:lang w:eastAsia="zh-TW"/>
        </w:rPr>
        <w:t>套件（</w:t>
      </w:r>
      <w:r w:rsidR="0071298F" w:rsidRPr="00891CAB">
        <w:rPr>
          <w:rFonts w:ascii="Times New Roman" w:eastAsia="標楷體" w:hAnsi="Times New Roman" w:hint="eastAsia"/>
          <w:sz w:val="24"/>
          <w:szCs w:val="24"/>
          <w:lang w:eastAsia="zh-TW"/>
        </w:rPr>
        <w:t>Pandas, Matplotlib</w:t>
      </w:r>
      <w:r w:rsidR="0071298F" w:rsidRPr="00891CAB">
        <w:rPr>
          <w:rFonts w:ascii="Times New Roman" w:eastAsia="標楷體" w:hAnsi="Times New Roman" w:hint="eastAsia"/>
          <w:sz w:val="24"/>
          <w:szCs w:val="24"/>
          <w:lang w:eastAsia="zh-TW"/>
        </w:rPr>
        <w:t>）進行數據運算與圖表生成。</w:t>
      </w:r>
    </w:p>
    <w:p w:rsidR="0071298F" w:rsidRPr="00891CAB" w:rsidRDefault="00C33F0E" w:rsidP="0071298F">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71298F" w:rsidRPr="00891CAB">
        <w:rPr>
          <w:rFonts w:ascii="Times New Roman" w:eastAsia="標楷體" w:hAnsi="Times New Roman"/>
          <w:sz w:val="24"/>
          <w:szCs w:val="24"/>
          <w:lang w:eastAsia="zh-TW"/>
        </w:rPr>
        <w:t xml:space="preserve">AI </w:t>
      </w:r>
      <w:r w:rsidR="0071298F" w:rsidRPr="00891CAB">
        <w:rPr>
          <w:rFonts w:ascii="Times New Roman" w:eastAsia="標楷體" w:hAnsi="Times New Roman" w:hint="eastAsia"/>
          <w:sz w:val="24"/>
          <w:szCs w:val="24"/>
          <w:lang w:eastAsia="zh-TW"/>
        </w:rPr>
        <w:t>協作與</w:t>
      </w:r>
      <w:r w:rsidR="0071298F" w:rsidRPr="00891CAB">
        <w:rPr>
          <w:rFonts w:ascii="Times New Roman" w:eastAsia="標楷體" w:hAnsi="Times New Roman"/>
          <w:sz w:val="24"/>
          <w:szCs w:val="24"/>
          <w:lang w:eastAsia="zh-TW"/>
        </w:rPr>
        <w:t xml:space="preserve"> Prompt </w:t>
      </w:r>
      <w:r w:rsidR="0071298F" w:rsidRPr="00891CAB">
        <w:rPr>
          <w:rFonts w:ascii="Times New Roman" w:eastAsia="標楷體" w:hAnsi="Times New Roman" w:hint="eastAsia"/>
          <w:sz w:val="24"/>
          <w:szCs w:val="24"/>
          <w:lang w:eastAsia="zh-TW"/>
        </w:rPr>
        <w:t>工程</w:t>
      </w:r>
      <w:r w:rsidR="0071298F" w:rsidRPr="00891CAB">
        <w:rPr>
          <w:rFonts w:ascii="Times New Roman" w:eastAsia="標楷體" w:hAnsi="Times New Roman"/>
          <w:sz w:val="24"/>
          <w:szCs w:val="24"/>
          <w:lang w:eastAsia="zh-TW"/>
        </w:rPr>
        <w:t xml:space="preserve"> (20%)</w:t>
      </w:r>
      <w:r w:rsidR="0071298F" w:rsidRPr="00891CAB">
        <w:rPr>
          <w:rFonts w:ascii="Times New Roman" w:eastAsia="標楷體" w:hAnsi="Times New Roman" w:hint="eastAsia"/>
          <w:sz w:val="24"/>
          <w:szCs w:val="24"/>
          <w:lang w:eastAsia="zh-TW"/>
        </w:rPr>
        <w:t>：</w:t>
      </w:r>
      <w:r w:rsidR="0071298F" w:rsidRPr="00891CAB">
        <w:rPr>
          <w:rFonts w:ascii="Times New Roman" w:eastAsia="標楷體" w:hAnsi="Times New Roman"/>
          <w:sz w:val="24"/>
          <w:szCs w:val="24"/>
          <w:lang w:eastAsia="zh-TW"/>
        </w:rPr>
        <w:t xml:space="preserve"> </w:t>
      </w:r>
      <w:r w:rsidR="0071298F" w:rsidRPr="00891CAB">
        <w:rPr>
          <w:rFonts w:ascii="Times New Roman" w:eastAsia="標楷體" w:hAnsi="Times New Roman" w:hint="eastAsia"/>
          <w:sz w:val="24"/>
          <w:szCs w:val="24"/>
          <w:lang w:eastAsia="zh-TW"/>
        </w:rPr>
        <w:t>能下達正確的中文指令（</w:t>
      </w:r>
      <w:r w:rsidR="0071298F" w:rsidRPr="00891CAB">
        <w:rPr>
          <w:rFonts w:ascii="Times New Roman" w:eastAsia="標楷體" w:hAnsi="Times New Roman"/>
          <w:sz w:val="24"/>
          <w:szCs w:val="24"/>
          <w:lang w:eastAsia="zh-TW"/>
        </w:rPr>
        <w:t>Prompt</w:t>
      </w:r>
      <w:r w:rsidR="0071298F" w:rsidRPr="00891CAB">
        <w:rPr>
          <w:rFonts w:ascii="Times New Roman" w:eastAsia="標楷體" w:hAnsi="Times New Roman" w:hint="eastAsia"/>
          <w:sz w:val="24"/>
          <w:szCs w:val="24"/>
          <w:lang w:eastAsia="zh-TW"/>
        </w:rPr>
        <w:t>）引導生成式</w:t>
      </w:r>
      <w:r w:rsidR="0071298F" w:rsidRPr="00891CAB">
        <w:rPr>
          <w:rFonts w:ascii="Times New Roman" w:eastAsia="標楷體" w:hAnsi="Times New Roman"/>
          <w:sz w:val="24"/>
          <w:szCs w:val="24"/>
          <w:lang w:eastAsia="zh-TW"/>
        </w:rPr>
        <w:t xml:space="preserve"> AI </w:t>
      </w:r>
      <w:r w:rsidR="0071298F" w:rsidRPr="00891CAB">
        <w:rPr>
          <w:rFonts w:ascii="Times New Roman" w:eastAsia="標楷體" w:hAnsi="Times New Roman" w:hint="eastAsia"/>
          <w:sz w:val="24"/>
          <w:szCs w:val="24"/>
          <w:lang w:eastAsia="zh-TW"/>
        </w:rPr>
        <w:t>產出正確的篩選代碼，並展現對</w:t>
      </w:r>
      <w:r w:rsidR="0071298F" w:rsidRPr="00891CAB">
        <w:rPr>
          <w:rFonts w:ascii="Times New Roman" w:eastAsia="標楷體" w:hAnsi="Times New Roman"/>
          <w:sz w:val="24"/>
          <w:szCs w:val="24"/>
          <w:lang w:eastAsia="zh-TW"/>
        </w:rPr>
        <w:t xml:space="preserve"> AI </w:t>
      </w:r>
      <w:r w:rsidR="0071298F" w:rsidRPr="00891CAB">
        <w:rPr>
          <w:rFonts w:ascii="Times New Roman" w:eastAsia="標楷體" w:hAnsi="Times New Roman" w:hint="eastAsia"/>
          <w:sz w:val="24"/>
          <w:szCs w:val="24"/>
          <w:lang w:eastAsia="zh-TW"/>
        </w:rPr>
        <w:t>幻覺或判讀錯誤的批判性反思能力。</w:t>
      </w:r>
    </w:p>
    <w:p w:rsidR="0071298F" w:rsidRPr="00891CAB" w:rsidRDefault="00C33F0E" w:rsidP="0071298F">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71298F" w:rsidRPr="00891CAB">
        <w:rPr>
          <w:rFonts w:ascii="Times New Roman" w:eastAsia="標楷體" w:hAnsi="Times New Roman" w:hint="eastAsia"/>
          <w:sz w:val="24"/>
          <w:szCs w:val="24"/>
          <w:lang w:eastAsia="zh-TW"/>
        </w:rPr>
        <w:t>臨床邏輯與解釋力</w:t>
      </w:r>
      <w:r w:rsidR="009678F2" w:rsidRPr="00891CAB">
        <w:rPr>
          <w:rFonts w:ascii="Times New Roman" w:eastAsia="標楷體" w:hAnsi="Times New Roman"/>
          <w:sz w:val="24"/>
          <w:szCs w:val="24"/>
          <w:lang w:eastAsia="zh-TW"/>
        </w:rPr>
        <w:t xml:space="preserve"> </w:t>
      </w:r>
      <w:r w:rsidR="0071298F" w:rsidRPr="00891CAB">
        <w:rPr>
          <w:rFonts w:ascii="Times New Roman" w:eastAsia="標楷體" w:hAnsi="Times New Roman" w:hint="eastAsia"/>
          <w:sz w:val="24"/>
          <w:szCs w:val="24"/>
          <w:lang w:eastAsia="zh-TW"/>
        </w:rPr>
        <w:t>：</w:t>
      </w:r>
      <w:r w:rsidR="0071298F" w:rsidRPr="00891CAB">
        <w:rPr>
          <w:rFonts w:ascii="Times New Roman" w:eastAsia="標楷體" w:hAnsi="Times New Roman"/>
          <w:sz w:val="24"/>
          <w:szCs w:val="24"/>
          <w:lang w:eastAsia="zh-TW"/>
        </w:rPr>
        <w:t xml:space="preserve"> </w:t>
      </w:r>
      <w:r w:rsidR="0071298F" w:rsidRPr="00891CAB">
        <w:rPr>
          <w:rFonts w:ascii="Times New Roman" w:eastAsia="標楷體" w:hAnsi="Times New Roman" w:hint="eastAsia"/>
          <w:sz w:val="24"/>
          <w:szCs w:val="24"/>
          <w:lang w:eastAsia="zh-TW"/>
        </w:rPr>
        <w:t>能解釋數據分析結果（如：為何該病患為高風險、</w:t>
      </w:r>
      <w:r w:rsidR="0071298F" w:rsidRPr="00891CAB">
        <w:rPr>
          <w:rFonts w:ascii="Times New Roman" w:eastAsia="標楷體" w:hAnsi="Times New Roman"/>
          <w:sz w:val="24"/>
          <w:szCs w:val="24"/>
          <w:lang w:eastAsia="zh-TW"/>
        </w:rPr>
        <w:t xml:space="preserve">SHAP </w:t>
      </w:r>
      <w:r w:rsidR="0071298F" w:rsidRPr="00891CAB">
        <w:rPr>
          <w:rFonts w:ascii="Times New Roman" w:eastAsia="標楷體" w:hAnsi="Times New Roman" w:hint="eastAsia"/>
          <w:sz w:val="24"/>
          <w:szCs w:val="24"/>
          <w:lang w:eastAsia="zh-TW"/>
        </w:rPr>
        <w:t>特徵重要性分析），並據此撰寫臨床建議報告。</w:t>
      </w:r>
    </w:p>
    <w:p w:rsidR="0071298F" w:rsidRPr="00891CAB" w:rsidRDefault="00C33F0E" w:rsidP="0071298F">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71298F" w:rsidRPr="00891CAB">
        <w:rPr>
          <w:rFonts w:ascii="Times New Roman" w:eastAsia="標楷體" w:hAnsi="Times New Roman" w:hint="eastAsia"/>
          <w:sz w:val="24"/>
          <w:szCs w:val="24"/>
          <w:lang w:eastAsia="zh-TW"/>
        </w:rPr>
        <w:t>資安倫理與團隊協作</w:t>
      </w:r>
      <w:r w:rsidR="009678F2" w:rsidRPr="00891CAB">
        <w:rPr>
          <w:rFonts w:ascii="Times New Roman" w:eastAsia="標楷體" w:hAnsi="Times New Roman" w:hint="eastAsia"/>
          <w:sz w:val="24"/>
          <w:szCs w:val="24"/>
          <w:lang w:eastAsia="zh-TW"/>
        </w:rPr>
        <w:t xml:space="preserve"> </w:t>
      </w:r>
      <w:r w:rsidR="0071298F" w:rsidRPr="00891CAB">
        <w:rPr>
          <w:rFonts w:ascii="Times New Roman" w:eastAsia="標楷體" w:hAnsi="Times New Roman" w:hint="eastAsia"/>
          <w:sz w:val="24"/>
          <w:szCs w:val="24"/>
          <w:lang w:eastAsia="zh-TW"/>
        </w:rPr>
        <w:t>：</w:t>
      </w:r>
      <w:r w:rsidR="0071298F" w:rsidRPr="00891CAB">
        <w:rPr>
          <w:rFonts w:ascii="Times New Roman" w:eastAsia="標楷體" w:hAnsi="Times New Roman" w:hint="eastAsia"/>
          <w:sz w:val="24"/>
          <w:szCs w:val="24"/>
          <w:lang w:eastAsia="zh-TW"/>
        </w:rPr>
        <w:t xml:space="preserve"> </w:t>
      </w:r>
      <w:r w:rsidR="0071298F" w:rsidRPr="00891CAB">
        <w:rPr>
          <w:rFonts w:ascii="Times New Roman" w:eastAsia="標楷體" w:hAnsi="Times New Roman" w:hint="eastAsia"/>
          <w:sz w:val="24"/>
          <w:szCs w:val="24"/>
          <w:lang w:eastAsia="zh-TW"/>
        </w:rPr>
        <w:t>在分析過程中落實去個資化處理與隱私保護（如遵守</w:t>
      </w:r>
      <w:r w:rsidR="0071298F" w:rsidRPr="00891CAB">
        <w:rPr>
          <w:rFonts w:ascii="Times New Roman" w:eastAsia="標楷體" w:hAnsi="Times New Roman" w:hint="eastAsia"/>
          <w:sz w:val="24"/>
          <w:szCs w:val="24"/>
          <w:lang w:eastAsia="zh-TW"/>
        </w:rPr>
        <w:t xml:space="preserve"> IRB </w:t>
      </w:r>
      <w:r w:rsidR="0071298F" w:rsidRPr="00891CAB">
        <w:rPr>
          <w:rFonts w:ascii="Times New Roman" w:eastAsia="標楷體" w:hAnsi="Times New Roman" w:hint="eastAsia"/>
          <w:sz w:val="24"/>
          <w:szCs w:val="24"/>
          <w:lang w:eastAsia="zh-TW"/>
        </w:rPr>
        <w:t>規範），並在分組專案中展現溝通與互助精神</w:t>
      </w:r>
    </w:p>
    <w:p w:rsidR="00CC715A" w:rsidRPr="00891CAB" w:rsidRDefault="00CC715A"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 xml:space="preserve">3. </w:t>
      </w:r>
      <w:r w:rsidRPr="00891CAB">
        <w:rPr>
          <w:rFonts w:ascii="Times New Roman" w:eastAsia="標楷體" w:hAnsi="Times New Roman" w:hint="eastAsia"/>
          <w:sz w:val="24"/>
          <w:szCs w:val="24"/>
          <w:lang w:eastAsia="zh-TW"/>
        </w:rPr>
        <w:t>成果檢核方式</w:t>
      </w:r>
      <w:r w:rsidRPr="00891CAB">
        <w:rPr>
          <w:rFonts w:ascii="Times New Roman" w:eastAsia="標楷體" w:hAnsi="Times New Roman" w:hint="eastAsia"/>
          <w:sz w:val="24"/>
          <w:szCs w:val="24"/>
          <w:lang w:eastAsia="zh-TW"/>
        </w:rPr>
        <w:t xml:space="preserve"> (Achievement Verification Methods)</w:t>
      </w:r>
    </w:p>
    <w:p w:rsidR="00CC715A" w:rsidRPr="00891CAB" w:rsidRDefault="00CC715A"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透過量化指標與質性回饋，全面檢視教學成效：</w:t>
      </w:r>
    </w:p>
    <w:p w:rsidR="00CC715A" w:rsidRPr="00891CAB" w:rsidRDefault="009678F2"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CC715A" w:rsidRPr="00891CAB">
        <w:rPr>
          <w:rFonts w:ascii="Times New Roman" w:eastAsia="標楷體" w:hAnsi="Times New Roman" w:hint="eastAsia"/>
          <w:sz w:val="24"/>
          <w:szCs w:val="24"/>
          <w:lang w:eastAsia="zh-TW"/>
        </w:rPr>
        <w:t>六大核心能力能力指標評核：</w:t>
      </w:r>
      <w:r w:rsidR="00CC715A" w:rsidRPr="00891CAB">
        <w:rPr>
          <w:rFonts w:ascii="Times New Roman" w:eastAsia="標楷體" w:hAnsi="Times New Roman" w:hint="eastAsia"/>
          <w:sz w:val="24"/>
          <w:szCs w:val="24"/>
          <w:lang w:eastAsia="zh-TW"/>
        </w:rPr>
        <w:t xml:space="preserve"> </w:t>
      </w:r>
      <w:r w:rsidR="00CC715A" w:rsidRPr="00891CAB">
        <w:rPr>
          <w:rFonts w:ascii="Times New Roman" w:eastAsia="標楷體" w:hAnsi="Times New Roman" w:hint="eastAsia"/>
          <w:sz w:val="24"/>
          <w:szCs w:val="24"/>
          <w:lang w:eastAsia="zh-TW"/>
        </w:rPr>
        <w:t>透過期中與期末問卷，施測學生在「臨床問題識別、資訊語言理解、數位工具應用、批判性思考、</w:t>
      </w:r>
      <w:r w:rsidR="00CC715A" w:rsidRPr="00891CAB">
        <w:rPr>
          <w:rFonts w:ascii="Times New Roman" w:eastAsia="標楷體" w:hAnsi="Times New Roman" w:hint="eastAsia"/>
          <w:sz w:val="24"/>
          <w:szCs w:val="24"/>
          <w:lang w:eastAsia="zh-TW"/>
        </w:rPr>
        <w:t xml:space="preserve">AI </w:t>
      </w:r>
      <w:r w:rsidR="00CC715A" w:rsidRPr="00891CAB">
        <w:rPr>
          <w:rFonts w:ascii="Times New Roman" w:eastAsia="標楷體" w:hAnsi="Times New Roman" w:hint="eastAsia"/>
          <w:sz w:val="24"/>
          <w:szCs w:val="24"/>
          <w:lang w:eastAsia="zh-TW"/>
        </w:rPr>
        <w:t>輔助解決方案、資訊語言溝通」等六大面向的進度。</w:t>
      </w:r>
    </w:p>
    <w:p w:rsidR="00CC715A" w:rsidRPr="00891CAB" w:rsidRDefault="009678F2"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CC715A" w:rsidRPr="00891CAB">
        <w:rPr>
          <w:rFonts w:ascii="Times New Roman" w:eastAsia="標楷體" w:hAnsi="Times New Roman" w:hint="eastAsia"/>
          <w:sz w:val="24"/>
          <w:szCs w:val="24"/>
          <w:lang w:eastAsia="zh-TW"/>
        </w:rPr>
        <w:t>數據化學習成效展示：</w:t>
      </w:r>
      <w:r w:rsidR="00CC715A" w:rsidRPr="00891CAB">
        <w:rPr>
          <w:rFonts w:ascii="Times New Roman" w:eastAsia="標楷體" w:hAnsi="Times New Roman"/>
          <w:sz w:val="24"/>
          <w:szCs w:val="24"/>
          <w:lang w:eastAsia="zh-TW"/>
        </w:rPr>
        <w:t xml:space="preserve"> </w:t>
      </w:r>
      <w:r w:rsidR="00CC715A" w:rsidRPr="00891CAB">
        <w:rPr>
          <w:rFonts w:ascii="Times New Roman" w:eastAsia="標楷體" w:hAnsi="Times New Roman" w:hint="eastAsia"/>
          <w:sz w:val="24"/>
          <w:szCs w:val="24"/>
          <w:lang w:eastAsia="zh-TW"/>
        </w:rPr>
        <w:t>利用量化圖表（如餅圖）呈現學生對各單元（如</w:t>
      </w:r>
      <w:r w:rsidR="00CC715A" w:rsidRPr="00891CAB">
        <w:rPr>
          <w:rFonts w:ascii="Times New Roman" w:eastAsia="標楷體" w:hAnsi="Times New Roman"/>
          <w:sz w:val="24"/>
          <w:szCs w:val="24"/>
          <w:lang w:eastAsia="zh-TW"/>
        </w:rPr>
        <w:t xml:space="preserve"> Python </w:t>
      </w:r>
      <w:r w:rsidR="00CC715A" w:rsidRPr="00891CAB">
        <w:rPr>
          <w:rFonts w:ascii="Times New Roman" w:eastAsia="標楷體" w:hAnsi="Times New Roman" w:hint="eastAsia"/>
          <w:sz w:val="24"/>
          <w:szCs w:val="24"/>
          <w:lang w:eastAsia="zh-TW"/>
        </w:rPr>
        <w:t>撰寫</w:t>
      </w:r>
      <w:r w:rsidR="00CC715A" w:rsidRPr="00891CAB">
        <w:rPr>
          <w:rFonts w:ascii="Times New Roman" w:eastAsia="標楷體" w:hAnsi="Times New Roman"/>
          <w:sz w:val="24"/>
          <w:szCs w:val="24"/>
          <w:lang w:eastAsia="zh-TW"/>
        </w:rPr>
        <w:t xml:space="preserve"> BMI </w:t>
      </w:r>
      <w:r w:rsidR="00CC715A" w:rsidRPr="00891CAB">
        <w:rPr>
          <w:rFonts w:ascii="Times New Roman" w:eastAsia="標楷體" w:hAnsi="Times New Roman" w:hint="eastAsia"/>
          <w:sz w:val="24"/>
          <w:szCs w:val="24"/>
          <w:lang w:eastAsia="zh-TW"/>
        </w:rPr>
        <w:t>程式、開</w:t>
      </w:r>
      <w:r w:rsidR="00CC715A" w:rsidRPr="00891CAB">
        <w:rPr>
          <w:rFonts w:ascii="Times New Roman" w:eastAsia="標楷體" w:hAnsi="Times New Roman" w:cs="細明體" w:hint="eastAsia"/>
          <w:sz w:val="24"/>
          <w:szCs w:val="24"/>
          <w:lang w:eastAsia="zh-TW"/>
        </w:rPr>
        <w:t>啟</w:t>
      </w:r>
      <w:r w:rsidR="00CC715A" w:rsidRPr="00891CAB">
        <w:rPr>
          <w:rFonts w:ascii="Times New Roman" w:eastAsia="標楷體" w:hAnsi="Times New Roman" w:cs="MS Gothic" w:hint="eastAsia"/>
          <w:sz w:val="24"/>
          <w:szCs w:val="24"/>
          <w:lang w:eastAsia="zh-TW"/>
        </w:rPr>
        <w:t>工具信心度）的同意度變化，檢核學習門檻是否降低</w:t>
      </w:r>
      <w:r w:rsidR="00CC715A" w:rsidRPr="00891CAB">
        <w:rPr>
          <w:rFonts w:ascii="Times New Roman" w:eastAsia="標楷體" w:hAnsi="Times New Roman" w:hint="eastAsia"/>
          <w:sz w:val="24"/>
          <w:szCs w:val="24"/>
          <w:lang w:eastAsia="zh-TW"/>
        </w:rPr>
        <w:t>。</w:t>
      </w:r>
    </w:p>
    <w:p w:rsidR="00CC715A" w:rsidRPr="00891CAB" w:rsidRDefault="009678F2"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CC715A" w:rsidRPr="00891CAB">
        <w:rPr>
          <w:rFonts w:ascii="Times New Roman" w:eastAsia="標楷體" w:hAnsi="Times New Roman" w:hint="eastAsia"/>
          <w:sz w:val="24"/>
          <w:szCs w:val="24"/>
          <w:lang w:eastAsia="zh-TW"/>
        </w:rPr>
        <w:t>學生作品集審</w:t>
      </w:r>
      <w:r w:rsidR="00CC715A" w:rsidRPr="00891CAB">
        <w:rPr>
          <w:rFonts w:ascii="Times New Roman" w:eastAsia="標楷體" w:hAnsi="Times New Roman" w:cs="細明體" w:hint="eastAsia"/>
          <w:sz w:val="24"/>
          <w:szCs w:val="24"/>
          <w:lang w:eastAsia="zh-TW"/>
        </w:rPr>
        <w:t>閱</w:t>
      </w:r>
      <w:r w:rsidR="00CC715A" w:rsidRPr="00891CAB">
        <w:rPr>
          <w:rFonts w:ascii="Times New Roman" w:eastAsia="標楷體" w:hAnsi="Times New Roman" w:cs="MS Gothic" w:hint="eastAsia"/>
          <w:sz w:val="24"/>
          <w:szCs w:val="24"/>
          <w:lang w:eastAsia="zh-TW"/>
        </w:rPr>
        <w:t>：</w:t>
      </w:r>
      <w:r w:rsidR="00CC715A" w:rsidRPr="00891CAB">
        <w:rPr>
          <w:rFonts w:ascii="Times New Roman" w:eastAsia="標楷體" w:hAnsi="Times New Roman"/>
          <w:sz w:val="24"/>
          <w:szCs w:val="24"/>
          <w:lang w:eastAsia="zh-TW"/>
        </w:rPr>
        <w:t xml:space="preserve"> </w:t>
      </w:r>
      <w:r w:rsidR="00CC715A" w:rsidRPr="00891CAB">
        <w:rPr>
          <w:rFonts w:ascii="Times New Roman" w:eastAsia="標楷體" w:hAnsi="Times New Roman" w:hint="eastAsia"/>
          <w:sz w:val="24"/>
          <w:szCs w:val="24"/>
          <w:lang w:eastAsia="zh-TW"/>
        </w:rPr>
        <w:t>檢核學生</w:t>
      </w:r>
      <w:r w:rsidR="00CC715A" w:rsidRPr="00891CAB">
        <w:rPr>
          <w:rFonts w:ascii="Times New Roman" w:eastAsia="標楷體" w:hAnsi="Times New Roman" w:cs="細明體" w:hint="eastAsia"/>
          <w:sz w:val="24"/>
          <w:szCs w:val="24"/>
          <w:lang w:eastAsia="zh-TW"/>
        </w:rPr>
        <w:t>產</w:t>
      </w:r>
      <w:r w:rsidR="00CC715A" w:rsidRPr="00891CAB">
        <w:rPr>
          <w:rFonts w:ascii="Times New Roman" w:eastAsia="標楷體" w:hAnsi="Times New Roman" w:cs="MS Gothic" w:hint="eastAsia"/>
          <w:sz w:val="24"/>
          <w:szCs w:val="24"/>
          <w:lang w:eastAsia="zh-TW"/>
        </w:rPr>
        <w:t>出的醫療分析報告、血壓趨勢折線圖及</w:t>
      </w:r>
      <w:r w:rsidR="00CC715A" w:rsidRPr="00891CAB">
        <w:rPr>
          <w:rFonts w:ascii="Times New Roman" w:eastAsia="標楷體" w:hAnsi="Times New Roman"/>
          <w:sz w:val="24"/>
          <w:szCs w:val="24"/>
          <w:lang w:eastAsia="zh-TW"/>
        </w:rPr>
        <w:t xml:space="preserve"> AI </w:t>
      </w:r>
      <w:r w:rsidR="00CC715A" w:rsidRPr="00891CAB">
        <w:rPr>
          <w:rFonts w:ascii="Times New Roman" w:eastAsia="標楷體" w:hAnsi="Times New Roman" w:hint="eastAsia"/>
          <w:sz w:val="24"/>
          <w:szCs w:val="24"/>
          <w:lang w:eastAsia="zh-TW"/>
        </w:rPr>
        <w:t>協作代碼，確認其是否具備「讓數據</w:t>
      </w:r>
      <w:r w:rsidR="00CC715A" w:rsidRPr="00891CAB">
        <w:rPr>
          <w:rFonts w:ascii="Times New Roman" w:eastAsia="標楷體" w:hAnsi="Times New Roman" w:cs="細明體" w:hint="eastAsia"/>
          <w:sz w:val="24"/>
          <w:szCs w:val="24"/>
          <w:lang w:eastAsia="zh-TW"/>
        </w:rPr>
        <w:t>說</w:t>
      </w:r>
      <w:r w:rsidR="00CC715A" w:rsidRPr="00891CAB">
        <w:rPr>
          <w:rFonts w:ascii="Times New Roman" w:eastAsia="標楷體" w:hAnsi="Times New Roman" w:cs="MS Gothic" w:hint="eastAsia"/>
          <w:sz w:val="24"/>
          <w:szCs w:val="24"/>
          <w:lang w:eastAsia="zh-TW"/>
        </w:rPr>
        <w:t>話」的能力</w:t>
      </w:r>
      <w:r w:rsidR="00CC715A" w:rsidRPr="00891CAB">
        <w:rPr>
          <w:rFonts w:ascii="Times New Roman" w:eastAsia="標楷體" w:hAnsi="Times New Roman" w:hint="eastAsia"/>
          <w:sz w:val="24"/>
          <w:szCs w:val="24"/>
          <w:lang w:eastAsia="zh-TW"/>
        </w:rPr>
        <w:t>。</w:t>
      </w:r>
    </w:p>
    <w:p w:rsidR="00CC715A" w:rsidRPr="00891CAB" w:rsidRDefault="009678F2"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w:t>
      </w:r>
      <w:r w:rsidR="00CC715A" w:rsidRPr="00891CAB">
        <w:rPr>
          <w:rFonts w:ascii="Times New Roman" w:eastAsia="標楷體" w:hAnsi="Times New Roman" w:hint="eastAsia"/>
          <w:sz w:val="24"/>
          <w:szCs w:val="24"/>
          <w:lang w:eastAsia="zh-TW"/>
        </w:rPr>
        <w:t>質性意見回饋：</w:t>
      </w:r>
      <w:r w:rsidR="00CC715A" w:rsidRPr="00891CAB">
        <w:rPr>
          <w:rFonts w:ascii="Times New Roman" w:eastAsia="標楷體" w:hAnsi="Times New Roman" w:hint="eastAsia"/>
          <w:sz w:val="24"/>
          <w:szCs w:val="24"/>
          <w:lang w:eastAsia="zh-TW"/>
        </w:rPr>
        <w:t xml:space="preserve"> </w:t>
      </w:r>
      <w:r w:rsidR="00CC715A" w:rsidRPr="00891CAB">
        <w:rPr>
          <w:rFonts w:ascii="Times New Roman" w:eastAsia="標楷體" w:hAnsi="Times New Roman" w:hint="eastAsia"/>
          <w:sz w:val="24"/>
          <w:szCs w:val="24"/>
          <w:lang w:eastAsia="zh-TW"/>
        </w:rPr>
        <w:t>收集學生對於</w:t>
      </w:r>
      <w:r w:rsidR="00CC715A" w:rsidRPr="00891CAB">
        <w:rPr>
          <w:rFonts w:ascii="Times New Roman" w:eastAsia="標楷體" w:hAnsi="Times New Roman" w:hint="eastAsia"/>
          <w:sz w:val="24"/>
          <w:szCs w:val="24"/>
          <w:lang w:eastAsia="zh-TW"/>
        </w:rPr>
        <w:t xml:space="preserve"> Colab </w:t>
      </w:r>
      <w:r w:rsidR="00CC715A" w:rsidRPr="00891CAB">
        <w:rPr>
          <w:rFonts w:ascii="Times New Roman" w:eastAsia="標楷體" w:hAnsi="Times New Roman" w:hint="eastAsia"/>
          <w:sz w:val="24"/>
          <w:szCs w:val="24"/>
          <w:lang w:eastAsia="zh-TW"/>
        </w:rPr>
        <w:t>操作及</w:t>
      </w:r>
      <w:r w:rsidR="00CC715A" w:rsidRPr="00891CAB">
        <w:rPr>
          <w:rFonts w:ascii="Times New Roman" w:eastAsia="標楷體" w:hAnsi="Times New Roman" w:hint="eastAsia"/>
          <w:sz w:val="24"/>
          <w:szCs w:val="24"/>
          <w:lang w:eastAsia="zh-TW"/>
        </w:rPr>
        <w:t xml:space="preserve"> AI </w:t>
      </w:r>
      <w:r w:rsidR="00CC715A" w:rsidRPr="00891CAB">
        <w:rPr>
          <w:rFonts w:ascii="Times New Roman" w:eastAsia="標楷體" w:hAnsi="Times New Roman" w:hint="eastAsia"/>
          <w:sz w:val="24"/>
          <w:szCs w:val="24"/>
          <w:lang w:eastAsia="zh-TW"/>
        </w:rPr>
        <w:t>分析病患資料的學習感言，作為未來教案優化的依據。</w:t>
      </w:r>
    </w:p>
    <w:p w:rsidR="00E0011B" w:rsidRDefault="00CC715A" w:rsidP="00CC715A">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這套評量方式確保了護理系學生即便從零基礎開始，也能透過實作中學習</w:t>
      </w:r>
      <w:r w:rsidRPr="00891CAB">
        <w:rPr>
          <w:rFonts w:ascii="Times New Roman" w:eastAsia="標楷體" w:hAnsi="Times New Roman"/>
          <w:sz w:val="24"/>
          <w:szCs w:val="24"/>
          <w:lang w:eastAsia="zh-TW"/>
        </w:rPr>
        <w:t xml:space="preserve"> (Learning by doing) </w:t>
      </w:r>
      <w:r w:rsidRPr="00891CAB">
        <w:rPr>
          <w:rFonts w:ascii="Times New Roman" w:eastAsia="標楷體" w:hAnsi="Times New Roman" w:hint="eastAsia"/>
          <w:sz w:val="24"/>
          <w:szCs w:val="24"/>
          <w:lang w:eastAsia="zh-TW"/>
        </w:rPr>
        <w:t>的循環，逐步建立智慧醫護的核心競爭力。</w:t>
      </w:r>
    </w:p>
    <w:p w:rsidR="00E3188A" w:rsidRPr="00891CAB" w:rsidRDefault="00E3188A" w:rsidP="00CC715A">
      <w:pPr>
        <w:rPr>
          <w:rFonts w:ascii="Times New Roman" w:eastAsia="標楷體" w:hAnsi="Times New Roman"/>
          <w:sz w:val="24"/>
          <w:szCs w:val="24"/>
          <w:lang w:eastAsia="zh-TW"/>
        </w:rPr>
      </w:pPr>
      <w:r w:rsidRPr="00E3188A">
        <w:rPr>
          <w:rFonts w:ascii="Times New Roman" w:eastAsia="標楷體" w:hAnsi="Times New Roman"/>
          <w:noProof/>
          <w:sz w:val="24"/>
          <w:szCs w:val="24"/>
          <w:lang w:eastAsia="zh-TW"/>
        </w:rPr>
        <w:lastRenderedPageBreak/>
        <w:drawing>
          <wp:inline distT="0" distB="0" distL="0" distR="0" wp14:anchorId="23EB1567" wp14:editId="0CA0DAD3">
            <wp:extent cx="5486400" cy="438721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4387215"/>
                    </a:xfrm>
                    <a:prstGeom prst="rect">
                      <a:avLst/>
                    </a:prstGeom>
                  </pic:spPr>
                </pic:pic>
              </a:graphicData>
            </a:graphic>
          </wp:inline>
        </w:drawing>
      </w:r>
    </w:p>
    <w:p w:rsidR="00E0011B" w:rsidRPr="00891CAB" w:rsidRDefault="00FC7F58">
      <w:pPr>
        <w:pStyle w:val="21"/>
        <w:rPr>
          <w:rFonts w:ascii="Times New Roman" w:eastAsia="標楷體" w:hAnsi="Times New Roman"/>
          <w:sz w:val="24"/>
          <w:szCs w:val="24"/>
          <w:lang w:eastAsia="zh-TW"/>
        </w:rPr>
      </w:pPr>
      <w:bookmarkStart w:id="9" w:name="_Toc234218896"/>
      <w:r w:rsidRPr="00891CAB">
        <w:rPr>
          <w:rFonts w:ascii="Times New Roman" w:eastAsia="標楷體" w:hAnsi="Times New Roman" w:hint="eastAsia"/>
          <w:sz w:val="24"/>
          <w:szCs w:val="24"/>
          <w:lang w:eastAsia="zh-HK"/>
        </w:rPr>
        <w:t>六</w:t>
      </w:r>
      <w:r w:rsidR="00742140" w:rsidRPr="00891CAB">
        <w:rPr>
          <w:rFonts w:ascii="Times New Roman" w:eastAsia="標楷體" w:hAnsi="Times New Roman"/>
          <w:sz w:val="24"/>
          <w:szCs w:val="24"/>
          <w:lang w:eastAsia="zh-TW"/>
        </w:rPr>
        <w:t>、教學成果展示</w:t>
      </w:r>
      <w:bookmarkEnd w:id="9"/>
    </w:p>
    <w:p w:rsidR="005B7DAD" w:rsidRPr="00891CAB" w:rsidRDefault="005B7DAD" w:rsidP="005B7DAD">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 xml:space="preserve">1. </w:t>
      </w:r>
      <w:r w:rsidRPr="00891CAB">
        <w:rPr>
          <w:rFonts w:ascii="Times New Roman" w:eastAsia="標楷體" w:hAnsi="Times New Roman" w:hint="eastAsia"/>
          <w:sz w:val="24"/>
          <w:szCs w:val="24"/>
          <w:lang w:eastAsia="zh-TW"/>
        </w:rPr>
        <w:t>學生作品：醫療大數據分析報告</w:t>
      </w:r>
    </w:p>
    <w:p w:rsidR="005B7DAD" w:rsidRPr="00891CAB" w:rsidRDefault="005B7DAD" w:rsidP="005B7DAD">
      <w:p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學生於期末需運用</w:t>
      </w:r>
      <w:r w:rsidRPr="00891CAB">
        <w:rPr>
          <w:rFonts w:ascii="Times New Roman" w:eastAsia="標楷體" w:hAnsi="Times New Roman" w:hint="eastAsia"/>
          <w:sz w:val="24"/>
          <w:szCs w:val="24"/>
          <w:lang w:eastAsia="zh-TW"/>
        </w:rPr>
        <w:t xml:space="preserve"> Python </w:t>
      </w:r>
      <w:r w:rsidRPr="00891CAB">
        <w:rPr>
          <w:rFonts w:ascii="Times New Roman" w:eastAsia="標楷體" w:hAnsi="Times New Roman" w:hint="eastAsia"/>
          <w:sz w:val="24"/>
          <w:szCs w:val="24"/>
          <w:lang w:eastAsia="zh-TW"/>
        </w:rPr>
        <w:t>與</w:t>
      </w:r>
      <w:r w:rsidRPr="00891CAB">
        <w:rPr>
          <w:rFonts w:ascii="Times New Roman" w:eastAsia="標楷體" w:hAnsi="Times New Roman" w:hint="eastAsia"/>
          <w:sz w:val="24"/>
          <w:szCs w:val="24"/>
          <w:lang w:eastAsia="zh-TW"/>
        </w:rPr>
        <w:t xml:space="preserve"> Google Colab </w:t>
      </w:r>
      <w:r w:rsidRPr="00891CAB">
        <w:rPr>
          <w:rFonts w:ascii="Times New Roman" w:eastAsia="標楷體" w:hAnsi="Times New Roman" w:hint="eastAsia"/>
          <w:sz w:val="24"/>
          <w:szCs w:val="24"/>
          <w:lang w:eastAsia="zh-TW"/>
        </w:rPr>
        <w:t>針對真實或模擬的臨床場景進行數據分析，其代表作品包含以下五大主題：</w:t>
      </w:r>
    </w:p>
    <w:p w:rsidR="005B7DAD" w:rsidRPr="00891CAB" w:rsidRDefault="005B7DAD" w:rsidP="002779C4">
      <w:pPr>
        <w:pStyle w:val="ae"/>
        <w:numPr>
          <w:ilvl w:val="0"/>
          <w:numId w:val="11"/>
        </w:numPr>
        <w:rPr>
          <w:rFonts w:ascii="Times New Roman" w:eastAsia="標楷體" w:hAnsi="Times New Roman"/>
          <w:sz w:val="24"/>
          <w:szCs w:val="24"/>
          <w:lang w:eastAsia="zh-TW"/>
        </w:rPr>
      </w:pPr>
      <w:r w:rsidRPr="00891CAB">
        <w:rPr>
          <w:rFonts w:ascii="Times New Roman" w:eastAsia="標楷體" w:hAnsi="Times New Roman" w:hint="eastAsia"/>
          <w:sz w:val="24"/>
          <w:szCs w:val="24"/>
          <w:lang w:eastAsia="zh-TW"/>
        </w:rPr>
        <w:t>病患血糖資料分析與高風險族群判斷：</w:t>
      </w:r>
      <w:r w:rsidRPr="00891CAB">
        <w:rPr>
          <w:rFonts w:ascii="Times New Roman" w:eastAsia="標楷體" w:hAnsi="Times New Roman"/>
          <w:sz w:val="24"/>
          <w:szCs w:val="24"/>
          <w:lang w:eastAsia="zh-TW"/>
        </w:rPr>
        <w:t xml:space="preserve"> </w:t>
      </w:r>
      <w:r w:rsidRPr="00891CAB">
        <w:rPr>
          <w:rFonts w:ascii="Times New Roman" w:eastAsia="標楷體" w:hAnsi="Times New Roman" w:hint="eastAsia"/>
          <w:sz w:val="24"/>
          <w:szCs w:val="24"/>
          <w:lang w:eastAsia="zh-TW"/>
        </w:rPr>
        <w:t>學生建立包含姓名、年齡及血糖值的資料表</w:t>
      </w:r>
      <w:r w:rsidRPr="00891CAB">
        <w:rPr>
          <w:rFonts w:ascii="Times New Roman" w:eastAsia="標楷體" w:hAnsi="Times New Roman"/>
          <w:sz w:val="24"/>
          <w:szCs w:val="24"/>
          <w:lang w:eastAsia="zh-TW"/>
        </w:rPr>
        <w:t xml:space="preserve"> (DataFrame)</w:t>
      </w:r>
      <w:r w:rsidRPr="00891CAB">
        <w:rPr>
          <w:rFonts w:ascii="Times New Roman" w:eastAsia="標楷體" w:hAnsi="Times New Roman" w:hint="eastAsia"/>
          <w:sz w:val="24"/>
          <w:szCs w:val="24"/>
          <w:lang w:eastAsia="zh-TW"/>
        </w:rPr>
        <w:t>，並透過程式篩選出「空腹血糖</w:t>
      </w:r>
      <w:r w:rsidRPr="00891CAB">
        <w:rPr>
          <w:rFonts w:ascii="Times New Roman" w:eastAsia="標楷體" w:hAnsi="Times New Roman"/>
          <w:sz w:val="24"/>
          <w:szCs w:val="24"/>
          <w:lang w:eastAsia="zh-TW"/>
        </w:rPr>
        <w:t xml:space="preserve"> &gt; 126</w:t>
      </w:r>
      <w:r w:rsidRPr="00891CAB">
        <w:rPr>
          <w:rFonts w:ascii="Times New Roman" w:eastAsia="標楷體" w:hAnsi="Times New Roman" w:hint="eastAsia"/>
          <w:sz w:val="24"/>
          <w:szCs w:val="24"/>
          <w:lang w:eastAsia="zh-TW"/>
        </w:rPr>
        <w:t>」且「飯後血糖</w:t>
      </w:r>
      <w:r w:rsidRPr="00891CAB">
        <w:rPr>
          <w:rFonts w:ascii="Times New Roman" w:eastAsia="標楷體" w:hAnsi="Times New Roman"/>
          <w:sz w:val="24"/>
          <w:szCs w:val="24"/>
          <w:lang w:eastAsia="zh-TW"/>
        </w:rPr>
        <w:t xml:space="preserve"> &gt; 140</w:t>
      </w:r>
      <w:r w:rsidRPr="00891CAB">
        <w:rPr>
          <w:rFonts w:ascii="Times New Roman" w:eastAsia="標楷體" w:hAnsi="Times New Roman" w:hint="eastAsia"/>
          <w:sz w:val="24"/>
          <w:szCs w:val="24"/>
          <w:lang w:eastAsia="zh-TW"/>
        </w:rPr>
        <w:t>」的異常病患。</w:t>
      </w:r>
    </w:p>
    <w:tbl>
      <w:tblPr>
        <w:tblStyle w:val="aff2"/>
        <w:tblW w:w="0" w:type="auto"/>
        <w:tblInd w:w="360" w:type="dxa"/>
        <w:tblLook w:val="04A0" w:firstRow="1" w:lastRow="0" w:firstColumn="1" w:lastColumn="0" w:noHBand="0" w:noVBand="1"/>
      </w:tblPr>
      <w:tblGrid>
        <w:gridCol w:w="8496"/>
      </w:tblGrid>
      <w:tr w:rsidR="006E7C56" w:rsidTr="00025081">
        <w:tc>
          <w:tcPr>
            <w:tcW w:w="8496" w:type="dxa"/>
          </w:tcPr>
          <w:p w:rsidR="006E7C56" w:rsidRDefault="006E7C56" w:rsidP="006E7C56">
            <w:pPr>
              <w:pStyle w:val="ae"/>
              <w:ind w:left="0"/>
              <w:rPr>
                <w:rFonts w:eastAsia="新細明體"/>
                <w:lang w:eastAsia="zh-TW"/>
              </w:rPr>
            </w:pPr>
            <w:r w:rsidRPr="006E7C56">
              <w:rPr>
                <w:rFonts w:eastAsia="新細明體"/>
                <w:noProof/>
                <w:lang w:eastAsia="zh-TW"/>
              </w:rPr>
              <w:lastRenderedPageBreak/>
              <w:drawing>
                <wp:inline distT="0" distB="0" distL="0" distR="0" wp14:anchorId="11F7924B" wp14:editId="61B3FF37">
                  <wp:extent cx="5486400" cy="306768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a:ext>
                            </a:extLst>
                          </a:blip>
                          <a:stretch>
                            <a:fillRect/>
                          </a:stretch>
                        </pic:blipFill>
                        <pic:spPr>
                          <a:xfrm>
                            <a:off x="0" y="0"/>
                            <a:ext cx="5486400" cy="3067685"/>
                          </a:xfrm>
                          <a:prstGeom prst="rect">
                            <a:avLst/>
                          </a:prstGeom>
                        </pic:spPr>
                      </pic:pic>
                    </a:graphicData>
                  </a:graphic>
                </wp:inline>
              </w:drawing>
            </w:r>
          </w:p>
        </w:tc>
      </w:tr>
      <w:tr w:rsidR="00C5138A" w:rsidTr="00025081">
        <w:tc>
          <w:tcPr>
            <w:tcW w:w="8496" w:type="dxa"/>
          </w:tcPr>
          <w:p w:rsidR="00C5138A" w:rsidRPr="006E7C56" w:rsidRDefault="00C5138A" w:rsidP="006E7C56">
            <w:pPr>
              <w:pStyle w:val="ae"/>
              <w:ind w:left="0"/>
              <w:rPr>
                <w:rFonts w:eastAsia="新細明體"/>
                <w:lang w:eastAsia="zh-TW"/>
              </w:rPr>
            </w:pPr>
            <w:r w:rsidRPr="00C5138A">
              <w:rPr>
                <w:rFonts w:eastAsia="新細明體"/>
                <w:noProof/>
                <w:lang w:eastAsia="zh-TW"/>
              </w:rPr>
              <w:drawing>
                <wp:inline distT="0" distB="0" distL="0" distR="0" wp14:anchorId="5152D51E" wp14:editId="71C6CE91">
                  <wp:extent cx="4624968" cy="3679633"/>
                  <wp:effectExtent l="0" t="0" r="444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27418" cy="3681582"/>
                          </a:xfrm>
                          <a:prstGeom prst="rect">
                            <a:avLst/>
                          </a:prstGeom>
                        </pic:spPr>
                      </pic:pic>
                    </a:graphicData>
                  </a:graphic>
                </wp:inline>
              </w:drawing>
            </w:r>
          </w:p>
        </w:tc>
      </w:tr>
    </w:tbl>
    <w:p w:rsidR="006E7C56" w:rsidRPr="002779C4" w:rsidRDefault="006E7C56" w:rsidP="006E7C56">
      <w:pPr>
        <w:pStyle w:val="ae"/>
        <w:ind w:left="360"/>
        <w:rPr>
          <w:rFonts w:eastAsia="新細明體"/>
          <w:lang w:eastAsia="zh-TW"/>
        </w:rPr>
      </w:pPr>
    </w:p>
    <w:p w:rsidR="002779C4" w:rsidRPr="002779C4" w:rsidRDefault="002779C4" w:rsidP="002779C4">
      <w:pPr>
        <w:pStyle w:val="ae"/>
        <w:ind w:left="360"/>
        <w:rPr>
          <w:rFonts w:eastAsia="新細明體"/>
          <w:lang w:eastAsia="zh-TW"/>
        </w:rPr>
      </w:pPr>
    </w:p>
    <w:p w:rsidR="005B7DAD" w:rsidRPr="004656CB" w:rsidRDefault="005B7DAD" w:rsidP="009C6C45">
      <w:pPr>
        <w:pStyle w:val="ae"/>
        <w:numPr>
          <w:ilvl w:val="0"/>
          <w:numId w:val="11"/>
        </w:numPr>
        <w:rPr>
          <w:rFonts w:ascii="Times New Roman" w:eastAsia="標楷體" w:hAnsi="Times New Roman"/>
          <w:sz w:val="24"/>
          <w:szCs w:val="24"/>
          <w:lang w:eastAsia="zh-TW"/>
        </w:rPr>
      </w:pPr>
      <w:r w:rsidRPr="004656CB">
        <w:rPr>
          <w:rFonts w:ascii="Times New Roman" w:eastAsia="標楷體" w:hAnsi="Times New Roman" w:hint="eastAsia"/>
          <w:sz w:val="24"/>
          <w:szCs w:val="24"/>
          <w:lang w:eastAsia="zh-TW"/>
        </w:rPr>
        <w:t>一週血壓變化趨勢分析：</w:t>
      </w:r>
      <w:r w:rsidRPr="004656CB">
        <w:rPr>
          <w:rFonts w:ascii="Times New Roman" w:eastAsia="標楷體" w:hAnsi="Times New Roman" w:hint="eastAsia"/>
          <w:sz w:val="24"/>
          <w:szCs w:val="24"/>
          <w:lang w:eastAsia="zh-TW"/>
        </w:rPr>
        <w:t xml:space="preserve"> </w:t>
      </w:r>
      <w:r w:rsidRPr="004656CB">
        <w:rPr>
          <w:rFonts w:ascii="Times New Roman" w:eastAsia="標楷體" w:hAnsi="Times New Roman" w:hint="eastAsia"/>
          <w:sz w:val="24"/>
          <w:szCs w:val="24"/>
          <w:lang w:eastAsia="zh-TW"/>
        </w:rPr>
        <w:t>利用</w:t>
      </w:r>
      <w:r w:rsidRPr="004656CB">
        <w:rPr>
          <w:rFonts w:ascii="Times New Roman" w:eastAsia="標楷體" w:hAnsi="Times New Roman" w:hint="eastAsia"/>
          <w:sz w:val="24"/>
          <w:szCs w:val="24"/>
          <w:lang w:eastAsia="zh-TW"/>
        </w:rPr>
        <w:t xml:space="preserve"> Matplotlib </w:t>
      </w:r>
      <w:r w:rsidRPr="004656CB">
        <w:rPr>
          <w:rFonts w:ascii="Times New Roman" w:eastAsia="標楷體" w:hAnsi="Times New Roman" w:hint="eastAsia"/>
          <w:sz w:val="24"/>
          <w:szCs w:val="24"/>
          <w:lang w:eastAsia="zh-TW"/>
        </w:rPr>
        <w:t>繪製折線圖，視覺化呈現病患在不同時間點的收縮壓與舒張壓波動。</w:t>
      </w:r>
    </w:p>
    <w:p w:rsidR="00BC41FB" w:rsidRDefault="00BC41FB" w:rsidP="00BC41FB">
      <w:pPr>
        <w:pStyle w:val="ae"/>
        <w:ind w:left="360"/>
        <w:rPr>
          <w:rFonts w:eastAsia="新細明體"/>
          <w:lang w:eastAsia="zh-TW"/>
        </w:rPr>
      </w:pPr>
      <w:r w:rsidRPr="006C3EB0">
        <w:rPr>
          <w:rFonts w:ascii="Times New Roman" w:eastAsia="標楷體" w:hAnsi="Times New Roman" w:cs="Times New Roman"/>
          <w:noProof/>
          <w:sz w:val="20"/>
          <w:szCs w:val="20"/>
          <w:lang w:eastAsia="zh-TW"/>
        </w:rPr>
        <w:lastRenderedPageBreak/>
        <w:drawing>
          <wp:inline distT="0" distB="0" distL="0" distR="0" wp14:anchorId="72EF7560" wp14:editId="6776E8DF">
            <wp:extent cx="5209262" cy="2952520"/>
            <wp:effectExtent l="0" t="0" r="0" b="6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17355" cy="2957107"/>
                    </a:xfrm>
                    <a:prstGeom prst="rect">
                      <a:avLst/>
                    </a:prstGeom>
                  </pic:spPr>
                </pic:pic>
              </a:graphicData>
            </a:graphic>
          </wp:inline>
        </w:drawing>
      </w:r>
    </w:p>
    <w:p w:rsidR="00BC41FB" w:rsidRPr="009C6C45" w:rsidRDefault="00BC41FB" w:rsidP="00BC41FB">
      <w:pPr>
        <w:pStyle w:val="ae"/>
        <w:ind w:left="360"/>
        <w:rPr>
          <w:rFonts w:eastAsia="新細明體"/>
          <w:lang w:eastAsia="zh-TW"/>
        </w:rPr>
      </w:pPr>
    </w:p>
    <w:p w:rsidR="009C6C45" w:rsidRPr="009C6C45" w:rsidRDefault="009C6C45" w:rsidP="009C6C45">
      <w:pPr>
        <w:pStyle w:val="ae"/>
        <w:ind w:left="360"/>
        <w:rPr>
          <w:rFonts w:eastAsia="新細明體"/>
          <w:lang w:eastAsia="zh-TW"/>
        </w:rPr>
      </w:pPr>
      <w:r w:rsidRPr="001E211F">
        <w:rPr>
          <w:rFonts w:ascii="Times New Roman" w:eastAsia="標楷體" w:hAnsi="Times New Roman" w:cs="Times New Roman"/>
          <w:noProof/>
          <w:sz w:val="20"/>
          <w:szCs w:val="20"/>
          <w:lang w:eastAsia="zh-TW"/>
        </w:rPr>
        <w:drawing>
          <wp:inline distT="0" distB="0" distL="0" distR="0" wp14:anchorId="57D09CBC" wp14:editId="7919BD72">
            <wp:extent cx="5275926" cy="2919470"/>
            <wp:effectExtent l="0" t="0" r="127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91243" cy="2927946"/>
                    </a:xfrm>
                    <a:prstGeom prst="rect">
                      <a:avLst/>
                    </a:prstGeom>
                  </pic:spPr>
                </pic:pic>
              </a:graphicData>
            </a:graphic>
          </wp:inline>
        </w:drawing>
      </w:r>
    </w:p>
    <w:p w:rsidR="003638FA" w:rsidRPr="00F405DF" w:rsidRDefault="003638FA" w:rsidP="005B7DAD">
      <w:pPr>
        <w:rPr>
          <w:rFonts w:ascii="Times New Roman" w:eastAsia="標楷體" w:hAnsi="Times New Roman"/>
          <w:sz w:val="24"/>
          <w:lang w:eastAsia="zh-TW"/>
        </w:rPr>
      </w:pPr>
    </w:p>
    <w:p w:rsidR="005B7DAD" w:rsidRPr="00F405DF" w:rsidRDefault="005B7DAD" w:rsidP="00930034">
      <w:pPr>
        <w:pStyle w:val="ae"/>
        <w:numPr>
          <w:ilvl w:val="0"/>
          <w:numId w:val="11"/>
        </w:numPr>
        <w:rPr>
          <w:rFonts w:ascii="Times New Roman" w:eastAsia="標楷體" w:hAnsi="Times New Roman"/>
          <w:sz w:val="24"/>
          <w:lang w:eastAsia="zh-TW"/>
        </w:rPr>
      </w:pPr>
      <w:r w:rsidRPr="00F405DF">
        <w:rPr>
          <w:rFonts w:ascii="Times New Roman" w:eastAsia="標楷體" w:hAnsi="Times New Roman" w:hint="eastAsia"/>
          <w:sz w:val="24"/>
          <w:lang w:eastAsia="zh-TW"/>
        </w:rPr>
        <w:t>病患年齡與生命徵象關係分析：</w:t>
      </w:r>
      <w:r w:rsidRPr="00F405DF">
        <w:rPr>
          <w:rFonts w:ascii="Times New Roman" w:eastAsia="標楷體" w:hAnsi="Times New Roman"/>
          <w:sz w:val="24"/>
          <w:lang w:eastAsia="zh-TW"/>
        </w:rPr>
        <w:t xml:space="preserve"> </w:t>
      </w:r>
      <w:r w:rsidRPr="00F405DF">
        <w:rPr>
          <w:rFonts w:ascii="Times New Roman" w:eastAsia="標楷體" w:hAnsi="Times New Roman" w:hint="eastAsia"/>
          <w:sz w:val="24"/>
          <w:lang w:eastAsia="zh-TW"/>
        </w:rPr>
        <w:t>探討高齡病患與其生理參數（如心跳、血壓）的相關性。</w:t>
      </w:r>
    </w:p>
    <w:p w:rsidR="00930034" w:rsidRPr="00930034" w:rsidRDefault="00930034" w:rsidP="00930034">
      <w:pPr>
        <w:rPr>
          <w:rFonts w:eastAsia="新細明體"/>
          <w:lang w:eastAsia="zh-TW"/>
        </w:rPr>
      </w:pPr>
      <w:r w:rsidRPr="008E06DA">
        <w:rPr>
          <w:rFonts w:ascii="Times New Roman" w:eastAsia="標楷體" w:hAnsi="Times New Roman" w:cs="Times New Roman"/>
          <w:noProof/>
          <w:sz w:val="20"/>
          <w:szCs w:val="20"/>
          <w:lang w:eastAsia="zh-TW"/>
        </w:rPr>
        <w:lastRenderedPageBreak/>
        <w:drawing>
          <wp:inline distT="0" distB="0" distL="0" distR="0" wp14:anchorId="6B85C6DB" wp14:editId="062AB6EC">
            <wp:extent cx="5618603" cy="2871731"/>
            <wp:effectExtent l="0" t="0" r="1270" b="508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58260" cy="2892000"/>
                    </a:xfrm>
                    <a:prstGeom prst="rect">
                      <a:avLst/>
                    </a:prstGeom>
                  </pic:spPr>
                </pic:pic>
              </a:graphicData>
            </a:graphic>
          </wp:inline>
        </w:drawing>
      </w:r>
    </w:p>
    <w:p w:rsidR="005D7B63" w:rsidRPr="00406A28" w:rsidRDefault="005B7DAD" w:rsidP="00AB170E">
      <w:pPr>
        <w:pStyle w:val="ae"/>
        <w:numPr>
          <w:ilvl w:val="0"/>
          <w:numId w:val="11"/>
        </w:numPr>
        <w:rPr>
          <w:rFonts w:ascii="Times New Roman" w:eastAsia="標楷體" w:hAnsi="Times New Roman"/>
          <w:sz w:val="24"/>
          <w:szCs w:val="24"/>
          <w:lang w:eastAsia="zh-TW"/>
        </w:rPr>
      </w:pPr>
      <w:r w:rsidRPr="00406A28">
        <w:rPr>
          <w:rFonts w:ascii="Times New Roman" w:eastAsia="標楷體" w:hAnsi="Times New Roman" w:hint="eastAsia"/>
          <w:sz w:val="24"/>
          <w:szCs w:val="24"/>
          <w:lang w:eastAsia="zh-TW"/>
        </w:rPr>
        <w:t>診所每月病患人數變化與醫療需求分析：</w:t>
      </w:r>
      <w:r w:rsidRPr="00406A28">
        <w:rPr>
          <w:rFonts w:ascii="Times New Roman" w:eastAsia="標楷體" w:hAnsi="Times New Roman"/>
          <w:sz w:val="24"/>
          <w:szCs w:val="24"/>
          <w:lang w:eastAsia="zh-TW"/>
        </w:rPr>
        <w:t xml:space="preserve"> </w:t>
      </w:r>
      <w:r w:rsidRPr="00406A28">
        <w:rPr>
          <w:rFonts w:ascii="Times New Roman" w:eastAsia="標楷體" w:hAnsi="Times New Roman" w:hint="eastAsia"/>
          <w:sz w:val="24"/>
          <w:szCs w:val="24"/>
          <w:lang w:eastAsia="zh-TW"/>
        </w:rPr>
        <w:t>運用數據預測未來門診量的變化規律</w:t>
      </w:r>
    </w:p>
    <w:p w:rsidR="00AB170E" w:rsidRPr="00AB170E" w:rsidRDefault="00AB170E" w:rsidP="00AB170E">
      <w:pPr>
        <w:rPr>
          <w:rFonts w:eastAsia="新細明體"/>
          <w:lang w:eastAsia="zh-TW"/>
        </w:rPr>
      </w:pPr>
      <w:r w:rsidRPr="00327A68">
        <w:rPr>
          <w:rFonts w:ascii="Times New Roman" w:eastAsia="標楷體" w:hAnsi="Times New Roman" w:cs="Times New Roman"/>
          <w:noProof/>
          <w:sz w:val="20"/>
          <w:szCs w:val="20"/>
          <w:lang w:eastAsia="zh-TW"/>
        </w:rPr>
        <w:drawing>
          <wp:inline distT="0" distB="0" distL="0" distR="0" wp14:anchorId="2FB83CD9" wp14:editId="4A0324C0">
            <wp:extent cx="5763961" cy="2765234"/>
            <wp:effectExtent l="0" t="0" r="825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2395" cy="2764483"/>
                    </a:xfrm>
                    <a:prstGeom prst="rect">
                      <a:avLst/>
                    </a:prstGeom>
                  </pic:spPr>
                </pic:pic>
              </a:graphicData>
            </a:graphic>
          </wp:inline>
        </w:drawing>
      </w:r>
    </w:p>
    <w:p w:rsidR="00462317" w:rsidRPr="0060709F" w:rsidRDefault="00545EF0" w:rsidP="00462317">
      <w:pPr>
        <w:rPr>
          <w:rFonts w:ascii="Times New Roman" w:eastAsia="標楷體" w:hAnsi="Times New Roman"/>
          <w:sz w:val="24"/>
          <w:szCs w:val="24"/>
          <w:lang w:eastAsia="zh-TW"/>
        </w:rPr>
      </w:pPr>
      <w:r w:rsidRPr="0060709F">
        <w:rPr>
          <w:rFonts w:ascii="Times New Roman" w:eastAsia="標楷體" w:hAnsi="Times New Roman" w:hint="eastAsia"/>
          <w:sz w:val="24"/>
          <w:szCs w:val="24"/>
          <w:lang w:eastAsia="zh-TW"/>
        </w:rPr>
        <w:t>2</w:t>
      </w:r>
      <w:r w:rsidR="00462317" w:rsidRPr="0060709F">
        <w:rPr>
          <w:rFonts w:ascii="Times New Roman" w:eastAsia="標楷體" w:hAnsi="Times New Roman" w:hint="eastAsia"/>
          <w:sz w:val="24"/>
          <w:szCs w:val="24"/>
          <w:lang w:eastAsia="zh-TW"/>
        </w:rPr>
        <w:t xml:space="preserve">. </w:t>
      </w:r>
      <w:r w:rsidR="00462317" w:rsidRPr="0060709F">
        <w:rPr>
          <w:rFonts w:ascii="Times New Roman" w:eastAsia="標楷體" w:hAnsi="Times New Roman" w:hint="eastAsia"/>
          <w:sz w:val="24"/>
          <w:szCs w:val="24"/>
          <w:lang w:eastAsia="zh-TW"/>
        </w:rPr>
        <w:t>量化成效：六大核心能力增進圖表</w:t>
      </w:r>
    </w:p>
    <w:p w:rsidR="00462317" w:rsidRPr="0060709F" w:rsidRDefault="00462317" w:rsidP="00462317">
      <w:pPr>
        <w:rPr>
          <w:rFonts w:ascii="Times New Roman" w:eastAsia="標楷體" w:hAnsi="Times New Roman"/>
          <w:sz w:val="24"/>
          <w:szCs w:val="24"/>
          <w:lang w:eastAsia="zh-TW"/>
        </w:rPr>
      </w:pPr>
      <w:r w:rsidRPr="0060709F">
        <w:rPr>
          <w:rFonts w:ascii="Times New Roman" w:eastAsia="標楷體" w:hAnsi="Times New Roman" w:hint="eastAsia"/>
          <w:sz w:val="24"/>
          <w:szCs w:val="24"/>
          <w:lang w:eastAsia="zh-TW"/>
        </w:rPr>
        <w:t>透過</w:t>
      </w:r>
      <w:r w:rsidRPr="0060709F">
        <w:rPr>
          <w:rFonts w:ascii="Times New Roman" w:eastAsia="標楷體" w:hAnsi="Times New Roman"/>
          <w:sz w:val="24"/>
          <w:szCs w:val="24"/>
          <w:lang w:eastAsia="zh-TW"/>
        </w:rPr>
        <w:t xml:space="preserve"> 45 </w:t>
      </w:r>
      <w:r w:rsidRPr="0060709F">
        <w:rPr>
          <w:rFonts w:ascii="Times New Roman" w:eastAsia="標楷體" w:hAnsi="Times New Roman" w:hint="eastAsia"/>
          <w:sz w:val="24"/>
          <w:szCs w:val="24"/>
          <w:lang w:eastAsia="zh-TW"/>
        </w:rPr>
        <w:t>位同學的期中與期末問卷對比，以量化圖表（如圓餅圖或柱狀圖）展示學生在以下指標的進步：</w:t>
      </w:r>
    </w:p>
    <w:p w:rsidR="00462317" w:rsidRPr="0060709F" w:rsidRDefault="00545EF0" w:rsidP="00462317">
      <w:pPr>
        <w:rPr>
          <w:rFonts w:ascii="Times New Roman" w:eastAsia="標楷體" w:hAnsi="Times New Roman"/>
          <w:sz w:val="24"/>
          <w:szCs w:val="24"/>
          <w:lang w:eastAsia="zh-TW"/>
        </w:rPr>
      </w:pPr>
      <w:r w:rsidRPr="0060709F">
        <w:rPr>
          <w:rFonts w:ascii="Times New Roman" w:eastAsia="標楷體" w:hAnsi="Times New Roman" w:hint="eastAsia"/>
          <w:sz w:val="24"/>
          <w:szCs w:val="24"/>
          <w:lang w:eastAsia="zh-TW"/>
        </w:rPr>
        <w:t>＊</w:t>
      </w:r>
      <w:r w:rsidR="00462317" w:rsidRPr="0060709F">
        <w:rPr>
          <w:rFonts w:ascii="Times New Roman" w:eastAsia="標楷體" w:hAnsi="Times New Roman" w:hint="eastAsia"/>
          <w:sz w:val="24"/>
          <w:szCs w:val="24"/>
          <w:lang w:eastAsia="zh-TW"/>
        </w:rPr>
        <w:t>應用</w:t>
      </w:r>
      <w:r w:rsidR="00462317" w:rsidRPr="0060709F">
        <w:rPr>
          <w:rFonts w:ascii="Times New Roman" w:eastAsia="標楷體" w:hAnsi="Times New Roman" w:hint="eastAsia"/>
          <w:sz w:val="24"/>
          <w:szCs w:val="24"/>
          <w:lang w:eastAsia="zh-TW"/>
        </w:rPr>
        <w:t xml:space="preserve"> AI </w:t>
      </w:r>
      <w:r w:rsidR="00462317" w:rsidRPr="0060709F">
        <w:rPr>
          <w:rFonts w:ascii="Times New Roman" w:eastAsia="標楷體" w:hAnsi="Times New Roman" w:hint="eastAsia"/>
          <w:sz w:val="24"/>
          <w:szCs w:val="24"/>
          <w:lang w:eastAsia="zh-TW"/>
        </w:rPr>
        <w:t>輔助解決方案能力：</w:t>
      </w:r>
      <w:r w:rsidR="00462317" w:rsidRPr="0060709F">
        <w:rPr>
          <w:rFonts w:ascii="Times New Roman" w:eastAsia="標楷體" w:hAnsi="Times New Roman" w:hint="eastAsia"/>
          <w:sz w:val="24"/>
          <w:szCs w:val="24"/>
          <w:lang w:eastAsia="zh-TW"/>
        </w:rPr>
        <w:t xml:space="preserve"> </w:t>
      </w:r>
      <w:r w:rsidR="00462317" w:rsidRPr="0060709F">
        <w:rPr>
          <w:rFonts w:ascii="Times New Roman" w:eastAsia="標楷體" w:hAnsi="Times New Roman" w:hint="eastAsia"/>
          <w:sz w:val="24"/>
          <w:szCs w:val="24"/>
          <w:lang w:eastAsia="zh-TW"/>
        </w:rPr>
        <w:t>期初對撰寫程式信心較弱，期末顯著提升（</w:t>
      </w:r>
      <w:r w:rsidR="00462317" w:rsidRPr="0060709F">
        <w:rPr>
          <w:rFonts w:ascii="Times New Roman" w:eastAsia="標楷體" w:hAnsi="Times New Roman" w:hint="eastAsia"/>
          <w:sz w:val="24"/>
          <w:szCs w:val="24"/>
          <w:lang w:eastAsia="zh-TW"/>
        </w:rPr>
        <w:t xml:space="preserve">84.2% </w:t>
      </w:r>
      <w:r w:rsidR="00462317" w:rsidRPr="0060709F">
        <w:rPr>
          <w:rFonts w:ascii="Times New Roman" w:eastAsia="標楷體" w:hAnsi="Times New Roman" w:hint="eastAsia"/>
          <w:sz w:val="24"/>
          <w:szCs w:val="24"/>
          <w:lang w:eastAsia="zh-TW"/>
        </w:rPr>
        <w:t>的學生了解醫療護理系統資訊架構及應用）。</w:t>
      </w:r>
    </w:p>
    <w:p w:rsidR="00D1479A" w:rsidRDefault="00D1479A" w:rsidP="00462317">
      <w:pPr>
        <w:rPr>
          <w:rFonts w:eastAsia="新細明體"/>
          <w:lang w:eastAsia="zh-TW"/>
        </w:rPr>
      </w:pPr>
      <w:r w:rsidRPr="00D1479A">
        <w:rPr>
          <w:rFonts w:eastAsia="新細明體"/>
          <w:noProof/>
          <w:lang w:eastAsia="zh-TW"/>
        </w:rPr>
        <w:lastRenderedPageBreak/>
        <w:drawing>
          <wp:inline distT="0" distB="0" distL="0" distR="0" wp14:anchorId="75A5C45F" wp14:editId="736B5C8E">
            <wp:extent cx="5486400" cy="289877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2898775"/>
                    </a:xfrm>
                    <a:prstGeom prst="rect">
                      <a:avLst/>
                    </a:prstGeom>
                  </pic:spPr>
                </pic:pic>
              </a:graphicData>
            </a:graphic>
          </wp:inline>
        </w:drawing>
      </w:r>
    </w:p>
    <w:p w:rsidR="002721A4" w:rsidRPr="00D1479A" w:rsidRDefault="002721A4" w:rsidP="00462317">
      <w:pPr>
        <w:rPr>
          <w:rFonts w:eastAsia="新細明體"/>
          <w:lang w:eastAsia="zh-TW"/>
        </w:rPr>
      </w:pPr>
      <w:r w:rsidRPr="002721A4">
        <w:rPr>
          <w:rFonts w:eastAsia="新細明體"/>
          <w:noProof/>
          <w:lang w:eastAsia="zh-TW"/>
        </w:rPr>
        <w:drawing>
          <wp:inline distT="0" distB="0" distL="0" distR="0" wp14:anchorId="78CAB0F0" wp14:editId="12F2E30C">
            <wp:extent cx="5486400" cy="3896995"/>
            <wp:effectExtent l="0" t="0" r="0" b="825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3896995"/>
                    </a:xfrm>
                    <a:prstGeom prst="rect">
                      <a:avLst/>
                    </a:prstGeom>
                  </pic:spPr>
                </pic:pic>
              </a:graphicData>
            </a:graphic>
          </wp:inline>
        </w:drawing>
      </w:r>
    </w:p>
    <w:p w:rsidR="00224F65" w:rsidRDefault="00224F65" w:rsidP="00462317">
      <w:pPr>
        <w:rPr>
          <w:rFonts w:ascii="Times New Roman" w:eastAsia="標楷體" w:hAnsi="Times New Roman" w:cs="Times New Roman"/>
          <w:noProof/>
          <w:sz w:val="24"/>
          <w:szCs w:val="24"/>
          <w:lang w:eastAsia="zh-HK"/>
        </w:rPr>
      </w:pPr>
    </w:p>
    <w:p w:rsidR="00224F65" w:rsidRDefault="00224F65" w:rsidP="00462317">
      <w:pPr>
        <w:rPr>
          <w:rFonts w:ascii="Times New Roman" w:eastAsia="標楷體" w:hAnsi="Times New Roman" w:cs="Times New Roman"/>
          <w:noProof/>
          <w:sz w:val="24"/>
          <w:szCs w:val="24"/>
          <w:lang w:eastAsia="zh-HK"/>
        </w:rPr>
      </w:pPr>
    </w:p>
    <w:p w:rsidR="00224F65" w:rsidRDefault="00224F65" w:rsidP="00462317">
      <w:pPr>
        <w:rPr>
          <w:rFonts w:ascii="Times New Roman" w:eastAsia="標楷體" w:hAnsi="Times New Roman" w:cs="Times New Roman"/>
          <w:noProof/>
          <w:sz w:val="24"/>
          <w:szCs w:val="24"/>
          <w:lang w:eastAsia="zh-HK"/>
        </w:rPr>
      </w:pPr>
    </w:p>
    <w:p w:rsidR="008B7D2D" w:rsidRPr="00224F65" w:rsidRDefault="008B7D2D" w:rsidP="00462317">
      <w:pPr>
        <w:rPr>
          <w:rFonts w:ascii="Times New Roman" w:eastAsia="標楷體" w:hAnsi="Times New Roman" w:cs="Times New Roman"/>
          <w:noProof/>
          <w:sz w:val="24"/>
          <w:szCs w:val="24"/>
          <w:lang w:eastAsia="zh-HK"/>
        </w:rPr>
      </w:pPr>
      <w:r w:rsidRPr="0007028F">
        <w:rPr>
          <w:rFonts w:ascii="Times New Roman" w:eastAsia="標楷體" w:hAnsi="Times New Roman" w:cs="Times New Roman" w:hint="eastAsia"/>
          <w:noProof/>
          <w:sz w:val="24"/>
          <w:szCs w:val="24"/>
          <w:lang w:eastAsia="zh-HK"/>
        </w:rPr>
        <w:lastRenderedPageBreak/>
        <w:t>期末問卷</w:t>
      </w:r>
      <w:r w:rsidRPr="0007028F">
        <w:rPr>
          <w:rFonts w:ascii="Times New Roman" w:eastAsia="標楷體" w:hAnsi="Times New Roman" w:cs="Times New Roman" w:hint="eastAsia"/>
          <w:noProof/>
          <w:sz w:val="24"/>
          <w:szCs w:val="24"/>
          <w:lang w:eastAsia="zh-HK"/>
        </w:rPr>
        <w:t>:</w:t>
      </w:r>
    </w:p>
    <w:p w:rsidR="00A7552B" w:rsidRPr="001A67F4" w:rsidRDefault="00A7552B" w:rsidP="00462317">
      <w:pPr>
        <w:rPr>
          <w:rFonts w:eastAsia="新細明體"/>
          <w:lang w:eastAsia="zh-TW"/>
        </w:rPr>
      </w:pPr>
      <w:r w:rsidRPr="00F77437">
        <w:rPr>
          <w:rFonts w:ascii="Times New Roman" w:eastAsia="標楷體" w:hAnsi="Times New Roman" w:cs="Times New Roman"/>
          <w:noProof/>
          <w:lang w:eastAsia="zh-TW"/>
        </w:rPr>
        <w:drawing>
          <wp:inline distT="0" distB="0" distL="0" distR="0" wp14:anchorId="0AFD0094" wp14:editId="270BF09A">
            <wp:extent cx="5864525" cy="3294043"/>
            <wp:effectExtent l="0" t="0" r="3175" b="190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a:ext>
                      </a:extLst>
                    </a:blip>
                    <a:stretch>
                      <a:fillRect/>
                    </a:stretch>
                  </pic:blipFill>
                  <pic:spPr>
                    <a:xfrm>
                      <a:off x="0" y="0"/>
                      <a:ext cx="5870598" cy="3297454"/>
                    </a:xfrm>
                    <a:prstGeom prst="rect">
                      <a:avLst/>
                    </a:prstGeom>
                  </pic:spPr>
                </pic:pic>
              </a:graphicData>
            </a:graphic>
          </wp:inline>
        </w:drawing>
      </w:r>
    </w:p>
    <w:p w:rsidR="00B07C75" w:rsidRPr="001457D2" w:rsidRDefault="00545EF0" w:rsidP="00B07C75">
      <w:pPr>
        <w:rPr>
          <w:rFonts w:ascii="Times New Roman" w:eastAsia="標楷體" w:hAnsi="Times New Roman"/>
          <w:sz w:val="24"/>
          <w:lang w:eastAsia="zh-TW"/>
        </w:rPr>
      </w:pPr>
      <w:r w:rsidRPr="001457D2">
        <w:rPr>
          <w:rFonts w:ascii="Times New Roman" w:eastAsia="標楷體" w:hAnsi="Times New Roman" w:hint="eastAsia"/>
          <w:sz w:val="24"/>
          <w:lang w:eastAsia="zh-TW"/>
        </w:rPr>
        <w:t>＊</w:t>
      </w:r>
      <w:r w:rsidR="00462317" w:rsidRPr="001457D2">
        <w:rPr>
          <w:rFonts w:ascii="Times New Roman" w:eastAsia="標楷體" w:hAnsi="Times New Roman" w:hint="eastAsia"/>
          <w:sz w:val="24"/>
          <w:lang w:eastAsia="zh-TW"/>
        </w:rPr>
        <w:t>數位工具應用能力：</w:t>
      </w:r>
      <w:r w:rsidR="00462317" w:rsidRPr="001457D2">
        <w:rPr>
          <w:rFonts w:ascii="Times New Roman" w:eastAsia="標楷體" w:hAnsi="Times New Roman"/>
          <w:sz w:val="24"/>
          <w:lang w:eastAsia="zh-TW"/>
        </w:rPr>
        <w:t xml:space="preserve"> </w:t>
      </w:r>
      <w:r w:rsidR="00462317" w:rsidRPr="001457D2">
        <w:rPr>
          <w:rFonts w:ascii="Times New Roman" w:eastAsia="標楷體" w:hAnsi="Times New Roman" w:hint="eastAsia"/>
          <w:sz w:val="24"/>
          <w:lang w:eastAsia="zh-TW"/>
        </w:rPr>
        <w:t>學生學會開</w:t>
      </w:r>
      <w:r w:rsidR="00462317" w:rsidRPr="001457D2">
        <w:rPr>
          <w:rFonts w:ascii="Times New Roman" w:eastAsia="標楷體" w:hAnsi="Times New Roman" w:cs="細明體" w:hint="eastAsia"/>
          <w:sz w:val="24"/>
          <w:lang w:eastAsia="zh-TW"/>
        </w:rPr>
        <w:t>啟</w:t>
      </w:r>
      <w:r w:rsidR="00462317" w:rsidRPr="001457D2">
        <w:rPr>
          <w:rFonts w:ascii="Times New Roman" w:eastAsia="標楷體" w:hAnsi="Times New Roman" w:cs="MS Gothic" w:hint="eastAsia"/>
          <w:sz w:val="24"/>
          <w:lang w:eastAsia="zh-TW"/>
        </w:rPr>
        <w:t>並操作</w:t>
      </w:r>
      <w:r w:rsidR="00462317" w:rsidRPr="001457D2">
        <w:rPr>
          <w:rFonts w:ascii="Times New Roman" w:eastAsia="標楷體" w:hAnsi="Times New Roman"/>
          <w:sz w:val="24"/>
          <w:lang w:eastAsia="zh-TW"/>
        </w:rPr>
        <w:t xml:space="preserve"> Google Colab </w:t>
      </w:r>
      <w:r w:rsidR="00462317" w:rsidRPr="001457D2">
        <w:rPr>
          <w:rFonts w:ascii="Times New Roman" w:eastAsia="標楷體" w:hAnsi="Times New Roman" w:hint="eastAsia"/>
          <w:sz w:val="24"/>
          <w:lang w:eastAsia="zh-TW"/>
        </w:rPr>
        <w:t>雲端開發環境</w:t>
      </w:r>
      <w:r w:rsidR="00742140" w:rsidRPr="001457D2">
        <w:rPr>
          <w:rFonts w:ascii="Times New Roman" w:eastAsia="標楷體" w:hAnsi="Times New Roman"/>
          <w:sz w:val="24"/>
          <w:lang w:eastAsia="zh-TW"/>
        </w:rPr>
        <w:br/>
      </w:r>
      <w:r w:rsidR="00B07C75" w:rsidRPr="001457D2">
        <w:rPr>
          <w:rFonts w:ascii="Times New Roman" w:eastAsia="標楷體" w:hAnsi="Times New Roman" w:hint="eastAsia"/>
          <w:sz w:val="24"/>
          <w:lang w:eastAsia="zh-TW"/>
        </w:rPr>
        <w:t xml:space="preserve">5. </w:t>
      </w:r>
      <w:r w:rsidR="00B07C75" w:rsidRPr="001457D2">
        <w:rPr>
          <w:rFonts w:ascii="Times New Roman" w:eastAsia="標楷體" w:hAnsi="Times New Roman" w:hint="eastAsia"/>
          <w:sz w:val="24"/>
          <w:lang w:eastAsia="zh-TW"/>
        </w:rPr>
        <w:t>學生質性回饋</w:t>
      </w:r>
      <w:r w:rsidR="00B07C75" w:rsidRPr="001457D2">
        <w:rPr>
          <w:rFonts w:ascii="Times New Roman" w:eastAsia="標楷體" w:hAnsi="Times New Roman" w:hint="eastAsia"/>
          <w:sz w:val="24"/>
          <w:lang w:eastAsia="zh-TW"/>
        </w:rPr>
        <w:t xml:space="preserve"> (</w:t>
      </w:r>
      <w:r w:rsidR="00B07C75" w:rsidRPr="001457D2">
        <w:rPr>
          <w:rFonts w:ascii="Times New Roman" w:eastAsia="標楷體" w:hAnsi="Times New Roman" w:hint="eastAsia"/>
          <w:sz w:val="24"/>
          <w:lang w:eastAsia="zh-TW"/>
        </w:rPr>
        <w:t>佐證資料</w:t>
      </w:r>
      <w:r w:rsidR="00B07C75" w:rsidRPr="001457D2">
        <w:rPr>
          <w:rFonts w:ascii="Times New Roman" w:eastAsia="標楷體" w:hAnsi="Times New Roman" w:hint="eastAsia"/>
          <w:sz w:val="24"/>
          <w:lang w:eastAsia="zh-TW"/>
        </w:rPr>
        <w:t>)</w:t>
      </w:r>
    </w:p>
    <w:p w:rsidR="0007028F" w:rsidRDefault="0007028F" w:rsidP="00B07C75">
      <w:pPr>
        <w:rPr>
          <w:rFonts w:eastAsia="新細明體"/>
          <w:lang w:eastAsia="zh-TW"/>
        </w:rPr>
      </w:pPr>
      <w:r w:rsidRPr="0007028F">
        <w:rPr>
          <w:rFonts w:eastAsia="新細明體"/>
          <w:noProof/>
          <w:lang w:eastAsia="zh-TW"/>
        </w:rPr>
        <w:drawing>
          <wp:inline distT="0" distB="0" distL="0" distR="0" wp14:anchorId="101A1EB0" wp14:editId="5517F823">
            <wp:extent cx="6181171" cy="3172858"/>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81171" cy="3172858"/>
                    </a:xfrm>
                    <a:prstGeom prst="rect">
                      <a:avLst/>
                    </a:prstGeom>
                  </pic:spPr>
                </pic:pic>
              </a:graphicData>
            </a:graphic>
          </wp:inline>
        </w:drawing>
      </w:r>
    </w:p>
    <w:p w:rsidR="00C05C8F" w:rsidRDefault="00C05C8F" w:rsidP="00B07C75">
      <w:pPr>
        <w:rPr>
          <w:rFonts w:eastAsia="新細明體"/>
          <w:lang w:eastAsia="zh-TW"/>
        </w:rPr>
      </w:pPr>
      <w:r w:rsidRPr="00C05C8F">
        <w:rPr>
          <w:rFonts w:eastAsia="新細明體"/>
          <w:noProof/>
          <w:lang w:eastAsia="zh-TW"/>
        </w:rPr>
        <w:lastRenderedPageBreak/>
        <w:drawing>
          <wp:inline distT="0" distB="0" distL="0" distR="0" wp14:anchorId="13974B62" wp14:editId="2E339AF6">
            <wp:extent cx="6235546" cy="3294043"/>
            <wp:effectExtent l="0" t="0" r="0" b="190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241674" cy="3297280"/>
                    </a:xfrm>
                    <a:prstGeom prst="rect">
                      <a:avLst/>
                    </a:prstGeom>
                  </pic:spPr>
                </pic:pic>
              </a:graphicData>
            </a:graphic>
          </wp:inline>
        </w:drawing>
      </w:r>
    </w:p>
    <w:p w:rsidR="00F1397E" w:rsidRDefault="000E61D3" w:rsidP="00B07C75">
      <w:pPr>
        <w:rPr>
          <w:rFonts w:eastAsia="新細明體"/>
          <w:lang w:eastAsia="zh-TW"/>
        </w:rPr>
      </w:pPr>
      <w:r w:rsidRPr="000E61D3">
        <w:rPr>
          <w:rFonts w:eastAsia="新細明體"/>
          <w:noProof/>
          <w:lang w:eastAsia="zh-TW"/>
        </w:rPr>
        <w:drawing>
          <wp:inline distT="0" distB="0" distL="0" distR="0" wp14:anchorId="0CCC973A" wp14:editId="1FD246F7">
            <wp:extent cx="6496804" cy="3316077"/>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01601" cy="3318525"/>
                    </a:xfrm>
                    <a:prstGeom prst="rect">
                      <a:avLst/>
                    </a:prstGeom>
                  </pic:spPr>
                </pic:pic>
              </a:graphicData>
            </a:graphic>
          </wp:inline>
        </w:drawing>
      </w:r>
    </w:p>
    <w:p w:rsidR="00D24410" w:rsidRDefault="00AC622E" w:rsidP="00B07C75">
      <w:pPr>
        <w:rPr>
          <w:rFonts w:eastAsia="新細明體"/>
          <w:lang w:eastAsia="zh-TW"/>
        </w:rPr>
      </w:pPr>
      <w:r w:rsidRPr="00AC622E">
        <w:rPr>
          <w:rFonts w:eastAsia="新細明體"/>
          <w:noProof/>
          <w:lang w:eastAsia="zh-TW"/>
        </w:rPr>
        <w:lastRenderedPageBreak/>
        <w:drawing>
          <wp:inline distT="0" distB="0" distL="0" distR="0" wp14:anchorId="60F942BA" wp14:editId="5581C0F8">
            <wp:extent cx="6164715" cy="3547431"/>
            <wp:effectExtent l="0" t="0" r="762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75180" cy="3553453"/>
                    </a:xfrm>
                    <a:prstGeom prst="rect">
                      <a:avLst/>
                    </a:prstGeom>
                  </pic:spPr>
                </pic:pic>
              </a:graphicData>
            </a:graphic>
          </wp:inline>
        </w:drawing>
      </w:r>
    </w:p>
    <w:p w:rsidR="0097770C" w:rsidRPr="0007028F" w:rsidRDefault="0097770C" w:rsidP="00B07C75">
      <w:pPr>
        <w:rPr>
          <w:rFonts w:eastAsia="新細明體"/>
          <w:lang w:eastAsia="zh-TW"/>
        </w:rPr>
      </w:pPr>
      <w:r w:rsidRPr="0097770C">
        <w:rPr>
          <w:rFonts w:eastAsia="新細明體"/>
          <w:noProof/>
          <w:lang w:eastAsia="zh-TW"/>
        </w:rPr>
        <w:drawing>
          <wp:inline distT="0" distB="0" distL="0" distR="0" wp14:anchorId="6DD4DD68" wp14:editId="1A3ECD87">
            <wp:extent cx="6378427" cy="3294044"/>
            <wp:effectExtent l="0" t="0" r="3810" b="190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8427" cy="3294044"/>
                    </a:xfrm>
                    <a:prstGeom prst="rect">
                      <a:avLst/>
                    </a:prstGeom>
                  </pic:spPr>
                </pic:pic>
              </a:graphicData>
            </a:graphic>
          </wp:inline>
        </w:drawing>
      </w:r>
    </w:p>
    <w:p w:rsidR="002E1B1F" w:rsidRPr="002E1B1F" w:rsidRDefault="002E1B1F" w:rsidP="00B07C75">
      <w:pPr>
        <w:rPr>
          <w:rFonts w:eastAsia="新細明體"/>
          <w:lang w:eastAsia="zh-TW"/>
        </w:rPr>
      </w:pPr>
      <w:r w:rsidRPr="00AF7897">
        <w:rPr>
          <w:rFonts w:ascii="Times New Roman" w:eastAsia="標楷體" w:hAnsi="Times New Roman" w:cs="Times New Roman"/>
          <w:noProof/>
          <w:sz w:val="20"/>
          <w:szCs w:val="20"/>
          <w:lang w:eastAsia="zh-TW"/>
        </w:rPr>
        <w:lastRenderedPageBreak/>
        <w:drawing>
          <wp:inline distT="0" distB="0" distL="0" distR="0" wp14:anchorId="765F7959" wp14:editId="47BF4C35">
            <wp:extent cx="5794873" cy="4531139"/>
            <wp:effectExtent l="0" t="0" r="0"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a:ext>
                      </a:extLst>
                    </a:blip>
                    <a:stretch>
                      <a:fillRect/>
                    </a:stretch>
                  </pic:blipFill>
                  <pic:spPr>
                    <a:xfrm>
                      <a:off x="0" y="0"/>
                      <a:ext cx="5808948" cy="4542145"/>
                    </a:xfrm>
                    <a:prstGeom prst="rect">
                      <a:avLst/>
                    </a:prstGeom>
                  </pic:spPr>
                </pic:pic>
              </a:graphicData>
            </a:graphic>
          </wp:inline>
        </w:drawing>
      </w:r>
    </w:p>
    <w:p w:rsidR="00B07C75" w:rsidRPr="00187795" w:rsidRDefault="00B07C75" w:rsidP="00B07C75">
      <w:pPr>
        <w:rPr>
          <w:rFonts w:ascii="Times New Roman" w:eastAsia="標楷體" w:hAnsi="Times New Roman"/>
          <w:sz w:val="24"/>
          <w:lang w:eastAsia="zh-TW"/>
        </w:rPr>
      </w:pPr>
      <w:r w:rsidRPr="00187795">
        <w:rPr>
          <w:rFonts w:ascii="Times New Roman" w:eastAsia="標楷體" w:hAnsi="Times New Roman" w:hint="eastAsia"/>
          <w:sz w:val="24"/>
          <w:lang w:eastAsia="zh-TW"/>
        </w:rPr>
        <w:t>收集</w:t>
      </w:r>
      <w:r w:rsidRPr="00187795">
        <w:rPr>
          <w:rFonts w:ascii="Times New Roman" w:eastAsia="標楷體" w:hAnsi="Times New Roman" w:hint="eastAsia"/>
          <w:sz w:val="24"/>
          <w:lang w:eastAsia="zh-TW"/>
        </w:rPr>
        <w:t xml:space="preserve"> 17 </w:t>
      </w:r>
      <w:r w:rsidRPr="00187795">
        <w:rPr>
          <w:rFonts w:ascii="Times New Roman" w:eastAsia="標楷體" w:hAnsi="Times New Roman" w:hint="eastAsia"/>
          <w:sz w:val="24"/>
          <w:lang w:eastAsia="zh-TW"/>
        </w:rPr>
        <w:t>位同學的真實學習感言，展示教學成效：</w:t>
      </w:r>
    </w:p>
    <w:p w:rsidR="00B07C75" w:rsidRPr="00187795" w:rsidRDefault="00B07C75" w:rsidP="00B07C75">
      <w:pPr>
        <w:rPr>
          <w:rFonts w:ascii="Times New Roman" w:eastAsia="標楷體" w:hAnsi="Times New Roman"/>
          <w:sz w:val="24"/>
          <w:lang w:eastAsia="zh-TW"/>
        </w:rPr>
      </w:pPr>
      <w:r w:rsidRPr="00187795">
        <w:rPr>
          <w:rFonts w:ascii="Times New Roman" w:eastAsia="標楷體" w:hAnsi="Times New Roman" w:hint="eastAsia"/>
          <w:sz w:val="24"/>
          <w:lang w:eastAsia="zh-TW"/>
        </w:rPr>
        <w:t>「護理科通常沒有機會學習到</w:t>
      </w:r>
      <w:r w:rsidRPr="00187795">
        <w:rPr>
          <w:rFonts w:ascii="Times New Roman" w:eastAsia="標楷體" w:hAnsi="Times New Roman"/>
          <w:sz w:val="24"/>
          <w:lang w:eastAsia="zh-TW"/>
        </w:rPr>
        <w:t xml:space="preserve"> Colab</w:t>
      </w:r>
      <w:r w:rsidRPr="00187795">
        <w:rPr>
          <w:rFonts w:ascii="Times New Roman" w:eastAsia="標楷體" w:hAnsi="Times New Roman" w:hint="eastAsia"/>
          <w:sz w:val="24"/>
          <w:lang w:eastAsia="zh-TW"/>
        </w:rPr>
        <w:t>，初步了解到代碼運作方式，很有趣。」</w:t>
      </w:r>
    </w:p>
    <w:p w:rsidR="00B07C75" w:rsidRPr="00187795" w:rsidRDefault="00B07C75" w:rsidP="00B07C75">
      <w:pPr>
        <w:rPr>
          <w:rFonts w:ascii="Times New Roman" w:eastAsia="標楷體" w:hAnsi="Times New Roman"/>
          <w:sz w:val="24"/>
          <w:lang w:eastAsia="zh-TW"/>
        </w:rPr>
      </w:pPr>
      <w:r w:rsidRPr="00187795">
        <w:rPr>
          <w:rFonts w:ascii="Times New Roman" w:eastAsia="標楷體" w:hAnsi="Times New Roman" w:hint="eastAsia"/>
          <w:sz w:val="24"/>
          <w:lang w:eastAsia="zh-TW"/>
        </w:rPr>
        <w:t>「學到如何正確的運用</w:t>
      </w:r>
      <w:r w:rsidRPr="00187795">
        <w:rPr>
          <w:rFonts w:ascii="Times New Roman" w:eastAsia="標楷體" w:hAnsi="Times New Roman" w:hint="eastAsia"/>
          <w:sz w:val="24"/>
          <w:lang w:eastAsia="zh-TW"/>
        </w:rPr>
        <w:t xml:space="preserve"> AI </w:t>
      </w:r>
      <w:r w:rsidRPr="00187795">
        <w:rPr>
          <w:rFonts w:ascii="Times New Roman" w:eastAsia="標楷體" w:hAnsi="Times New Roman" w:hint="eastAsia"/>
          <w:sz w:val="24"/>
          <w:lang w:eastAsia="zh-TW"/>
        </w:rPr>
        <w:t>於業務上，使我們更快的得到正確的資訊。」</w:t>
      </w:r>
    </w:p>
    <w:p w:rsidR="00B07C75" w:rsidRPr="00187795" w:rsidRDefault="00B07C75" w:rsidP="00B07C75">
      <w:pPr>
        <w:rPr>
          <w:rFonts w:ascii="Times New Roman" w:eastAsia="標楷體" w:hAnsi="Times New Roman"/>
          <w:sz w:val="24"/>
          <w:lang w:eastAsia="zh-TW"/>
        </w:rPr>
      </w:pPr>
      <w:r w:rsidRPr="00187795">
        <w:rPr>
          <w:rFonts w:ascii="Times New Roman" w:eastAsia="標楷體" w:hAnsi="Times New Roman" w:hint="eastAsia"/>
          <w:sz w:val="24"/>
          <w:lang w:eastAsia="zh-TW"/>
        </w:rPr>
        <w:t>「學習到了如何用</w:t>
      </w:r>
      <w:r w:rsidRPr="00187795">
        <w:rPr>
          <w:rFonts w:ascii="Times New Roman" w:eastAsia="標楷體" w:hAnsi="Times New Roman" w:hint="eastAsia"/>
          <w:sz w:val="24"/>
          <w:lang w:eastAsia="zh-TW"/>
        </w:rPr>
        <w:t xml:space="preserve"> Python </w:t>
      </w:r>
      <w:r w:rsidRPr="00187795">
        <w:rPr>
          <w:rFonts w:ascii="Times New Roman" w:eastAsia="標楷體" w:hAnsi="Times New Roman" w:hint="eastAsia"/>
          <w:sz w:val="24"/>
          <w:lang w:eastAsia="zh-TW"/>
        </w:rPr>
        <w:t>篩選病患，比起課本，我覺得實際操作會比較有印象。」</w:t>
      </w:r>
    </w:p>
    <w:p w:rsidR="00E0011B" w:rsidRPr="00187795" w:rsidRDefault="00B07C75" w:rsidP="00B07C75">
      <w:pPr>
        <w:rPr>
          <w:rFonts w:ascii="Times New Roman" w:eastAsia="標楷體" w:hAnsi="Times New Roman"/>
          <w:sz w:val="24"/>
          <w:lang w:eastAsia="zh-TW"/>
        </w:rPr>
      </w:pPr>
      <w:r w:rsidRPr="00187795">
        <w:rPr>
          <w:rFonts w:ascii="Times New Roman" w:eastAsia="標楷體" w:hAnsi="Times New Roman" w:hint="eastAsia"/>
          <w:sz w:val="24"/>
          <w:lang w:eastAsia="zh-TW"/>
        </w:rPr>
        <w:t>這些佐證資料完整呈現了本教案如何讓零基礎的護理與醫管系學生，成功轉化為具備</w:t>
      </w:r>
      <w:r w:rsidRPr="00187795">
        <w:rPr>
          <w:rFonts w:ascii="Times New Roman" w:eastAsia="標楷體" w:hAnsi="Times New Roman" w:hint="eastAsia"/>
          <w:sz w:val="24"/>
          <w:lang w:eastAsia="zh-TW"/>
        </w:rPr>
        <w:t xml:space="preserve"> AI </w:t>
      </w:r>
      <w:r w:rsidRPr="00187795">
        <w:rPr>
          <w:rFonts w:ascii="Times New Roman" w:eastAsia="標楷體" w:hAnsi="Times New Roman" w:hint="eastAsia"/>
          <w:sz w:val="24"/>
          <w:lang w:eastAsia="zh-TW"/>
        </w:rPr>
        <w:t>數據分析識能</w:t>
      </w:r>
      <w:r w:rsidRPr="00187795">
        <w:rPr>
          <w:rFonts w:ascii="Times New Roman" w:eastAsia="標楷體" w:hAnsi="Times New Roman" w:hint="eastAsia"/>
          <w:sz w:val="24"/>
          <w:lang w:eastAsia="zh-TW"/>
        </w:rPr>
        <w:t xml:space="preserve"> </w:t>
      </w:r>
      <w:r w:rsidRPr="00187795">
        <w:rPr>
          <w:rFonts w:ascii="Times New Roman" w:eastAsia="標楷體" w:hAnsi="Times New Roman" w:hint="eastAsia"/>
          <w:sz w:val="24"/>
          <w:lang w:eastAsia="zh-TW"/>
        </w:rPr>
        <w:t>的智慧醫護人才。</w:t>
      </w:r>
      <w:r w:rsidR="00742140" w:rsidRPr="00187795">
        <w:rPr>
          <w:rFonts w:ascii="Times New Roman" w:eastAsia="標楷體" w:hAnsi="Times New Roman"/>
          <w:sz w:val="24"/>
          <w:lang w:eastAsia="zh-TW"/>
        </w:rPr>
        <w:br/>
      </w:r>
    </w:p>
    <w:p w:rsidR="00E0011B" w:rsidRPr="00187795" w:rsidRDefault="00620A75">
      <w:pPr>
        <w:pStyle w:val="21"/>
        <w:rPr>
          <w:rFonts w:ascii="Times New Roman" w:eastAsia="標楷體" w:hAnsi="Times New Roman"/>
          <w:sz w:val="24"/>
          <w:lang w:eastAsia="zh-TW"/>
        </w:rPr>
      </w:pPr>
      <w:bookmarkStart w:id="10" w:name="_Toc234218897"/>
      <w:r w:rsidRPr="00187795">
        <w:rPr>
          <w:rFonts w:ascii="Times New Roman" w:eastAsia="標楷體" w:hAnsi="Times New Roman" w:hint="eastAsia"/>
          <w:sz w:val="24"/>
          <w:lang w:eastAsia="zh-HK"/>
        </w:rPr>
        <w:t>七</w:t>
      </w:r>
      <w:r w:rsidR="00742140" w:rsidRPr="00187795">
        <w:rPr>
          <w:rFonts w:ascii="Times New Roman" w:eastAsia="標楷體" w:hAnsi="Times New Roman"/>
          <w:sz w:val="24"/>
          <w:lang w:eastAsia="zh-TW"/>
        </w:rPr>
        <w:t>、教學反思與未來規劃</w:t>
      </w:r>
      <w:bookmarkEnd w:id="10"/>
    </w:p>
    <w:p w:rsidR="00D5736E" w:rsidRPr="00187795" w:rsidRDefault="00D5736E" w:rsidP="00D5736E">
      <w:pPr>
        <w:rPr>
          <w:rFonts w:ascii="Times New Roman" w:eastAsia="標楷體" w:hAnsi="Times New Roman"/>
          <w:sz w:val="24"/>
          <w:lang w:eastAsia="zh-TW"/>
        </w:rPr>
      </w:pPr>
      <w:r w:rsidRPr="00187795">
        <w:rPr>
          <w:rFonts w:ascii="Times New Roman" w:eastAsia="標楷體" w:hAnsi="Times New Roman" w:hint="eastAsia"/>
          <w:sz w:val="24"/>
          <w:lang w:eastAsia="zh-TW"/>
        </w:rPr>
        <w:t xml:space="preserve">1. </w:t>
      </w:r>
      <w:r w:rsidRPr="00187795">
        <w:rPr>
          <w:rFonts w:ascii="Times New Roman" w:eastAsia="標楷體" w:hAnsi="Times New Roman" w:hint="eastAsia"/>
          <w:sz w:val="24"/>
          <w:lang w:eastAsia="zh-TW"/>
        </w:rPr>
        <w:t>教學心得</w:t>
      </w:r>
      <w:r w:rsidRPr="00187795">
        <w:rPr>
          <w:rFonts w:ascii="Times New Roman" w:eastAsia="標楷體" w:hAnsi="Times New Roman" w:hint="eastAsia"/>
          <w:sz w:val="24"/>
          <w:lang w:eastAsia="zh-TW"/>
        </w:rPr>
        <w:t xml:space="preserve"> (Teaching Insights)</w:t>
      </w:r>
    </w:p>
    <w:p w:rsidR="00D5736E" w:rsidRPr="00187795" w:rsidRDefault="00CA34E1" w:rsidP="00D5736E">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D5736E" w:rsidRPr="00187795">
        <w:rPr>
          <w:rFonts w:ascii="Times New Roman" w:eastAsia="標楷體" w:hAnsi="Times New Roman" w:hint="eastAsia"/>
          <w:sz w:val="24"/>
          <w:lang w:eastAsia="zh-TW"/>
        </w:rPr>
        <w:t>跨領域接軌的必要性：</w:t>
      </w:r>
      <w:r w:rsidR="00D5736E" w:rsidRPr="00187795">
        <w:rPr>
          <w:rFonts w:ascii="Times New Roman" w:eastAsia="標楷體" w:hAnsi="Times New Roman" w:hint="eastAsia"/>
          <w:sz w:val="24"/>
          <w:lang w:eastAsia="zh-TW"/>
        </w:rPr>
        <w:t xml:space="preserve"> </w:t>
      </w:r>
      <w:r w:rsidR="00D5736E" w:rsidRPr="00187795">
        <w:rPr>
          <w:rFonts w:ascii="Times New Roman" w:eastAsia="標楷體" w:hAnsi="Times New Roman" w:hint="eastAsia"/>
          <w:sz w:val="24"/>
          <w:lang w:eastAsia="zh-TW"/>
        </w:rPr>
        <w:t>本課程的核心在於「護理專業」與「數據科學」的深度接軌。透過將</w:t>
      </w:r>
      <w:r w:rsidR="00D5736E" w:rsidRPr="00187795">
        <w:rPr>
          <w:rFonts w:ascii="Times New Roman" w:eastAsia="標楷體" w:hAnsi="Times New Roman"/>
          <w:sz w:val="24"/>
          <w:lang w:eastAsia="zh-TW"/>
        </w:rPr>
        <w:t xml:space="preserve"> Python </w:t>
      </w:r>
      <w:r w:rsidR="00D5736E" w:rsidRPr="00187795">
        <w:rPr>
          <w:rFonts w:ascii="Times New Roman" w:eastAsia="標楷體" w:hAnsi="Times New Roman" w:hint="eastAsia"/>
          <w:sz w:val="24"/>
          <w:lang w:eastAsia="zh-TW"/>
        </w:rPr>
        <w:t>語法比</w:t>
      </w:r>
      <w:r w:rsidR="00D5736E" w:rsidRPr="00187795">
        <w:rPr>
          <w:rFonts w:ascii="Times New Roman" w:eastAsia="標楷體" w:hAnsi="Times New Roman" w:cs="細明體" w:hint="eastAsia"/>
          <w:sz w:val="24"/>
          <w:lang w:eastAsia="zh-TW"/>
        </w:rPr>
        <w:t>喻</w:t>
      </w:r>
      <w:r w:rsidR="00D5736E" w:rsidRPr="00187795">
        <w:rPr>
          <w:rFonts w:ascii="Times New Roman" w:eastAsia="標楷體" w:hAnsi="Times New Roman" w:cs="MS Gothic" w:hint="eastAsia"/>
          <w:sz w:val="24"/>
          <w:lang w:eastAsia="zh-TW"/>
        </w:rPr>
        <w:t>為「護理標準作業流程</w:t>
      </w:r>
      <w:r w:rsidR="00D5736E" w:rsidRPr="00187795">
        <w:rPr>
          <w:rFonts w:ascii="Times New Roman" w:eastAsia="標楷體" w:hAnsi="Times New Roman"/>
          <w:sz w:val="24"/>
          <w:lang w:eastAsia="zh-TW"/>
        </w:rPr>
        <w:t xml:space="preserve"> (SOP)</w:t>
      </w:r>
      <w:r w:rsidR="00D5736E" w:rsidRPr="00187795">
        <w:rPr>
          <w:rFonts w:ascii="Times New Roman" w:eastAsia="標楷體" w:hAnsi="Times New Roman" w:hint="eastAsia"/>
          <w:sz w:val="24"/>
          <w:lang w:eastAsia="zh-TW"/>
        </w:rPr>
        <w:t>」，能有效降低非資訊背景學生的學習門檻，讓學生理解科技是臨床照護的輔助工具而非負擔。</w:t>
      </w:r>
    </w:p>
    <w:p w:rsidR="00D5736E" w:rsidRPr="00187795" w:rsidRDefault="00CA34E1" w:rsidP="00D5736E">
      <w:pPr>
        <w:rPr>
          <w:rFonts w:ascii="Times New Roman" w:eastAsia="標楷體" w:hAnsi="Times New Roman"/>
          <w:sz w:val="24"/>
          <w:lang w:eastAsia="zh-TW"/>
        </w:rPr>
      </w:pPr>
      <w:r w:rsidRPr="00187795">
        <w:rPr>
          <w:rFonts w:ascii="Times New Roman" w:eastAsia="標楷體" w:hAnsi="Times New Roman" w:hint="eastAsia"/>
          <w:sz w:val="24"/>
          <w:lang w:eastAsia="zh-TW"/>
        </w:rPr>
        <w:lastRenderedPageBreak/>
        <w:t>＊</w:t>
      </w:r>
      <w:r w:rsidR="00D5736E" w:rsidRPr="00187795">
        <w:rPr>
          <w:rFonts w:ascii="Times New Roman" w:eastAsia="標楷體" w:hAnsi="Times New Roman" w:hint="eastAsia"/>
          <w:sz w:val="24"/>
          <w:lang w:eastAsia="zh-TW"/>
        </w:rPr>
        <w:t>從「畏懼代碼」到「人機協作」：</w:t>
      </w:r>
      <w:r w:rsidR="00D5736E" w:rsidRPr="00187795">
        <w:rPr>
          <w:rFonts w:ascii="Times New Roman" w:eastAsia="標楷體" w:hAnsi="Times New Roman" w:hint="eastAsia"/>
          <w:sz w:val="24"/>
          <w:lang w:eastAsia="zh-TW"/>
        </w:rPr>
        <w:t xml:space="preserve"> </w:t>
      </w:r>
      <w:r w:rsidR="00D5736E" w:rsidRPr="00187795">
        <w:rPr>
          <w:rFonts w:ascii="Times New Roman" w:eastAsia="標楷體" w:hAnsi="Times New Roman" w:hint="eastAsia"/>
          <w:sz w:val="24"/>
          <w:lang w:eastAsia="zh-TW"/>
        </w:rPr>
        <w:t>教學中發現，護理系學生初期對撰寫程式較無信心（如期中問卷所示）。然而，透過生成式</w:t>
      </w:r>
      <w:r w:rsidR="00D5736E" w:rsidRPr="00187795">
        <w:rPr>
          <w:rFonts w:ascii="Times New Roman" w:eastAsia="標楷體" w:hAnsi="Times New Roman" w:hint="eastAsia"/>
          <w:sz w:val="24"/>
          <w:lang w:eastAsia="zh-TW"/>
        </w:rPr>
        <w:t xml:space="preserve"> AI (</w:t>
      </w:r>
      <w:r w:rsidR="00D5736E" w:rsidRPr="00187795">
        <w:rPr>
          <w:rFonts w:ascii="Times New Roman" w:eastAsia="標楷體" w:hAnsi="Times New Roman" w:hint="eastAsia"/>
          <w:sz w:val="24"/>
          <w:lang w:eastAsia="zh-TW"/>
        </w:rPr>
        <w:t>如</w:t>
      </w:r>
      <w:r w:rsidR="00D5736E" w:rsidRPr="00187795">
        <w:rPr>
          <w:rFonts w:ascii="Times New Roman" w:eastAsia="標楷體" w:hAnsi="Times New Roman" w:hint="eastAsia"/>
          <w:sz w:val="24"/>
          <w:lang w:eastAsia="zh-TW"/>
        </w:rPr>
        <w:t xml:space="preserve"> Gemini/ChatGPT) </w:t>
      </w:r>
      <w:r w:rsidR="00D5736E" w:rsidRPr="00187795">
        <w:rPr>
          <w:rFonts w:ascii="Times New Roman" w:eastAsia="標楷體" w:hAnsi="Times New Roman" w:hint="eastAsia"/>
          <w:sz w:val="24"/>
          <w:lang w:eastAsia="zh-TW"/>
        </w:rPr>
        <w:t>輔助開發，學生學會利用</w:t>
      </w:r>
      <w:r w:rsidR="00D5736E" w:rsidRPr="00187795">
        <w:rPr>
          <w:rFonts w:ascii="Times New Roman" w:eastAsia="標楷體" w:hAnsi="Times New Roman" w:hint="eastAsia"/>
          <w:sz w:val="24"/>
          <w:lang w:eastAsia="zh-TW"/>
        </w:rPr>
        <w:t xml:space="preserve"> Prompt (</w:t>
      </w:r>
      <w:r w:rsidR="00D5736E" w:rsidRPr="00187795">
        <w:rPr>
          <w:rFonts w:ascii="Times New Roman" w:eastAsia="標楷體" w:hAnsi="Times New Roman" w:hint="eastAsia"/>
          <w:sz w:val="24"/>
          <w:lang w:eastAsia="zh-TW"/>
        </w:rPr>
        <w:t>提示詞</w:t>
      </w:r>
      <w:r w:rsidR="00D5736E" w:rsidRPr="00187795">
        <w:rPr>
          <w:rFonts w:ascii="Times New Roman" w:eastAsia="標楷體" w:hAnsi="Times New Roman" w:hint="eastAsia"/>
          <w:sz w:val="24"/>
          <w:lang w:eastAsia="zh-TW"/>
        </w:rPr>
        <w:t xml:space="preserve">) </w:t>
      </w:r>
      <w:r w:rsidR="00D5736E" w:rsidRPr="00187795">
        <w:rPr>
          <w:rFonts w:ascii="Times New Roman" w:eastAsia="標楷體" w:hAnsi="Times New Roman" w:hint="eastAsia"/>
          <w:sz w:val="24"/>
          <w:lang w:eastAsia="zh-TW"/>
        </w:rPr>
        <w:t>生成代碼，將重心從「死背語法」轉移到「臨床決策」，顯著提升了學習動機。</w:t>
      </w:r>
    </w:p>
    <w:p w:rsidR="00784D8D" w:rsidRPr="00187795" w:rsidRDefault="00CA34E1" w:rsidP="00D5736E">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D5736E" w:rsidRPr="00187795">
        <w:rPr>
          <w:rFonts w:ascii="Times New Roman" w:eastAsia="標楷體" w:hAnsi="Times New Roman" w:hint="eastAsia"/>
          <w:sz w:val="24"/>
          <w:lang w:eastAsia="zh-TW"/>
        </w:rPr>
        <w:t>實作驅動的深刻記憶：</w:t>
      </w:r>
      <w:r w:rsidR="00D5736E" w:rsidRPr="00187795">
        <w:rPr>
          <w:rFonts w:ascii="Times New Roman" w:eastAsia="標楷體" w:hAnsi="Times New Roman" w:hint="eastAsia"/>
          <w:sz w:val="24"/>
          <w:lang w:eastAsia="zh-TW"/>
        </w:rPr>
        <w:t xml:space="preserve"> </w:t>
      </w:r>
      <w:r w:rsidR="00D5736E" w:rsidRPr="00187795">
        <w:rPr>
          <w:rFonts w:ascii="Times New Roman" w:eastAsia="標楷體" w:hAnsi="Times New Roman" w:hint="eastAsia"/>
          <w:sz w:val="24"/>
          <w:lang w:eastAsia="zh-TW"/>
        </w:rPr>
        <w:t>學生回饋普遍認為「實際操作比課本更有印象」。使用</w:t>
      </w:r>
      <w:r w:rsidR="00D5736E" w:rsidRPr="00187795">
        <w:rPr>
          <w:rFonts w:ascii="Times New Roman" w:eastAsia="標楷體" w:hAnsi="Times New Roman" w:hint="eastAsia"/>
          <w:sz w:val="24"/>
          <w:lang w:eastAsia="zh-TW"/>
        </w:rPr>
        <w:t xml:space="preserve"> Google Colab </w:t>
      </w:r>
      <w:r w:rsidR="00D5736E" w:rsidRPr="00187795">
        <w:rPr>
          <w:rFonts w:ascii="Times New Roman" w:eastAsia="標楷體" w:hAnsi="Times New Roman" w:hint="eastAsia"/>
          <w:sz w:val="24"/>
          <w:lang w:eastAsia="zh-TW"/>
        </w:rPr>
        <w:t>這種免安裝的雲端環境，讓學生能即時看到數據轉化為視覺化圖表（如血壓趨勢、</w:t>
      </w:r>
      <w:r w:rsidR="00D5736E" w:rsidRPr="00187795">
        <w:rPr>
          <w:rFonts w:ascii="Times New Roman" w:eastAsia="標楷體" w:hAnsi="Times New Roman" w:hint="eastAsia"/>
          <w:sz w:val="24"/>
          <w:lang w:eastAsia="zh-TW"/>
        </w:rPr>
        <w:t xml:space="preserve">BMI </w:t>
      </w:r>
      <w:r w:rsidR="00D5736E" w:rsidRPr="00187795">
        <w:rPr>
          <w:rFonts w:ascii="Times New Roman" w:eastAsia="標楷體" w:hAnsi="Times New Roman" w:hint="eastAsia"/>
          <w:sz w:val="24"/>
          <w:lang w:eastAsia="zh-TW"/>
        </w:rPr>
        <w:t>分布），這種成就感是推動持續學習的關鍵</w:t>
      </w:r>
    </w:p>
    <w:p w:rsidR="00784D8D" w:rsidRPr="00187795" w:rsidRDefault="00784D8D" w:rsidP="00784D8D">
      <w:pPr>
        <w:rPr>
          <w:rFonts w:ascii="Times New Roman" w:eastAsia="標楷體" w:hAnsi="Times New Roman"/>
          <w:sz w:val="24"/>
          <w:lang w:eastAsia="zh-TW"/>
        </w:rPr>
      </w:pPr>
      <w:r w:rsidRPr="00187795">
        <w:rPr>
          <w:rFonts w:ascii="Times New Roman" w:eastAsia="標楷體" w:hAnsi="Times New Roman" w:hint="eastAsia"/>
          <w:sz w:val="24"/>
          <w:lang w:eastAsia="zh-TW"/>
        </w:rPr>
        <w:t xml:space="preserve">2. </w:t>
      </w:r>
      <w:r w:rsidRPr="00187795">
        <w:rPr>
          <w:rFonts w:ascii="Times New Roman" w:eastAsia="標楷體" w:hAnsi="Times New Roman" w:hint="eastAsia"/>
          <w:sz w:val="24"/>
          <w:lang w:eastAsia="zh-TW"/>
        </w:rPr>
        <w:t>執行成效</w:t>
      </w:r>
      <w:r w:rsidRPr="00187795">
        <w:rPr>
          <w:rFonts w:ascii="Times New Roman" w:eastAsia="標楷體" w:hAnsi="Times New Roman" w:hint="eastAsia"/>
          <w:sz w:val="24"/>
          <w:lang w:eastAsia="zh-TW"/>
        </w:rPr>
        <w:t xml:space="preserve"> (Implementation Effectiveness)</w:t>
      </w:r>
    </w:p>
    <w:p w:rsidR="00784D8D" w:rsidRPr="00187795" w:rsidRDefault="00C07A09" w:rsidP="00784D8D">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784D8D" w:rsidRPr="00187795">
        <w:rPr>
          <w:rFonts w:ascii="Times New Roman" w:eastAsia="標楷體" w:hAnsi="Times New Roman" w:hint="eastAsia"/>
          <w:sz w:val="24"/>
          <w:lang w:eastAsia="zh-TW"/>
        </w:rPr>
        <w:t>量化能力指標提升：</w:t>
      </w:r>
      <w:r w:rsidR="00784D8D" w:rsidRPr="00187795">
        <w:rPr>
          <w:rFonts w:ascii="Times New Roman" w:eastAsia="標楷體" w:hAnsi="Times New Roman" w:hint="eastAsia"/>
          <w:sz w:val="24"/>
          <w:lang w:eastAsia="zh-TW"/>
        </w:rPr>
        <w:t xml:space="preserve"> </w:t>
      </w:r>
      <w:r w:rsidR="00784D8D" w:rsidRPr="00187795">
        <w:rPr>
          <w:rFonts w:ascii="Times New Roman" w:eastAsia="標楷體" w:hAnsi="Times New Roman" w:hint="eastAsia"/>
          <w:sz w:val="24"/>
          <w:lang w:eastAsia="zh-TW"/>
        </w:rPr>
        <w:t>透過施測，學生在「臨床問題識別、資訊語言理解、數位工具應用、批判性思考、</w:t>
      </w:r>
      <w:r w:rsidR="00784D8D" w:rsidRPr="00187795">
        <w:rPr>
          <w:rFonts w:ascii="Times New Roman" w:eastAsia="標楷體" w:hAnsi="Times New Roman" w:hint="eastAsia"/>
          <w:sz w:val="24"/>
          <w:lang w:eastAsia="zh-TW"/>
        </w:rPr>
        <w:t xml:space="preserve">AI </w:t>
      </w:r>
      <w:r w:rsidR="00784D8D" w:rsidRPr="00187795">
        <w:rPr>
          <w:rFonts w:ascii="Times New Roman" w:eastAsia="標楷體" w:hAnsi="Times New Roman" w:hint="eastAsia"/>
          <w:sz w:val="24"/>
          <w:lang w:eastAsia="zh-TW"/>
        </w:rPr>
        <w:t>輔助解決、資訊語言溝通」等六大能力指標上皆有增進。</w:t>
      </w:r>
    </w:p>
    <w:p w:rsidR="00784D8D" w:rsidRPr="00187795" w:rsidRDefault="00C07A09" w:rsidP="00784D8D">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784D8D" w:rsidRPr="00187795">
        <w:rPr>
          <w:rFonts w:ascii="Times New Roman" w:eastAsia="標楷體" w:hAnsi="Times New Roman" w:hint="eastAsia"/>
          <w:sz w:val="24"/>
          <w:lang w:eastAsia="zh-TW"/>
        </w:rPr>
        <w:t>低門檻開發成功實踐：</w:t>
      </w:r>
      <w:r w:rsidR="00784D8D" w:rsidRPr="00187795">
        <w:rPr>
          <w:rFonts w:ascii="Times New Roman" w:eastAsia="標楷體" w:hAnsi="Times New Roman" w:hint="eastAsia"/>
          <w:sz w:val="24"/>
          <w:lang w:eastAsia="zh-TW"/>
        </w:rPr>
        <w:t xml:space="preserve"> </w:t>
      </w:r>
      <w:r w:rsidR="00784D8D" w:rsidRPr="00187795">
        <w:rPr>
          <w:rFonts w:ascii="Times New Roman" w:eastAsia="標楷體" w:hAnsi="Times New Roman" w:hint="eastAsia"/>
          <w:sz w:val="24"/>
          <w:lang w:eastAsia="zh-TW"/>
        </w:rPr>
        <w:t>期末成果顯示，學生已能運用</w:t>
      </w:r>
      <w:r w:rsidR="00784D8D" w:rsidRPr="00187795">
        <w:rPr>
          <w:rFonts w:ascii="Times New Roman" w:eastAsia="標楷體" w:hAnsi="Times New Roman" w:hint="eastAsia"/>
          <w:sz w:val="24"/>
          <w:lang w:eastAsia="zh-TW"/>
        </w:rPr>
        <w:t xml:space="preserve"> Python </w:t>
      </w:r>
      <w:r w:rsidR="00784D8D" w:rsidRPr="00187795">
        <w:rPr>
          <w:rFonts w:ascii="Times New Roman" w:eastAsia="標楷體" w:hAnsi="Times New Roman" w:hint="eastAsia"/>
          <w:sz w:val="24"/>
          <w:lang w:eastAsia="zh-TW"/>
        </w:rPr>
        <w:t>套件</w:t>
      </w:r>
      <w:r w:rsidR="00784D8D" w:rsidRPr="00187795">
        <w:rPr>
          <w:rFonts w:ascii="Times New Roman" w:eastAsia="標楷體" w:hAnsi="Times New Roman" w:hint="eastAsia"/>
          <w:sz w:val="24"/>
          <w:lang w:eastAsia="zh-TW"/>
        </w:rPr>
        <w:t xml:space="preserve"> (Pandas, Matplotlib) </w:t>
      </w:r>
      <w:r w:rsidR="00784D8D" w:rsidRPr="00187795">
        <w:rPr>
          <w:rFonts w:ascii="Times New Roman" w:eastAsia="標楷體" w:hAnsi="Times New Roman" w:hint="eastAsia"/>
          <w:sz w:val="24"/>
          <w:lang w:eastAsia="zh-TW"/>
        </w:rPr>
        <w:t>處理醫療數據。例如：學生能透過中文指令讓</w:t>
      </w:r>
      <w:r w:rsidR="00784D8D" w:rsidRPr="00187795">
        <w:rPr>
          <w:rFonts w:ascii="Times New Roman" w:eastAsia="標楷體" w:hAnsi="Times New Roman"/>
          <w:sz w:val="24"/>
          <w:lang w:eastAsia="zh-TW"/>
        </w:rPr>
        <w:t xml:space="preserve"> AI </w:t>
      </w:r>
      <w:r w:rsidR="00784D8D" w:rsidRPr="00187795">
        <w:rPr>
          <w:rFonts w:ascii="Times New Roman" w:eastAsia="標楷體" w:hAnsi="Times New Roman" w:cs="細明體" w:hint="eastAsia"/>
          <w:sz w:val="24"/>
          <w:lang w:eastAsia="zh-TW"/>
        </w:rPr>
        <w:t>產</w:t>
      </w:r>
      <w:r w:rsidR="00784D8D" w:rsidRPr="00187795">
        <w:rPr>
          <w:rFonts w:ascii="Times New Roman" w:eastAsia="標楷體" w:hAnsi="Times New Roman" w:cs="MS Gothic" w:hint="eastAsia"/>
          <w:sz w:val="24"/>
          <w:lang w:eastAsia="zh-TW"/>
        </w:rPr>
        <w:t>出「篩選空腹血糖</w:t>
      </w:r>
      <w:r w:rsidR="00784D8D" w:rsidRPr="00187795">
        <w:rPr>
          <w:rFonts w:ascii="Times New Roman" w:eastAsia="標楷體" w:hAnsi="Times New Roman"/>
          <w:sz w:val="24"/>
          <w:lang w:eastAsia="zh-TW"/>
        </w:rPr>
        <w:t xml:space="preserve"> &gt; 126 </w:t>
      </w:r>
      <w:r w:rsidR="00784D8D" w:rsidRPr="00187795">
        <w:rPr>
          <w:rFonts w:ascii="Times New Roman" w:eastAsia="標楷體" w:hAnsi="Times New Roman" w:hint="eastAsia"/>
          <w:sz w:val="24"/>
          <w:lang w:eastAsia="zh-TW"/>
        </w:rPr>
        <w:t>且飯後血糖</w:t>
      </w:r>
      <w:r w:rsidR="00784D8D" w:rsidRPr="00187795">
        <w:rPr>
          <w:rFonts w:ascii="Times New Roman" w:eastAsia="標楷體" w:hAnsi="Times New Roman"/>
          <w:sz w:val="24"/>
          <w:lang w:eastAsia="zh-TW"/>
        </w:rPr>
        <w:t xml:space="preserve"> &gt; 140 </w:t>
      </w:r>
      <w:r w:rsidR="00784D8D" w:rsidRPr="00187795">
        <w:rPr>
          <w:rFonts w:ascii="Times New Roman" w:eastAsia="標楷體" w:hAnsi="Times New Roman" w:hint="eastAsia"/>
          <w:sz w:val="24"/>
          <w:lang w:eastAsia="zh-TW"/>
        </w:rPr>
        <w:t>病患」的代碼，並撰寫相應的臨床建議。</w:t>
      </w:r>
    </w:p>
    <w:p w:rsidR="003E3FCC" w:rsidRPr="00187795" w:rsidRDefault="00C07A09" w:rsidP="00784D8D">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784D8D" w:rsidRPr="00187795">
        <w:rPr>
          <w:rFonts w:ascii="Times New Roman" w:eastAsia="標楷體" w:hAnsi="Times New Roman" w:hint="eastAsia"/>
          <w:sz w:val="24"/>
          <w:lang w:eastAsia="zh-TW"/>
        </w:rPr>
        <w:t>臨床行政減負的具體視野：</w:t>
      </w:r>
      <w:r w:rsidR="00784D8D" w:rsidRPr="00187795">
        <w:rPr>
          <w:rFonts w:ascii="Times New Roman" w:eastAsia="標楷體" w:hAnsi="Times New Roman"/>
          <w:sz w:val="24"/>
          <w:lang w:eastAsia="zh-TW"/>
        </w:rPr>
        <w:t xml:space="preserve"> </w:t>
      </w:r>
      <w:r w:rsidR="00784D8D" w:rsidRPr="00187795">
        <w:rPr>
          <w:rFonts w:ascii="Times New Roman" w:eastAsia="標楷體" w:hAnsi="Times New Roman" w:hint="eastAsia"/>
          <w:sz w:val="24"/>
          <w:lang w:eastAsia="zh-TW"/>
        </w:rPr>
        <w:t>課程納入奇美醫院與凱旋醫院的實務案例，展示了</w:t>
      </w:r>
      <w:r w:rsidR="00784D8D" w:rsidRPr="00187795">
        <w:rPr>
          <w:rFonts w:ascii="Times New Roman" w:eastAsia="標楷體" w:hAnsi="Times New Roman"/>
          <w:sz w:val="24"/>
          <w:lang w:eastAsia="zh-TW"/>
        </w:rPr>
        <w:t xml:space="preserve"> AI (</w:t>
      </w:r>
      <w:r w:rsidR="00784D8D" w:rsidRPr="00187795">
        <w:rPr>
          <w:rFonts w:ascii="Times New Roman" w:eastAsia="標楷體" w:hAnsi="Times New Roman" w:hint="eastAsia"/>
          <w:sz w:val="24"/>
          <w:lang w:eastAsia="zh-TW"/>
        </w:rPr>
        <w:t>如</w:t>
      </w:r>
      <w:r w:rsidR="00784D8D" w:rsidRPr="00187795">
        <w:rPr>
          <w:rFonts w:ascii="Times New Roman" w:eastAsia="標楷體" w:hAnsi="Times New Roman"/>
          <w:sz w:val="24"/>
          <w:lang w:eastAsia="zh-TW"/>
        </w:rPr>
        <w:t xml:space="preserve"> A+ Copilot) </w:t>
      </w:r>
      <w:r w:rsidR="00784D8D" w:rsidRPr="00187795">
        <w:rPr>
          <w:rFonts w:ascii="Times New Roman" w:eastAsia="標楷體" w:hAnsi="Times New Roman" w:hint="eastAsia"/>
          <w:sz w:val="24"/>
          <w:lang w:eastAsia="zh-TW"/>
        </w:rPr>
        <w:t>如何將護理摘要記錄時間從</w:t>
      </w:r>
      <w:r w:rsidR="00784D8D" w:rsidRPr="00187795">
        <w:rPr>
          <w:rFonts w:ascii="Times New Roman" w:eastAsia="標楷體" w:hAnsi="Times New Roman"/>
          <w:sz w:val="24"/>
          <w:lang w:eastAsia="zh-TW"/>
        </w:rPr>
        <w:t xml:space="preserve"> 2-4 </w:t>
      </w:r>
      <w:r w:rsidR="00784D8D" w:rsidRPr="00187795">
        <w:rPr>
          <w:rFonts w:ascii="Times New Roman" w:eastAsia="標楷體" w:hAnsi="Times New Roman" w:hint="eastAsia"/>
          <w:sz w:val="24"/>
          <w:lang w:eastAsia="zh-TW"/>
        </w:rPr>
        <w:t>分鐘縮短至</w:t>
      </w:r>
      <w:r w:rsidR="00784D8D" w:rsidRPr="00187795">
        <w:rPr>
          <w:rFonts w:ascii="Times New Roman" w:eastAsia="標楷體" w:hAnsi="Times New Roman"/>
          <w:sz w:val="24"/>
          <w:lang w:eastAsia="zh-TW"/>
        </w:rPr>
        <w:t xml:space="preserve"> 1 </w:t>
      </w:r>
      <w:r w:rsidR="00784D8D" w:rsidRPr="00187795">
        <w:rPr>
          <w:rFonts w:ascii="Times New Roman" w:eastAsia="標楷體" w:hAnsi="Times New Roman" w:hint="eastAsia"/>
          <w:sz w:val="24"/>
          <w:lang w:eastAsia="zh-TW"/>
        </w:rPr>
        <w:t>分鐘，並節省</w:t>
      </w:r>
      <w:r w:rsidR="00784D8D" w:rsidRPr="00187795">
        <w:rPr>
          <w:rFonts w:ascii="Times New Roman" w:eastAsia="標楷體" w:hAnsi="Times New Roman"/>
          <w:sz w:val="24"/>
          <w:lang w:eastAsia="zh-TW"/>
        </w:rPr>
        <w:t xml:space="preserve"> 30%-40% </w:t>
      </w:r>
      <w:r w:rsidR="00784D8D" w:rsidRPr="00187795">
        <w:rPr>
          <w:rFonts w:ascii="Times New Roman" w:eastAsia="標楷體" w:hAnsi="Times New Roman" w:hint="eastAsia"/>
          <w:sz w:val="24"/>
          <w:lang w:eastAsia="zh-TW"/>
        </w:rPr>
        <w:t>的文書行政負擔。這讓學生具備了未來進入智慧醫療職場的競爭力</w:t>
      </w:r>
    </w:p>
    <w:p w:rsidR="003E3FCC" w:rsidRPr="00187795" w:rsidRDefault="003E3FCC" w:rsidP="003E3FCC">
      <w:pPr>
        <w:rPr>
          <w:rFonts w:ascii="Times New Roman" w:eastAsia="標楷體" w:hAnsi="Times New Roman"/>
          <w:sz w:val="24"/>
          <w:lang w:eastAsia="zh-TW"/>
        </w:rPr>
      </w:pPr>
      <w:r w:rsidRPr="00187795">
        <w:rPr>
          <w:rFonts w:ascii="Times New Roman" w:eastAsia="標楷體" w:hAnsi="Times New Roman" w:hint="eastAsia"/>
          <w:sz w:val="24"/>
          <w:lang w:eastAsia="zh-TW"/>
        </w:rPr>
        <w:t xml:space="preserve">3. </w:t>
      </w:r>
      <w:r w:rsidRPr="00187795">
        <w:rPr>
          <w:rFonts w:ascii="Times New Roman" w:eastAsia="標楷體" w:hAnsi="Times New Roman" w:hint="eastAsia"/>
          <w:sz w:val="24"/>
          <w:lang w:eastAsia="zh-TW"/>
        </w:rPr>
        <w:t>未來精進方向</w:t>
      </w:r>
      <w:r w:rsidRPr="00187795">
        <w:rPr>
          <w:rFonts w:ascii="Times New Roman" w:eastAsia="標楷體" w:hAnsi="Times New Roman" w:hint="eastAsia"/>
          <w:sz w:val="24"/>
          <w:lang w:eastAsia="zh-TW"/>
        </w:rPr>
        <w:t xml:space="preserve"> (Future Improvement Directions)</w:t>
      </w:r>
    </w:p>
    <w:p w:rsidR="003E3FCC" w:rsidRPr="00187795" w:rsidRDefault="00D00A3B" w:rsidP="003E3FCC">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3E3FCC" w:rsidRPr="00187795">
        <w:rPr>
          <w:rFonts w:ascii="Times New Roman" w:eastAsia="標楷體" w:hAnsi="Times New Roman" w:hint="eastAsia"/>
          <w:sz w:val="24"/>
          <w:lang w:eastAsia="zh-TW"/>
        </w:rPr>
        <w:t>強化開課初期的工具導引：</w:t>
      </w:r>
      <w:r w:rsidR="003E3FCC" w:rsidRPr="00187795">
        <w:rPr>
          <w:rFonts w:ascii="Times New Roman" w:eastAsia="標楷體" w:hAnsi="Times New Roman"/>
          <w:sz w:val="24"/>
          <w:lang w:eastAsia="zh-TW"/>
        </w:rPr>
        <w:t xml:space="preserve"> </w:t>
      </w:r>
      <w:r w:rsidR="003E3FCC" w:rsidRPr="00187795">
        <w:rPr>
          <w:rFonts w:ascii="Times New Roman" w:eastAsia="標楷體" w:hAnsi="Times New Roman" w:hint="eastAsia"/>
          <w:sz w:val="24"/>
          <w:lang w:eastAsia="zh-TW"/>
        </w:rPr>
        <w:t>鑑於期中問卷反映學生在「開</w:t>
      </w:r>
      <w:r w:rsidR="003E3FCC" w:rsidRPr="00187795">
        <w:rPr>
          <w:rFonts w:ascii="Times New Roman" w:eastAsia="標楷體" w:hAnsi="Times New Roman" w:cs="細明體" w:hint="eastAsia"/>
          <w:sz w:val="24"/>
          <w:lang w:eastAsia="zh-TW"/>
        </w:rPr>
        <w:t>啟</w:t>
      </w:r>
      <w:r w:rsidR="003E3FCC" w:rsidRPr="00187795">
        <w:rPr>
          <w:rFonts w:ascii="Times New Roman" w:eastAsia="標楷體" w:hAnsi="Times New Roman"/>
          <w:sz w:val="24"/>
          <w:lang w:eastAsia="zh-TW"/>
        </w:rPr>
        <w:t xml:space="preserve"> Python </w:t>
      </w:r>
      <w:r w:rsidR="003E3FCC" w:rsidRPr="00187795">
        <w:rPr>
          <w:rFonts w:ascii="Times New Roman" w:eastAsia="標楷體" w:hAnsi="Times New Roman" w:hint="eastAsia"/>
          <w:sz w:val="24"/>
          <w:lang w:eastAsia="zh-TW"/>
        </w:rPr>
        <w:t>工具」與「基礎環境設定」感到吃力，未來將在課程首兩週增加更多一對一的助教輔導，確保技術門檻不成為學習障礙。</w:t>
      </w:r>
    </w:p>
    <w:p w:rsidR="003E3FCC" w:rsidRPr="00187795" w:rsidRDefault="00D00A3B" w:rsidP="003E3FCC">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3E3FCC" w:rsidRPr="00187795">
        <w:rPr>
          <w:rFonts w:ascii="Times New Roman" w:eastAsia="標楷體" w:hAnsi="Times New Roman" w:hint="eastAsia"/>
          <w:sz w:val="24"/>
          <w:lang w:eastAsia="zh-TW"/>
        </w:rPr>
        <w:t>深化</w:t>
      </w:r>
      <w:r w:rsidR="003E3FCC" w:rsidRPr="00187795">
        <w:rPr>
          <w:rFonts w:ascii="Times New Roman" w:eastAsia="標楷體" w:hAnsi="Times New Roman" w:hint="eastAsia"/>
          <w:sz w:val="24"/>
          <w:lang w:eastAsia="zh-TW"/>
        </w:rPr>
        <w:t xml:space="preserve"> AI </w:t>
      </w:r>
      <w:r w:rsidR="003E3FCC" w:rsidRPr="00187795">
        <w:rPr>
          <w:rFonts w:ascii="Times New Roman" w:eastAsia="標楷體" w:hAnsi="Times New Roman" w:hint="eastAsia"/>
          <w:sz w:val="24"/>
          <w:lang w:eastAsia="zh-TW"/>
        </w:rPr>
        <w:t>可解釋性</w:t>
      </w:r>
      <w:r w:rsidR="003E3FCC" w:rsidRPr="00187795">
        <w:rPr>
          <w:rFonts w:ascii="Times New Roman" w:eastAsia="標楷體" w:hAnsi="Times New Roman" w:hint="eastAsia"/>
          <w:sz w:val="24"/>
          <w:lang w:eastAsia="zh-TW"/>
        </w:rPr>
        <w:t xml:space="preserve"> (XAI) </w:t>
      </w:r>
      <w:r w:rsidR="003E3FCC" w:rsidRPr="00187795">
        <w:rPr>
          <w:rFonts w:ascii="Times New Roman" w:eastAsia="標楷體" w:hAnsi="Times New Roman" w:hint="eastAsia"/>
          <w:sz w:val="24"/>
          <w:lang w:eastAsia="zh-TW"/>
        </w:rPr>
        <w:t>教學：</w:t>
      </w:r>
      <w:r w:rsidR="003E3FCC" w:rsidRPr="00187795">
        <w:rPr>
          <w:rFonts w:ascii="Times New Roman" w:eastAsia="標楷體" w:hAnsi="Times New Roman" w:hint="eastAsia"/>
          <w:sz w:val="24"/>
          <w:lang w:eastAsia="zh-TW"/>
        </w:rPr>
        <w:t xml:space="preserve"> </w:t>
      </w:r>
      <w:r w:rsidR="003E3FCC" w:rsidRPr="00187795">
        <w:rPr>
          <w:rFonts w:ascii="Times New Roman" w:eastAsia="標楷體" w:hAnsi="Times New Roman" w:hint="eastAsia"/>
          <w:sz w:val="24"/>
          <w:lang w:eastAsia="zh-TW"/>
        </w:rPr>
        <w:t>期末回饋顯示學生對「如何透過圖表清楚展示</w:t>
      </w:r>
      <w:r w:rsidR="003E3FCC" w:rsidRPr="00187795">
        <w:rPr>
          <w:rFonts w:ascii="Times New Roman" w:eastAsia="標楷體" w:hAnsi="Times New Roman" w:hint="eastAsia"/>
          <w:sz w:val="24"/>
          <w:lang w:eastAsia="zh-TW"/>
        </w:rPr>
        <w:t xml:space="preserve"> AI </w:t>
      </w:r>
      <w:r w:rsidR="003E3FCC" w:rsidRPr="00187795">
        <w:rPr>
          <w:rFonts w:ascii="Times New Roman" w:eastAsia="標楷體" w:hAnsi="Times New Roman" w:hint="eastAsia"/>
          <w:sz w:val="24"/>
          <w:lang w:eastAsia="zh-TW"/>
        </w:rPr>
        <w:t>模型判斷依據」深感興趣。未來將加入更多</w:t>
      </w:r>
      <w:r w:rsidR="003E3FCC" w:rsidRPr="00187795">
        <w:rPr>
          <w:rFonts w:ascii="Times New Roman" w:eastAsia="標楷體" w:hAnsi="Times New Roman"/>
          <w:sz w:val="24"/>
          <w:lang w:eastAsia="zh-TW"/>
        </w:rPr>
        <w:t xml:space="preserve"> SHAP </w:t>
      </w:r>
      <w:r w:rsidR="003E3FCC" w:rsidRPr="00187795">
        <w:rPr>
          <w:rFonts w:ascii="Times New Roman" w:eastAsia="標楷體" w:hAnsi="Times New Roman" w:hint="eastAsia"/>
          <w:sz w:val="24"/>
          <w:lang w:eastAsia="zh-TW"/>
        </w:rPr>
        <w:t>圖</w:t>
      </w:r>
      <w:r w:rsidR="003E3FCC" w:rsidRPr="00187795">
        <w:rPr>
          <w:rFonts w:ascii="Times New Roman" w:eastAsia="標楷體" w:hAnsi="Times New Roman"/>
          <w:sz w:val="24"/>
          <w:lang w:eastAsia="zh-TW"/>
        </w:rPr>
        <w:t xml:space="preserve"> (</w:t>
      </w:r>
      <w:r w:rsidR="003E3FCC" w:rsidRPr="00187795">
        <w:rPr>
          <w:rFonts w:ascii="Times New Roman" w:eastAsia="標楷體" w:hAnsi="Times New Roman" w:hint="eastAsia"/>
          <w:sz w:val="24"/>
          <w:lang w:eastAsia="zh-TW"/>
        </w:rPr>
        <w:t>特徵重要性</w:t>
      </w:r>
      <w:r w:rsidR="003E3FCC" w:rsidRPr="00187795">
        <w:rPr>
          <w:rFonts w:ascii="Times New Roman" w:eastAsia="標楷體" w:hAnsi="Times New Roman"/>
          <w:sz w:val="24"/>
          <w:lang w:eastAsia="zh-TW"/>
        </w:rPr>
        <w:t xml:space="preserve">) </w:t>
      </w:r>
      <w:r w:rsidR="003E3FCC" w:rsidRPr="00187795">
        <w:rPr>
          <w:rFonts w:ascii="Times New Roman" w:eastAsia="標楷體" w:hAnsi="Times New Roman" w:hint="eastAsia"/>
          <w:sz w:val="24"/>
          <w:lang w:eastAsia="zh-TW"/>
        </w:rPr>
        <w:t>的解讀練習，培養學生對</w:t>
      </w:r>
      <w:r w:rsidR="003E3FCC" w:rsidRPr="00187795">
        <w:rPr>
          <w:rFonts w:ascii="Times New Roman" w:eastAsia="標楷體" w:hAnsi="Times New Roman"/>
          <w:sz w:val="24"/>
          <w:lang w:eastAsia="zh-TW"/>
        </w:rPr>
        <w:t xml:space="preserve"> AI </w:t>
      </w:r>
      <w:r w:rsidR="003E3FCC" w:rsidRPr="00187795">
        <w:rPr>
          <w:rFonts w:ascii="Times New Roman" w:eastAsia="標楷體" w:hAnsi="Times New Roman" w:hint="eastAsia"/>
          <w:sz w:val="24"/>
          <w:lang w:eastAsia="zh-TW"/>
        </w:rPr>
        <w:t>判讀錯誤的批判性反思能力。</w:t>
      </w:r>
    </w:p>
    <w:p w:rsidR="003E3FCC" w:rsidRPr="00187795" w:rsidRDefault="00D00A3B" w:rsidP="003E3FCC">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3E3FCC" w:rsidRPr="00187795">
        <w:rPr>
          <w:rFonts w:ascii="Times New Roman" w:eastAsia="標楷體" w:hAnsi="Times New Roman" w:hint="eastAsia"/>
          <w:sz w:val="24"/>
          <w:lang w:eastAsia="zh-TW"/>
        </w:rPr>
        <w:t>擴大醫療資訊系統</w:t>
      </w:r>
      <w:r w:rsidR="003E3FCC" w:rsidRPr="00187795">
        <w:rPr>
          <w:rFonts w:ascii="Times New Roman" w:eastAsia="標楷體" w:hAnsi="Times New Roman"/>
          <w:sz w:val="24"/>
          <w:lang w:eastAsia="zh-TW"/>
        </w:rPr>
        <w:t xml:space="preserve"> (HIS/NIS) </w:t>
      </w:r>
      <w:r w:rsidR="003E3FCC" w:rsidRPr="00187795">
        <w:rPr>
          <w:rFonts w:ascii="Times New Roman" w:eastAsia="標楷體" w:hAnsi="Times New Roman" w:hint="eastAsia"/>
          <w:sz w:val="24"/>
          <w:lang w:eastAsia="zh-TW"/>
        </w:rPr>
        <w:t>的整合模擬：</w:t>
      </w:r>
      <w:r w:rsidR="003E3FCC" w:rsidRPr="00187795">
        <w:rPr>
          <w:rFonts w:ascii="Times New Roman" w:eastAsia="標楷體" w:hAnsi="Times New Roman"/>
          <w:sz w:val="24"/>
          <w:lang w:eastAsia="zh-TW"/>
        </w:rPr>
        <w:t xml:space="preserve"> </w:t>
      </w:r>
      <w:r w:rsidR="003E3FCC" w:rsidRPr="00187795">
        <w:rPr>
          <w:rFonts w:ascii="Times New Roman" w:eastAsia="標楷體" w:hAnsi="Times New Roman" w:hint="eastAsia"/>
          <w:sz w:val="24"/>
          <w:lang w:eastAsia="zh-TW"/>
        </w:rPr>
        <w:t>未來教案將進一步模擬「數據流」的完整過程，從生理徵象自動採集、傳輸至系統，到</w:t>
      </w:r>
      <w:r w:rsidR="003E3FCC" w:rsidRPr="00187795">
        <w:rPr>
          <w:rFonts w:ascii="Times New Roman" w:eastAsia="標楷體" w:hAnsi="Times New Roman"/>
          <w:sz w:val="24"/>
          <w:lang w:eastAsia="zh-TW"/>
        </w:rPr>
        <w:t xml:space="preserve"> AI </w:t>
      </w:r>
      <w:r w:rsidR="003E3FCC" w:rsidRPr="00187795">
        <w:rPr>
          <w:rFonts w:ascii="Times New Roman" w:eastAsia="標楷體" w:hAnsi="Times New Roman" w:hint="eastAsia"/>
          <w:sz w:val="24"/>
          <w:lang w:eastAsia="zh-TW"/>
        </w:rPr>
        <w:t>模型自動回饋預測結果（如肺炎再住院風險預測），讓學生對智慧化流程有更整體的理解。</w:t>
      </w:r>
    </w:p>
    <w:p w:rsidR="003E3FCC" w:rsidRPr="00187795" w:rsidRDefault="00D00A3B" w:rsidP="003E3FCC">
      <w:pPr>
        <w:rPr>
          <w:rFonts w:ascii="Times New Roman" w:eastAsia="標楷體" w:hAnsi="Times New Roman"/>
          <w:sz w:val="24"/>
          <w:lang w:eastAsia="zh-TW"/>
        </w:rPr>
      </w:pPr>
      <w:r w:rsidRPr="00187795">
        <w:rPr>
          <w:rFonts w:ascii="Times New Roman" w:eastAsia="標楷體" w:hAnsi="Times New Roman" w:hint="eastAsia"/>
          <w:sz w:val="24"/>
          <w:lang w:eastAsia="zh-TW"/>
        </w:rPr>
        <w:t>＊</w:t>
      </w:r>
      <w:r w:rsidR="003E3FCC" w:rsidRPr="00187795">
        <w:rPr>
          <w:rFonts w:ascii="Times New Roman" w:eastAsia="標楷體" w:hAnsi="Times New Roman" w:hint="eastAsia"/>
          <w:sz w:val="24"/>
          <w:lang w:eastAsia="zh-TW"/>
        </w:rPr>
        <w:t>資安與倫理的動態案例更新：</w:t>
      </w:r>
      <w:r w:rsidR="003E3FCC" w:rsidRPr="00187795">
        <w:rPr>
          <w:rFonts w:ascii="Times New Roman" w:eastAsia="標楷體" w:hAnsi="Times New Roman" w:hint="eastAsia"/>
          <w:sz w:val="24"/>
          <w:lang w:eastAsia="zh-TW"/>
        </w:rPr>
        <w:t xml:space="preserve"> </w:t>
      </w:r>
      <w:r w:rsidR="003E3FCC" w:rsidRPr="00187795">
        <w:rPr>
          <w:rFonts w:ascii="Times New Roman" w:eastAsia="標楷體" w:hAnsi="Times New Roman" w:hint="eastAsia"/>
          <w:sz w:val="24"/>
          <w:lang w:eastAsia="zh-TW"/>
        </w:rPr>
        <w:t>隨著資安威脅演進，將持續納入最新的醫療資安事故案例（如</w:t>
      </w:r>
      <w:r w:rsidR="003E3FCC" w:rsidRPr="00187795">
        <w:rPr>
          <w:rFonts w:ascii="Times New Roman" w:eastAsia="標楷體" w:hAnsi="Times New Roman" w:hint="eastAsia"/>
          <w:sz w:val="24"/>
          <w:lang w:eastAsia="zh-TW"/>
        </w:rPr>
        <w:t xml:space="preserve"> MM </w:t>
      </w:r>
      <w:r w:rsidR="003E3FCC" w:rsidRPr="00187795">
        <w:rPr>
          <w:rFonts w:ascii="Times New Roman" w:eastAsia="標楷體" w:hAnsi="Times New Roman" w:hint="eastAsia"/>
          <w:sz w:val="24"/>
          <w:lang w:eastAsia="zh-TW"/>
        </w:rPr>
        <w:t>及</w:t>
      </w:r>
      <w:r w:rsidR="003E3FCC" w:rsidRPr="00187795">
        <w:rPr>
          <w:rFonts w:ascii="Times New Roman" w:eastAsia="標楷體" w:hAnsi="Times New Roman" w:hint="eastAsia"/>
          <w:sz w:val="24"/>
          <w:lang w:eastAsia="zh-TW"/>
        </w:rPr>
        <w:t xml:space="preserve"> CC </w:t>
      </w:r>
      <w:r w:rsidR="003E3FCC" w:rsidRPr="00187795">
        <w:rPr>
          <w:rFonts w:ascii="Times New Roman" w:eastAsia="標楷體" w:hAnsi="Times New Roman" w:hint="eastAsia"/>
          <w:sz w:val="24"/>
          <w:lang w:eastAsia="zh-TW"/>
        </w:rPr>
        <w:t>醫院事故），引導學生討論在</w:t>
      </w:r>
      <w:r w:rsidR="003E3FCC" w:rsidRPr="00187795">
        <w:rPr>
          <w:rFonts w:ascii="Times New Roman" w:eastAsia="標楷體" w:hAnsi="Times New Roman" w:hint="eastAsia"/>
          <w:sz w:val="24"/>
          <w:lang w:eastAsia="zh-TW"/>
        </w:rPr>
        <w:t xml:space="preserve"> SOC x MDR x SOAR </w:t>
      </w:r>
      <w:r w:rsidR="003E3FCC" w:rsidRPr="00187795">
        <w:rPr>
          <w:rFonts w:ascii="Times New Roman" w:eastAsia="標楷體" w:hAnsi="Times New Roman" w:hint="eastAsia"/>
          <w:sz w:val="24"/>
          <w:lang w:eastAsia="zh-TW"/>
        </w:rPr>
        <w:t>聯防架構下的護理個資保護責任。</w:t>
      </w:r>
    </w:p>
    <w:p w:rsidR="00620A75" w:rsidRDefault="003E3FCC" w:rsidP="003E3FCC">
      <w:pPr>
        <w:rPr>
          <w:rFonts w:ascii="Times New Roman" w:eastAsia="標楷體" w:hAnsi="Times New Roman"/>
          <w:sz w:val="24"/>
          <w:lang w:eastAsia="zh-TW"/>
        </w:rPr>
      </w:pPr>
      <w:r w:rsidRPr="00187795">
        <w:rPr>
          <w:rFonts w:ascii="Times New Roman" w:eastAsia="標楷體" w:hAnsi="Times New Roman" w:hint="eastAsia"/>
          <w:sz w:val="24"/>
          <w:lang w:eastAsia="zh-TW"/>
        </w:rPr>
        <w:lastRenderedPageBreak/>
        <w:t>這份反思結合了教學現場的挑戰與醫療科技的發展，旨在將本課程優化為更符合臨床實務需求的智慧醫護教案。</w:t>
      </w:r>
    </w:p>
    <w:p w:rsidR="00452AA5" w:rsidRPr="00187795" w:rsidRDefault="00452AA5" w:rsidP="003E3FCC">
      <w:pPr>
        <w:rPr>
          <w:rFonts w:ascii="Times New Roman" w:eastAsia="標楷體" w:hAnsi="Times New Roman"/>
          <w:sz w:val="24"/>
          <w:lang w:eastAsia="zh-TW"/>
        </w:rPr>
      </w:pPr>
      <w:r>
        <w:rPr>
          <w:rFonts w:ascii="Times New Roman" w:eastAsia="標楷體" w:hAnsi="Times New Roman" w:hint="eastAsia"/>
          <w:noProof/>
          <w:sz w:val="24"/>
          <w:lang w:eastAsia="zh-TW"/>
        </w:rPr>
        <w:drawing>
          <wp:inline distT="0" distB="0" distL="0" distR="0" wp14:anchorId="10DB7748" wp14:editId="4E7BB975">
            <wp:extent cx="5596569" cy="6477918"/>
            <wp:effectExtent l="0" t="0" r="444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智慧護理教學新里程.png"/>
                    <pic:cNvPicPr/>
                  </pic:nvPicPr>
                  <pic:blipFill>
                    <a:blip r:embed="rId26">
                      <a:extLst>
                        <a:ext uri="{28A0092B-C50C-407E-A947-70E740481C1C}">
                          <a14:useLocalDpi xmlns:a14="http://schemas.microsoft.com/office/drawing/2010/main" val="0"/>
                        </a:ext>
                      </a:extLst>
                    </a:blip>
                    <a:stretch>
                      <a:fillRect/>
                    </a:stretch>
                  </pic:blipFill>
                  <pic:spPr>
                    <a:xfrm>
                      <a:off x="0" y="0"/>
                      <a:ext cx="5600348" cy="6482292"/>
                    </a:xfrm>
                    <a:prstGeom prst="rect">
                      <a:avLst/>
                    </a:prstGeom>
                  </pic:spPr>
                </pic:pic>
              </a:graphicData>
            </a:graphic>
          </wp:inline>
        </w:drawing>
      </w:r>
    </w:p>
    <w:p w:rsidR="00272B20" w:rsidRPr="00342FC9" w:rsidRDefault="00A27EE6" w:rsidP="006378B7">
      <w:pPr>
        <w:pStyle w:val="1"/>
        <w:rPr>
          <w:rFonts w:ascii="標楷體" w:eastAsia="標楷體" w:hAnsi="標楷體"/>
          <w:lang w:eastAsia="zh-TW"/>
        </w:rPr>
      </w:pPr>
      <w:bookmarkStart w:id="11" w:name="_Toc234218898"/>
      <w:r w:rsidRPr="00342FC9">
        <w:rPr>
          <w:rFonts w:ascii="標楷體" w:eastAsia="標楷體" w:hAnsi="標楷體" w:hint="eastAsia"/>
          <w:lang w:eastAsia="zh-HK"/>
        </w:rPr>
        <w:lastRenderedPageBreak/>
        <w:t>肆</w:t>
      </w:r>
      <w:r w:rsidR="00620A75" w:rsidRPr="00342FC9">
        <w:rPr>
          <w:rFonts w:ascii="標楷體" w:eastAsia="標楷體" w:hAnsi="標楷體" w:hint="eastAsia"/>
          <w:lang w:eastAsia="zh-TW"/>
        </w:rPr>
        <w:t>、</w:t>
      </w:r>
      <w:r w:rsidR="00620A75" w:rsidRPr="00342FC9">
        <w:rPr>
          <w:rFonts w:ascii="標楷體" w:eastAsia="標楷體" w:hAnsi="標楷體"/>
          <w:lang w:eastAsia="zh-TW"/>
        </w:rPr>
        <w:t xml:space="preserve"> </w:t>
      </w:r>
      <w:r w:rsidR="00620A75" w:rsidRPr="00342FC9">
        <w:rPr>
          <w:rFonts w:ascii="標楷體" w:eastAsia="標楷體" w:hAnsi="標楷體" w:hint="eastAsia"/>
          <w:lang w:eastAsia="zh-TW"/>
        </w:rPr>
        <w:t>總結</w:t>
      </w:r>
      <w:bookmarkEnd w:id="11"/>
    </w:p>
    <w:p w:rsidR="00272B20" w:rsidRPr="00187795" w:rsidRDefault="00272B20" w:rsidP="00272B20">
      <w:pPr>
        <w:rPr>
          <w:rFonts w:ascii="Times New Roman" w:eastAsia="標楷體" w:hAnsi="Times New Roman"/>
          <w:sz w:val="24"/>
          <w:lang w:eastAsia="zh-TW"/>
        </w:rPr>
      </w:pPr>
      <w:r w:rsidRPr="00187795">
        <w:rPr>
          <w:rFonts w:ascii="Times New Roman" w:eastAsia="標楷體" w:hAnsi="Times New Roman" w:hint="eastAsia"/>
          <w:sz w:val="24"/>
          <w:lang w:eastAsia="zh-TW"/>
        </w:rPr>
        <w:t>本課程「智慧健康照護創新與應用」針對護理及醫管系學生設計，透過結合</w:t>
      </w:r>
      <w:r w:rsidRPr="00187795">
        <w:rPr>
          <w:rFonts w:ascii="Times New Roman" w:eastAsia="標楷體" w:hAnsi="Times New Roman" w:hint="eastAsia"/>
          <w:sz w:val="24"/>
          <w:lang w:eastAsia="zh-TW"/>
        </w:rPr>
        <w:t xml:space="preserve"> Python AI </w:t>
      </w:r>
      <w:r w:rsidRPr="00187795">
        <w:rPr>
          <w:rFonts w:ascii="Times New Roman" w:eastAsia="標楷體" w:hAnsi="Times New Roman" w:hint="eastAsia"/>
          <w:sz w:val="24"/>
          <w:lang w:eastAsia="zh-TW"/>
        </w:rPr>
        <w:t>技術、醫療實務案例、資訊倫理與資安防禦，成功打造了一套跨領域的數位轉型教學模式。以下為本教案執行成果之總結：</w:t>
      </w:r>
    </w:p>
    <w:p w:rsidR="00272B20" w:rsidRPr="00187795" w:rsidRDefault="00272B20" w:rsidP="00272B20">
      <w:pPr>
        <w:rPr>
          <w:rFonts w:ascii="Times New Roman" w:eastAsia="標楷體" w:hAnsi="Times New Roman"/>
          <w:sz w:val="24"/>
          <w:lang w:eastAsia="zh-TW"/>
        </w:rPr>
      </w:pPr>
      <w:r w:rsidRPr="00187795">
        <w:rPr>
          <w:rFonts w:ascii="Times New Roman" w:eastAsia="標楷體" w:hAnsi="Times New Roman" w:hint="eastAsia"/>
          <w:sz w:val="24"/>
          <w:lang w:eastAsia="zh-TW"/>
        </w:rPr>
        <w:t xml:space="preserve">1. </w:t>
      </w:r>
      <w:r w:rsidRPr="00187795">
        <w:rPr>
          <w:rFonts w:ascii="Times New Roman" w:eastAsia="標楷體" w:hAnsi="Times New Roman" w:hint="eastAsia"/>
          <w:sz w:val="24"/>
          <w:lang w:eastAsia="zh-TW"/>
        </w:rPr>
        <w:t>核心課程架構：從技術基礎到臨床實務</w:t>
      </w:r>
    </w:p>
    <w:p w:rsidR="00272B20" w:rsidRPr="00187795" w:rsidRDefault="00272B20" w:rsidP="00272B20">
      <w:pPr>
        <w:rPr>
          <w:rFonts w:ascii="Times New Roman" w:eastAsia="標楷體" w:hAnsi="Times New Roman"/>
          <w:sz w:val="24"/>
          <w:lang w:eastAsia="zh-TW"/>
        </w:rPr>
      </w:pPr>
      <w:r w:rsidRPr="00187795">
        <w:rPr>
          <w:rFonts w:ascii="Times New Roman" w:eastAsia="標楷體" w:hAnsi="Times New Roman" w:hint="eastAsia"/>
          <w:sz w:val="24"/>
          <w:lang w:eastAsia="zh-TW"/>
        </w:rPr>
        <w:t>本課程設計理念在於建立「護理專業」與「數據科學」的深度接軌。課程涵蓋四大核心範疇：</w:t>
      </w:r>
    </w:p>
    <w:p w:rsidR="00272B20" w:rsidRPr="00187795" w:rsidRDefault="00272B20" w:rsidP="00272B20">
      <w:pPr>
        <w:rPr>
          <w:rFonts w:ascii="Times New Roman" w:eastAsia="標楷體" w:hAnsi="Times New Roman"/>
          <w:sz w:val="24"/>
          <w:lang w:eastAsia="zh-TW"/>
        </w:rPr>
      </w:pPr>
      <w:r w:rsidRPr="00187795">
        <w:rPr>
          <w:rFonts w:ascii="Times New Roman" w:eastAsia="標楷體" w:hAnsi="Times New Roman" w:hint="eastAsia"/>
          <w:sz w:val="24"/>
          <w:lang w:eastAsia="zh-TW"/>
        </w:rPr>
        <w:t>(1)</w:t>
      </w:r>
      <w:r w:rsidRPr="00187795">
        <w:rPr>
          <w:rFonts w:ascii="Times New Roman" w:eastAsia="標楷體" w:hAnsi="Times New Roman" w:hint="eastAsia"/>
          <w:sz w:val="24"/>
          <w:lang w:eastAsia="zh-TW"/>
        </w:rPr>
        <w:t>數據科學工具：</w:t>
      </w:r>
      <w:r w:rsidRPr="00187795">
        <w:rPr>
          <w:rFonts w:ascii="Times New Roman" w:eastAsia="標楷體" w:hAnsi="Times New Roman"/>
          <w:sz w:val="24"/>
          <w:lang w:eastAsia="zh-TW"/>
        </w:rPr>
        <w:t xml:space="preserve"> </w:t>
      </w:r>
      <w:r w:rsidRPr="00187795">
        <w:rPr>
          <w:rFonts w:ascii="Times New Roman" w:eastAsia="標楷體" w:hAnsi="Times New Roman" w:hint="eastAsia"/>
          <w:sz w:val="24"/>
          <w:lang w:eastAsia="zh-TW"/>
        </w:rPr>
        <w:t>學習使用</w:t>
      </w:r>
      <w:r w:rsidRPr="00187795">
        <w:rPr>
          <w:rFonts w:ascii="Times New Roman" w:eastAsia="標楷體" w:hAnsi="Times New Roman"/>
          <w:sz w:val="24"/>
          <w:lang w:eastAsia="zh-TW"/>
        </w:rPr>
        <w:t xml:space="preserve"> Google Colab</w:t>
      </w:r>
      <w:r w:rsidRPr="00187795">
        <w:rPr>
          <w:rFonts w:ascii="Times New Roman" w:eastAsia="標楷體" w:hAnsi="Times New Roman" w:hint="eastAsia"/>
          <w:sz w:val="24"/>
          <w:lang w:eastAsia="zh-TW"/>
        </w:rPr>
        <w:t>、</w:t>
      </w:r>
      <w:r w:rsidRPr="00187795">
        <w:rPr>
          <w:rFonts w:ascii="Times New Roman" w:eastAsia="標楷體" w:hAnsi="Times New Roman"/>
          <w:sz w:val="24"/>
          <w:lang w:eastAsia="zh-TW"/>
        </w:rPr>
        <w:t xml:space="preserve">Python </w:t>
      </w:r>
      <w:r w:rsidRPr="00187795">
        <w:rPr>
          <w:rFonts w:ascii="Times New Roman" w:eastAsia="標楷體" w:hAnsi="Times New Roman" w:hint="eastAsia"/>
          <w:sz w:val="24"/>
          <w:lang w:eastAsia="zh-TW"/>
        </w:rPr>
        <w:t>基礎語法及</w:t>
      </w:r>
      <w:r w:rsidRPr="00187795">
        <w:rPr>
          <w:rFonts w:ascii="Times New Roman" w:eastAsia="標楷體" w:hAnsi="Times New Roman"/>
          <w:sz w:val="24"/>
          <w:lang w:eastAsia="zh-TW"/>
        </w:rPr>
        <w:t xml:space="preserve"> Pandas/NumPy </w:t>
      </w:r>
      <w:r w:rsidRPr="00187795">
        <w:rPr>
          <w:rFonts w:ascii="Times New Roman" w:eastAsia="標楷體" w:hAnsi="Times New Roman" w:hint="eastAsia"/>
          <w:sz w:val="24"/>
          <w:lang w:eastAsia="zh-TW"/>
        </w:rPr>
        <w:t>進行醫療數據探勘，並利用</w:t>
      </w:r>
      <w:r w:rsidRPr="00187795">
        <w:rPr>
          <w:rFonts w:ascii="Times New Roman" w:eastAsia="標楷體" w:hAnsi="Times New Roman"/>
          <w:sz w:val="24"/>
          <w:lang w:eastAsia="zh-TW"/>
        </w:rPr>
        <w:t xml:space="preserve"> Matplotlib </w:t>
      </w:r>
      <w:r w:rsidRPr="00187795">
        <w:rPr>
          <w:rFonts w:ascii="Times New Roman" w:eastAsia="標楷體" w:hAnsi="Times New Roman" w:hint="eastAsia"/>
          <w:sz w:val="24"/>
          <w:lang w:eastAsia="zh-TW"/>
        </w:rPr>
        <w:t>進行生理徵象視覺化。</w:t>
      </w:r>
    </w:p>
    <w:p w:rsidR="00272B20" w:rsidRPr="00187795" w:rsidRDefault="00C467B5" w:rsidP="00272B20">
      <w:pPr>
        <w:rPr>
          <w:rFonts w:ascii="Times New Roman" w:eastAsia="標楷體" w:hAnsi="Times New Roman"/>
          <w:sz w:val="24"/>
          <w:lang w:eastAsia="zh-TW"/>
        </w:rPr>
      </w:pPr>
      <w:r w:rsidRPr="00187795">
        <w:rPr>
          <w:rFonts w:ascii="Times New Roman" w:eastAsia="標楷體" w:hAnsi="Times New Roman" w:hint="eastAsia"/>
          <w:sz w:val="24"/>
          <w:lang w:eastAsia="zh-TW"/>
        </w:rPr>
        <w:t>(2)</w:t>
      </w:r>
      <w:r w:rsidR="00272B20" w:rsidRPr="00187795">
        <w:rPr>
          <w:rFonts w:ascii="Times New Roman" w:eastAsia="標楷體" w:hAnsi="Times New Roman" w:hint="eastAsia"/>
          <w:sz w:val="24"/>
          <w:lang w:eastAsia="zh-TW"/>
        </w:rPr>
        <w:t>生成式</w:t>
      </w:r>
      <w:r w:rsidR="00272B20" w:rsidRPr="00187795">
        <w:rPr>
          <w:rFonts w:ascii="Times New Roman" w:eastAsia="標楷體" w:hAnsi="Times New Roman"/>
          <w:sz w:val="24"/>
          <w:lang w:eastAsia="zh-TW"/>
        </w:rPr>
        <w:t xml:space="preserve"> AI </w:t>
      </w:r>
      <w:r w:rsidR="00272B20" w:rsidRPr="00187795">
        <w:rPr>
          <w:rFonts w:ascii="Times New Roman" w:eastAsia="標楷體" w:hAnsi="Times New Roman" w:hint="eastAsia"/>
          <w:sz w:val="24"/>
          <w:lang w:eastAsia="zh-TW"/>
        </w:rPr>
        <w:t>協作：</w:t>
      </w:r>
      <w:r w:rsidR="00272B20" w:rsidRPr="00187795">
        <w:rPr>
          <w:rFonts w:ascii="Times New Roman" w:eastAsia="標楷體" w:hAnsi="Times New Roman"/>
          <w:sz w:val="24"/>
          <w:lang w:eastAsia="zh-TW"/>
        </w:rPr>
        <w:t xml:space="preserve"> </w:t>
      </w:r>
      <w:r w:rsidR="00272B20" w:rsidRPr="00187795">
        <w:rPr>
          <w:rFonts w:ascii="Times New Roman" w:eastAsia="標楷體" w:hAnsi="Times New Roman" w:hint="eastAsia"/>
          <w:sz w:val="24"/>
          <w:lang w:eastAsia="zh-TW"/>
        </w:rPr>
        <w:t>教授</w:t>
      </w:r>
      <w:r w:rsidR="00272B20" w:rsidRPr="00187795">
        <w:rPr>
          <w:rFonts w:ascii="Times New Roman" w:eastAsia="標楷體" w:hAnsi="Times New Roman"/>
          <w:sz w:val="24"/>
          <w:lang w:eastAsia="zh-TW"/>
        </w:rPr>
        <w:t xml:space="preserve"> Prompt </w:t>
      </w:r>
      <w:r w:rsidR="00272B20" w:rsidRPr="00187795">
        <w:rPr>
          <w:rFonts w:ascii="Times New Roman" w:eastAsia="標楷體" w:hAnsi="Times New Roman" w:hint="eastAsia"/>
          <w:sz w:val="24"/>
          <w:lang w:eastAsia="zh-TW"/>
        </w:rPr>
        <w:t>工程</w:t>
      </w:r>
      <w:r w:rsidR="00272B20" w:rsidRPr="00187795">
        <w:rPr>
          <w:rFonts w:ascii="Times New Roman" w:eastAsia="標楷體" w:hAnsi="Times New Roman"/>
          <w:sz w:val="24"/>
          <w:lang w:eastAsia="zh-TW"/>
        </w:rPr>
        <w:t xml:space="preserve"> (</w:t>
      </w:r>
      <w:r w:rsidR="00272B20" w:rsidRPr="00187795">
        <w:rPr>
          <w:rFonts w:ascii="Times New Roman" w:eastAsia="標楷體" w:hAnsi="Times New Roman" w:hint="eastAsia"/>
          <w:sz w:val="24"/>
          <w:lang w:eastAsia="zh-TW"/>
        </w:rPr>
        <w:t>提示工程</w:t>
      </w:r>
      <w:r w:rsidR="00272B20" w:rsidRPr="00187795">
        <w:rPr>
          <w:rFonts w:ascii="Times New Roman" w:eastAsia="標楷體" w:hAnsi="Times New Roman"/>
          <w:sz w:val="24"/>
          <w:lang w:eastAsia="zh-TW"/>
        </w:rPr>
        <w:t>)</w:t>
      </w:r>
      <w:r w:rsidR="00272B20" w:rsidRPr="00187795">
        <w:rPr>
          <w:rFonts w:ascii="Times New Roman" w:eastAsia="標楷體" w:hAnsi="Times New Roman" w:hint="eastAsia"/>
          <w:sz w:val="24"/>
          <w:lang w:eastAsia="zh-TW"/>
        </w:rPr>
        <w:t>，讓學生透過自然語言指令引導</w:t>
      </w:r>
      <w:r w:rsidR="00272B20" w:rsidRPr="00187795">
        <w:rPr>
          <w:rFonts w:ascii="Times New Roman" w:eastAsia="標楷體" w:hAnsi="Times New Roman"/>
          <w:sz w:val="24"/>
          <w:lang w:eastAsia="zh-TW"/>
        </w:rPr>
        <w:t xml:space="preserve"> AI</w:t>
      </w:r>
      <w:r w:rsidR="00272B20" w:rsidRPr="00187795">
        <w:rPr>
          <w:rFonts w:ascii="Times New Roman" w:eastAsia="標楷體" w:hAnsi="Times New Roman" w:hint="eastAsia"/>
          <w:sz w:val="24"/>
          <w:lang w:eastAsia="zh-TW"/>
        </w:rPr>
        <w:t>（如</w:t>
      </w:r>
      <w:r w:rsidR="00272B20" w:rsidRPr="00187795">
        <w:rPr>
          <w:rFonts w:ascii="Times New Roman" w:eastAsia="標楷體" w:hAnsi="Times New Roman"/>
          <w:sz w:val="24"/>
          <w:lang w:eastAsia="zh-TW"/>
        </w:rPr>
        <w:t xml:space="preserve"> Gemini/ChatGPT</w:t>
      </w:r>
      <w:r w:rsidR="00272B20" w:rsidRPr="00187795">
        <w:rPr>
          <w:rFonts w:ascii="Times New Roman" w:eastAsia="標楷體" w:hAnsi="Times New Roman" w:hint="eastAsia"/>
          <w:sz w:val="24"/>
          <w:lang w:eastAsia="zh-TW"/>
        </w:rPr>
        <w:t>）輔助程式開發或病歷摘要</w:t>
      </w:r>
      <w:r w:rsidR="00272B20" w:rsidRPr="00187795">
        <w:rPr>
          <w:rFonts w:ascii="Times New Roman" w:eastAsia="標楷體" w:hAnsi="Times New Roman" w:cs="細明體" w:hint="eastAsia"/>
          <w:sz w:val="24"/>
          <w:lang w:eastAsia="zh-TW"/>
        </w:rPr>
        <w:t>產</w:t>
      </w:r>
      <w:r w:rsidR="00272B20" w:rsidRPr="00187795">
        <w:rPr>
          <w:rFonts w:ascii="Times New Roman" w:eastAsia="標楷體" w:hAnsi="Times New Roman" w:cs="MS Gothic" w:hint="eastAsia"/>
          <w:sz w:val="24"/>
          <w:lang w:eastAsia="zh-TW"/>
        </w:rPr>
        <w:t>出</w:t>
      </w:r>
      <w:r w:rsidR="00272B20" w:rsidRPr="00187795">
        <w:rPr>
          <w:rFonts w:ascii="Times New Roman" w:eastAsia="標楷體" w:hAnsi="Times New Roman" w:hint="eastAsia"/>
          <w:sz w:val="24"/>
          <w:lang w:eastAsia="zh-TW"/>
        </w:rPr>
        <w:t>。</w:t>
      </w:r>
    </w:p>
    <w:p w:rsidR="00272B20" w:rsidRPr="00187795" w:rsidRDefault="0069010C" w:rsidP="00272B20">
      <w:pPr>
        <w:rPr>
          <w:rFonts w:ascii="Times New Roman" w:eastAsia="標楷體" w:hAnsi="Times New Roman"/>
          <w:sz w:val="24"/>
          <w:lang w:eastAsia="zh-TW"/>
        </w:rPr>
      </w:pPr>
      <w:r w:rsidRPr="00187795">
        <w:rPr>
          <w:rFonts w:ascii="Times New Roman" w:eastAsia="標楷體" w:hAnsi="Times New Roman" w:hint="eastAsia"/>
          <w:sz w:val="24"/>
          <w:lang w:eastAsia="zh-TW"/>
        </w:rPr>
        <w:t>(3)</w:t>
      </w:r>
      <w:r w:rsidR="00272B20" w:rsidRPr="00187795">
        <w:rPr>
          <w:rFonts w:ascii="Times New Roman" w:eastAsia="標楷體" w:hAnsi="Times New Roman" w:hint="eastAsia"/>
          <w:sz w:val="24"/>
          <w:lang w:eastAsia="zh-TW"/>
        </w:rPr>
        <w:t>醫院系統與實務：</w:t>
      </w:r>
      <w:r w:rsidR="00272B20" w:rsidRPr="00187795">
        <w:rPr>
          <w:rFonts w:ascii="Times New Roman" w:eastAsia="標楷體" w:hAnsi="Times New Roman" w:hint="eastAsia"/>
          <w:sz w:val="24"/>
          <w:lang w:eastAsia="zh-TW"/>
        </w:rPr>
        <w:t xml:space="preserve"> </w:t>
      </w:r>
      <w:r w:rsidR="00272B20" w:rsidRPr="00187795">
        <w:rPr>
          <w:rFonts w:ascii="Times New Roman" w:eastAsia="標楷體" w:hAnsi="Times New Roman" w:hint="eastAsia"/>
          <w:sz w:val="24"/>
          <w:lang w:eastAsia="zh-TW"/>
        </w:rPr>
        <w:t>導入</w:t>
      </w:r>
      <w:r w:rsidR="00272B20" w:rsidRPr="00187795">
        <w:rPr>
          <w:rFonts w:ascii="Times New Roman" w:eastAsia="標楷體" w:hAnsi="Times New Roman" w:hint="eastAsia"/>
          <w:sz w:val="24"/>
          <w:lang w:eastAsia="zh-TW"/>
        </w:rPr>
        <w:t xml:space="preserve"> NIS/HIS </w:t>
      </w:r>
      <w:r w:rsidR="00272B20" w:rsidRPr="00187795">
        <w:rPr>
          <w:rFonts w:ascii="Times New Roman" w:eastAsia="標楷體" w:hAnsi="Times New Roman" w:hint="eastAsia"/>
          <w:sz w:val="24"/>
          <w:lang w:eastAsia="zh-TW"/>
        </w:rPr>
        <w:t>系統架構與</w:t>
      </w:r>
      <w:r w:rsidR="00272B20" w:rsidRPr="00187795">
        <w:rPr>
          <w:rFonts w:ascii="Times New Roman" w:eastAsia="標楷體" w:hAnsi="Times New Roman" w:hint="eastAsia"/>
          <w:sz w:val="24"/>
          <w:lang w:eastAsia="zh-TW"/>
        </w:rPr>
        <w:t xml:space="preserve"> ICD-10 </w:t>
      </w:r>
      <w:r w:rsidR="00272B20" w:rsidRPr="00187795">
        <w:rPr>
          <w:rFonts w:ascii="Times New Roman" w:eastAsia="標楷體" w:hAnsi="Times New Roman" w:hint="eastAsia"/>
          <w:sz w:val="24"/>
          <w:lang w:eastAsia="zh-TW"/>
        </w:rPr>
        <w:t>概念，並邀請凱旋醫院分享</w:t>
      </w:r>
      <w:r w:rsidR="00272B20" w:rsidRPr="00187795">
        <w:rPr>
          <w:rFonts w:ascii="Times New Roman" w:eastAsia="標楷體" w:hAnsi="Times New Roman" w:hint="eastAsia"/>
          <w:sz w:val="24"/>
          <w:lang w:eastAsia="zh-TW"/>
        </w:rPr>
        <w:t xml:space="preserve"> iSAFE </w:t>
      </w:r>
      <w:r w:rsidR="00272B20" w:rsidRPr="00187795">
        <w:rPr>
          <w:rFonts w:ascii="Times New Roman" w:eastAsia="標楷體" w:hAnsi="Times New Roman" w:hint="eastAsia"/>
          <w:sz w:val="24"/>
          <w:lang w:eastAsia="zh-TW"/>
        </w:rPr>
        <w:t>安全照護系統與</w:t>
      </w:r>
      <w:r w:rsidR="00272B20" w:rsidRPr="00187795">
        <w:rPr>
          <w:rFonts w:ascii="Times New Roman" w:eastAsia="標楷體" w:hAnsi="Times New Roman" w:hint="eastAsia"/>
          <w:sz w:val="24"/>
          <w:lang w:eastAsia="zh-TW"/>
        </w:rPr>
        <w:t xml:space="preserve"> AI </w:t>
      </w:r>
      <w:r w:rsidR="00272B20" w:rsidRPr="00187795">
        <w:rPr>
          <w:rFonts w:ascii="Times New Roman" w:eastAsia="標楷體" w:hAnsi="Times New Roman" w:hint="eastAsia"/>
          <w:sz w:val="24"/>
          <w:lang w:eastAsia="zh-TW"/>
        </w:rPr>
        <w:t>智慧自助問診室，以及奇美醫院從預測式</w:t>
      </w:r>
      <w:r w:rsidR="00272B20" w:rsidRPr="00187795">
        <w:rPr>
          <w:rFonts w:ascii="Times New Roman" w:eastAsia="標楷體" w:hAnsi="Times New Roman" w:hint="eastAsia"/>
          <w:sz w:val="24"/>
          <w:lang w:eastAsia="zh-TW"/>
        </w:rPr>
        <w:t xml:space="preserve"> AI (1.0) </w:t>
      </w:r>
      <w:r w:rsidR="00272B20" w:rsidRPr="00187795">
        <w:rPr>
          <w:rFonts w:ascii="Times New Roman" w:eastAsia="標楷體" w:hAnsi="Times New Roman" w:hint="eastAsia"/>
          <w:sz w:val="24"/>
          <w:lang w:eastAsia="zh-TW"/>
        </w:rPr>
        <w:t>到生成式</w:t>
      </w:r>
      <w:r w:rsidR="00272B20" w:rsidRPr="00187795">
        <w:rPr>
          <w:rFonts w:ascii="Times New Roman" w:eastAsia="標楷體" w:hAnsi="Times New Roman" w:hint="eastAsia"/>
          <w:sz w:val="24"/>
          <w:lang w:eastAsia="zh-TW"/>
        </w:rPr>
        <w:t xml:space="preserve"> AI (2.0) </w:t>
      </w:r>
      <w:r w:rsidR="00272B20" w:rsidRPr="00187795">
        <w:rPr>
          <w:rFonts w:ascii="Times New Roman" w:eastAsia="標楷體" w:hAnsi="Times New Roman" w:hint="eastAsia"/>
          <w:sz w:val="24"/>
          <w:lang w:eastAsia="zh-TW"/>
        </w:rPr>
        <w:t>的</w:t>
      </w:r>
      <w:r w:rsidR="00272B20" w:rsidRPr="00187795">
        <w:rPr>
          <w:rFonts w:ascii="Times New Roman" w:eastAsia="標楷體" w:hAnsi="Times New Roman" w:hint="eastAsia"/>
          <w:sz w:val="24"/>
          <w:lang w:eastAsia="zh-TW"/>
        </w:rPr>
        <w:t xml:space="preserve"> A+ Copilot </w:t>
      </w:r>
      <w:r w:rsidR="00272B20" w:rsidRPr="00187795">
        <w:rPr>
          <w:rFonts w:ascii="Times New Roman" w:eastAsia="標楷體" w:hAnsi="Times New Roman" w:hint="eastAsia"/>
          <w:sz w:val="24"/>
          <w:lang w:eastAsia="zh-TW"/>
        </w:rPr>
        <w:t>應用經驗。</w:t>
      </w:r>
    </w:p>
    <w:p w:rsidR="006A546D" w:rsidRPr="00187795" w:rsidRDefault="00062D69" w:rsidP="006A546D">
      <w:pPr>
        <w:rPr>
          <w:rFonts w:ascii="Times New Roman" w:eastAsia="標楷體" w:hAnsi="Times New Roman"/>
          <w:sz w:val="24"/>
          <w:lang w:eastAsia="zh-TW"/>
        </w:rPr>
      </w:pPr>
      <w:r w:rsidRPr="00187795">
        <w:rPr>
          <w:rFonts w:ascii="Times New Roman" w:eastAsia="標楷體" w:hAnsi="Times New Roman" w:hint="eastAsia"/>
          <w:sz w:val="24"/>
          <w:lang w:eastAsia="zh-TW"/>
        </w:rPr>
        <w:t>(4)</w:t>
      </w:r>
      <w:r w:rsidR="00272B20" w:rsidRPr="00187795">
        <w:rPr>
          <w:rFonts w:ascii="Times New Roman" w:eastAsia="標楷體" w:hAnsi="Times New Roman" w:hint="eastAsia"/>
          <w:sz w:val="24"/>
          <w:lang w:eastAsia="zh-TW"/>
        </w:rPr>
        <w:t>倫理與資安防禦：</w:t>
      </w:r>
      <w:r w:rsidR="00272B20" w:rsidRPr="00187795">
        <w:rPr>
          <w:rFonts w:ascii="Times New Roman" w:eastAsia="標楷體" w:hAnsi="Times New Roman" w:hint="eastAsia"/>
          <w:sz w:val="24"/>
          <w:lang w:eastAsia="zh-TW"/>
        </w:rPr>
        <w:t xml:space="preserve"> </w:t>
      </w:r>
      <w:r w:rsidR="00272B20" w:rsidRPr="00187795">
        <w:rPr>
          <w:rFonts w:ascii="Times New Roman" w:eastAsia="標楷體" w:hAnsi="Times New Roman" w:hint="eastAsia"/>
          <w:sz w:val="24"/>
          <w:lang w:eastAsia="zh-TW"/>
        </w:rPr>
        <w:t>強調</w:t>
      </w:r>
      <w:r w:rsidR="00272B20" w:rsidRPr="00187795">
        <w:rPr>
          <w:rFonts w:ascii="Times New Roman" w:eastAsia="標楷體" w:hAnsi="Times New Roman" w:hint="eastAsia"/>
          <w:sz w:val="24"/>
          <w:lang w:eastAsia="zh-TW"/>
        </w:rPr>
        <w:t xml:space="preserve"> IRB </w:t>
      </w:r>
      <w:r w:rsidR="00272B20" w:rsidRPr="00187795">
        <w:rPr>
          <w:rFonts w:ascii="Times New Roman" w:eastAsia="標楷體" w:hAnsi="Times New Roman" w:hint="eastAsia"/>
          <w:sz w:val="24"/>
          <w:lang w:eastAsia="zh-TW"/>
        </w:rPr>
        <w:t>倫理規範、去個資化處理，並介紹</w:t>
      </w:r>
      <w:r w:rsidR="00272B20" w:rsidRPr="00187795">
        <w:rPr>
          <w:rFonts w:ascii="Times New Roman" w:eastAsia="標楷體" w:hAnsi="Times New Roman" w:hint="eastAsia"/>
          <w:sz w:val="24"/>
          <w:lang w:eastAsia="zh-TW"/>
        </w:rPr>
        <w:t xml:space="preserve"> SOC x MDR x SOAR </w:t>
      </w:r>
      <w:r w:rsidR="00272B20" w:rsidRPr="00187795">
        <w:rPr>
          <w:rFonts w:ascii="Times New Roman" w:eastAsia="標楷體" w:hAnsi="Times New Roman" w:hint="eastAsia"/>
          <w:sz w:val="24"/>
          <w:lang w:eastAsia="zh-TW"/>
        </w:rPr>
        <w:t>聯防架構與</w:t>
      </w:r>
      <w:r w:rsidR="00272B20" w:rsidRPr="00187795">
        <w:rPr>
          <w:rFonts w:ascii="Times New Roman" w:eastAsia="標楷體" w:hAnsi="Times New Roman" w:hint="eastAsia"/>
          <w:sz w:val="24"/>
          <w:lang w:eastAsia="zh-TW"/>
        </w:rPr>
        <w:t xml:space="preserve"> ISO 27001 </w:t>
      </w:r>
      <w:r w:rsidR="00272B20" w:rsidRPr="00187795">
        <w:rPr>
          <w:rFonts w:ascii="Times New Roman" w:eastAsia="標楷體" w:hAnsi="Times New Roman" w:hint="eastAsia"/>
          <w:sz w:val="24"/>
          <w:lang w:eastAsia="zh-TW"/>
        </w:rPr>
        <w:t>標準，深植守護病患隱私的意識</w:t>
      </w:r>
      <w:r w:rsidR="00742140" w:rsidRPr="00187795">
        <w:rPr>
          <w:rFonts w:ascii="Times New Roman" w:eastAsia="標楷體" w:hAnsi="Times New Roman"/>
          <w:sz w:val="24"/>
          <w:lang w:eastAsia="zh-TW"/>
        </w:rPr>
        <w:br/>
      </w:r>
      <w:r w:rsidR="006A546D" w:rsidRPr="00187795">
        <w:rPr>
          <w:rFonts w:ascii="Times New Roman" w:eastAsia="標楷體" w:hAnsi="Times New Roman" w:hint="eastAsia"/>
          <w:sz w:val="24"/>
          <w:lang w:eastAsia="zh-TW"/>
        </w:rPr>
        <w:t xml:space="preserve">2. </w:t>
      </w:r>
      <w:r w:rsidR="006A546D" w:rsidRPr="00187795">
        <w:rPr>
          <w:rFonts w:ascii="Times New Roman" w:eastAsia="標楷體" w:hAnsi="Times New Roman" w:hint="eastAsia"/>
          <w:sz w:val="24"/>
          <w:lang w:eastAsia="zh-TW"/>
        </w:rPr>
        <w:t>教學特色與學生回饋</w:t>
      </w:r>
    </w:p>
    <w:p w:rsidR="006A546D" w:rsidRPr="00187795" w:rsidRDefault="006A546D" w:rsidP="006A546D">
      <w:pPr>
        <w:rPr>
          <w:rFonts w:ascii="Times New Roman" w:eastAsia="標楷體" w:hAnsi="Times New Roman"/>
          <w:sz w:val="24"/>
          <w:lang w:eastAsia="zh-TW"/>
        </w:rPr>
      </w:pPr>
      <w:r w:rsidRPr="00187795">
        <w:rPr>
          <w:rFonts w:ascii="Times New Roman" w:eastAsia="標楷體" w:hAnsi="Times New Roman" w:hint="eastAsia"/>
          <w:sz w:val="24"/>
          <w:lang w:eastAsia="zh-TW"/>
        </w:rPr>
        <w:t>(1)</w:t>
      </w:r>
      <w:r w:rsidRPr="00187795">
        <w:rPr>
          <w:rFonts w:ascii="Times New Roman" w:eastAsia="標楷體" w:hAnsi="Times New Roman" w:hint="eastAsia"/>
          <w:sz w:val="24"/>
          <w:lang w:eastAsia="zh-TW"/>
        </w:rPr>
        <w:t>低門檻人機協作模式：</w:t>
      </w:r>
      <w:r w:rsidRPr="00187795">
        <w:rPr>
          <w:rFonts w:ascii="Times New Roman" w:eastAsia="標楷體" w:hAnsi="Times New Roman" w:hint="eastAsia"/>
          <w:sz w:val="24"/>
          <w:lang w:eastAsia="zh-TW"/>
        </w:rPr>
        <w:t xml:space="preserve"> </w:t>
      </w:r>
      <w:r w:rsidRPr="00187795">
        <w:rPr>
          <w:rFonts w:ascii="Times New Roman" w:eastAsia="標楷體" w:hAnsi="Times New Roman" w:hint="eastAsia"/>
          <w:sz w:val="24"/>
          <w:lang w:eastAsia="zh-TW"/>
        </w:rPr>
        <w:t>針對非資工背景學生對代碼的畏懼，課程策略性地引入</w:t>
      </w:r>
      <w:r w:rsidRPr="00187795">
        <w:rPr>
          <w:rFonts w:ascii="Times New Roman" w:eastAsia="標楷體" w:hAnsi="Times New Roman" w:hint="eastAsia"/>
          <w:sz w:val="24"/>
          <w:lang w:eastAsia="zh-TW"/>
        </w:rPr>
        <w:t xml:space="preserve"> AI </w:t>
      </w:r>
      <w:r w:rsidRPr="00187795">
        <w:rPr>
          <w:rFonts w:ascii="Times New Roman" w:eastAsia="標楷體" w:hAnsi="Times New Roman" w:hint="eastAsia"/>
          <w:sz w:val="24"/>
          <w:lang w:eastAsia="zh-TW"/>
        </w:rPr>
        <w:t>協作。期末問卷顯示，學生高度肯定「學到如何用</w:t>
      </w:r>
      <w:r w:rsidRPr="00187795">
        <w:rPr>
          <w:rFonts w:ascii="Times New Roman" w:eastAsia="標楷體" w:hAnsi="Times New Roman" w:hint="eastAsia"/>
          <w:sz w:val="24"/>
          <w:lang w:eastAsia="zh-TW"/>
        </w:rPr>
        <w:t xml:space="preserve"> AI </w:t>
      </w:r>
      <w:r w:rsidRPr="00187795">
        <w:rPr>
          <w:rFonts w:ascii="Times New Roman" w:eastAsia="標楷體" w:hAnsi="Times New Roman" w:hint="eastAsia"/>
          <w:sz w:val="24"/>
          <w:lang w:eastAsia="zh-TW"/>
        </w:rPr>
        <w:t>去寫想要的程式」以及「運用</w:t>
      </w:r>
      <w:r w:rsidRPr="00187795">
        <w:rPr>
          <w:rFonts w:ascii="Times New Roman" w:eastAsia="標楷體" w:hAnsi="Times New Roman" w:hint="eastAsia"/>
          <w:sz w:val="24"/>
          <w:lang w:eastAsia="zh-TW"/>
        </w:rPr>
        <w:t xml:space="preserve"> AI </w:t>
      </w:r>
      <w:r w:rsidRPr="00187795">
        <w:rPr>
          <w:rFonts w:ascii="Times New Roman" w:eastAsia="標楷體" w:hAnsi="Times New Roman" w:hint="eastAsia"/>
          <w:sz w:val="24"/>
          <w:lang w:eastAsia="zh-TW"/>
        </w:rPr>
        <w:t>分析病患資料」。</w:t>
      </w:r>
    </w:p>
    <w:p w:rsidR="006A546D" w:rsidRPr="00187795" w:rsidRDefault="006A546D" w:rsidP="006A546D">
      <w:pPr>
        <w:rPr>
          <w:rFonts w:ascii="Times New Roman" w:eastAsia="標楷體" w:hAnsi="Times New Roman"/>
          <w:sz w:val="24"/>
          <w:lang w:eastAsia="zh-TW"/>
        </w:rPr>
      </w:pPr>
      <w:r w:rsidRPr="00187795">
        <w:rPr>
          <w:rFonts w:ascii="Times New Roman" w:eastAsia="標楷體" w:hAnsi="Times New Roman" w:hint="eastAsia"/>
          <w:sz w:val="24"/>
          <w:lang w:eastAsia="zh-TW"/>
        </w:rPr>
        <w:t>(2)</w:t>
      </w:r>
      <w:r w:rsidRPr="00187795">
        <w:rPr>
          <w:rFonts w:ascii="Times New Roman" w:eastAsia="標楷體" w:hAnsi="Times New Roman" w:hint="eastAsia"/>
          <w:sz w:val="24"/>
          <w:lang w:eastAsia="zh-TW"/>
        </w:rPr>
        <w:t>實作驅動的學習成效：</w:t>
      </w:r>
      <w:r w:rsidRPr="00187795">
        <w:rPr>
          <w:rFonts w:ascii="Times New Roman" w:eastAsia="標楷體" w:hAnsi="Times New Roman"/>
          <w:sz w:val="24"/>
          <w:lang w:eastAsia="zh-TW"/>
        </w:rPr>
        <w:t xml:space="preserve"> </w:t>
      </w:r>
      <w:r w:rsidRPr="00187795">
        <w:rPr>
          <w:rFonts w:ascii="Times New Roman" w:eastAsia="標楷體" w:hAnsi="Times New Roman" w:hint="eastAsia"/>
          <w:sz w:val="24"/>
          <w:lang w:eastAsia="zh-TW"/>
        </w:rPr>
        <w:t>學生認為「實際操作比課本更有印象」。透過超過</w:t>
      </w:r>
      <w:r w:rsidRPr="00187795">
        <w:rPr>
          <w:rFonts w:ascii="Times New Roman" w:eastAsia="標楷體" w:hAnsi="Times New Roman"/>
          <w:sz w:val="24"/>
          <w:lang w:eastAsia="zh-TW"/>
        </w:rPr>
        <w:t xml:space="preserve"> 20 </w:t>
      </w:r>
      <w:r w:rsidRPr="00187795">
        <w:rPr>
          <w:rFonts w:ascii="Times New Roman" w:eastAsia="標楷體" w:hAnsi="Times New Roman" w:hint="eastAsia"/>
          <w:sz w:val="24"/>
          <w:lang w:eastAsia="zh-TW"/>
        </w:rPr>
        <w:t>題以上的臨床情境練習（如：</w:t>
      </w:r>
      <w:r w:rsidRPr="00187795">
        <w:rPr>
          <w:rFonts w:ascii="Times New Roman" w:eastAsia="標楷體" w:hAnsi="Times New Roman"/>
          <w:sz w:val="24"/>
          <w:lang w:eastAsia="zh-TW"/>
        </w:rPr>
        <w:t xml:space="preserve">BMI </w:t>
      </w:r>
      <w:r w:rsidRPr="00187795">
        <w:rPr>
          <w:rFonts w:ascii="Times New Roman" w:eastAsia="標楷體" w:hAnsi="Times New Roman" w:hint="eastAsia"/>
          <w:sz w:val="24"/>
          <w:lang w:eastAsia="zh-TW"/>
        </w:rPr>
        <w:t>計算、體溫發燒判斷、血糖高風險篩選），學生展現出高度的成就感。</w:t>
      </w:r>
    </w:p>
    <w:p w:rsidR="00E0011B" w:rsidRPr="00187795" w:rsidRDefault="006A546D" w:rsidP="006A546D">
      <w:pPr>
        <w:rPr>
          <w:rFonts w:ascii="Times New Roman" w:eastAsia="標楷體" w:hAnsi="Times New Roman"/>
          <w:sz w:val="24"/>
          <w:lang w:eastAsia="zh-TW"/>
        </w:rPr>
      </w:pPr>
      <w:r w:rsidRPr="00187795">
        <w:rPr>
          <w:rFonts w:ascii="Times New Roman" w:eastAsia="標楷體" w:hAnsi="Times New Roman" w:hint="eastAsia"/>
          <w:sz w:val="24"/>
          <w:lang w:eastAsia="zh-TW"/>
        </w:rPr>
        <w:t>(3)</w:t>
      </w:r>
      <w:r w:rsidRPr="00187795">
        <w:rPr>
          <w:rFonts w:ascii="Times New Roman" w:eastAsia="標楷體" w:hAnsi="Times New Roman" w:hint="eastAsia"/>
          <w:sz w:val="24"/>
          <w:lang w:eastAsia="zh-TW"/>
        </w:rPr>
        <w:t>核心能力顯著提升：</w:t>
      </w:r>
      <w:r w:rsidRPr="00187795">
        <w:rPr>
          <w:rFonts w:ascii="Times New Roman" w:eastAsia="標楷體" w:hAnsi="Times New Roman" w:hint="eastAsia"/>
          <w:sz w:val="24"/>
          <w:lang w:eastAsia="zh-TW"/>
        </w:rPr>
        <w:t xml:space="preserve"> </w:t>
      </w:r>
      <w:r w:rsidRPr="00187795">
        <w:rPr>
          <w:rFonts w:ascii="Times New Roman" w:eastAsia="標楷體" w:hAnsi="Times New Roman" w:hint="eastAsia"/>
          <w:sz w:val="24"/>
          <w:lang w:eastAsia="zh-TW"/>
        </w:rPr>
        <w:t>根據</w:t>
      </w:r>
      <w:r w:rsidRPr="00187795">
        <w:rPr>
          <w:rFonts w:ascii="Times New Roman" w:eastAsia="標楷體" w:hAnsi="Times New Roman" w:hint="eastAsia"/>
          <w:sz w:val="24"/>
          <w:lang w:eastAsia="zh-TW"/>
        </w:rPr>
        <w:t xml:space="preserve"> 45 </w:t>
      </w:r>
      <w:r w:rsidRPr="00187795">
        <w:rPr>
          <w:rFonts w:ascii="Times New Roman" w:eastAsia="標楷體" w:hAnsi="Times New Roman" w:hint="eastAsia"/>
          <w:sz w:val="24"/>
          <w:lang w:eastAsia="zh-TW"/>
        </w:rPr>
        <w:t>位同學的量化施測，學生在「臨床問題識別、資訊語言理解、數位工具應用、批判性思考、</w:t>
      </w:r>
      <w:r w:rsidRPr="00187795">
        <w:rPr>
          <w:rFonts w:ascii="Times New Roman" w:eastAsia="標楷體" w:hAnsi="Times New Roman" w:hint="eastAsia"/>
          <w:sz w:val="24"/>
          <w:lang w:eastAsia="zh-TW"/>
        </w:rPr>
        <w:t xml:space="preserve">AI </w:t>
      </w:r>
      <w:r w:rsidRPr="00187795">
        <w:rPr>
          <w:rFonts w:ascii="Times New Roman" w:eastAsia="標楷體" w:hAnsi="Times New Roman" w:hint="eastAsia"/>
          <w:sz w:val="24"/>
          <w:lang w:eastAsia="zh-TW"/>
        </w:rPr>
        <w:t>輔助解決方案及資訊語言溝通」等六大能力指標上皆有增進</w:t>
      </w:r>
    </w:p>
    <w:p w:rsidR="00E22F80" w:rsidRPr="00187795"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 xml:space="preserve">3. </w:t>
      </w:r>
      <w:r w:rsidRPr="00187795">
        <w:rPr>
          <w:rFonts w:ascii="Times New Roman" w:eastAsia="標楷體" w:hAnsi="Times New Roman" w:hint="eastAsia"/>
          <w:sz w:val="24"/>
          <w:lang w:eastAsia="zh-TW"/>
        </w:rPr>
        <w:t>實務減負與效率提升</w:t>
      </w:r>
    </w:p>
    <w:p w:rsidR="00E22F80" w:rsidRPr="00187795"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課程藉由奇美醫院的</w:t>
      </w:r>
      <w:r w:rsidRPr="00187795">
        <w:rPr>
          <w:rFonts w:ascii="Times New Roman" w:eastAsia="標楷體" w:hAnsi="Times New Roman" w:hint="eastAsia"/>
          <w:sz w:val="24"/>
          <w:lang w:eastAsia="zh-TW"/>
        </w:rPr>
        <w:t xml:space="preserve"> A+ Copilot </w:t>
      </w:r>
      <w:r w:rsidRPr="00187795">
        <w:rPr>
          <w:rFonts w:ascii="Times New Roman" w:eastAsia="標楷體" w:hAnsi="Times New Roman" w:hint="eastAsia"/>
          <w:sz w:val="24"/>
          <w:lang w:eastAsia="zh-TW"/>
        </w:rPr>
        <w:t>案例，展示了</w:t>
      </w:r>
      <w:r w:rsidRPr="00187795">
        <w:rPr>
          <w:rFonts w:ascii="Times New Roman" w:eastAsia="標楷體" w:hAnsi="Times New Roman" w:hint="eastAsia"/>
          <w:sz w:val="24"/>
          <w:lang w:eastAsia="zh-TW"/>
        </w:rPr>
        <w:t xml:space="preserve"> AI </w:t>
      </w:r>
      <w:r w:rsidRPr="00187795">
        <w:rPr>
          <w:rFonts w:ascii="Times New Roman" w:eastAsia="標楷體" w:hAnsi="Times New Roman" w:hint="eastAsia"/>
          <w:sz w:val="24"/>
          <w:lang w:eastAsia="zh-TW"/>
        </w:rPr>
        <w:t>如何實質減輕醫護行政負擔：</w:t>
      </w:r>
    </w:p>
    <w:p w:rsidR="00E22F80" w:rsidRPr="00187795"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(1)</w:t>
      </w:r>
      <w:r w:rsidRPr="00187795">
        <w:rPr>
          <w:rFonts w:ascii="Times New Roman" w:eastAsia="標楷體" w:hAnsi="Times New Roman" w:hint="eastAsia"/>
          <w:sz w:val="24"/>
          <w:lang w:eastAsia="zh-TW"/>
        </w:rPr>
        <w:t>護理摘要紀錄：</w:t>
      </w:r>
      <w:r w:rsidRPr="00187795">
        <w:rPr>
          <w:rFonts w:ascii="Times New Roman" w:eastAsia="標楷體" w:hAnsi="Times New Roman"/>
          <w:sz w:val="24"/>
          <w:lang w:eastAsia="zh-TW"/>
        </w:rPr>
        <w:t xml:space="preserve"> </w:t>
      </w:r>
      <w:r w:rsidRPr="00187795">
        <w:rPr>
          <w:rFonts w:ascii="Times New Roman" w:eastAsia="標楷體" w:hAnsi="Times New Roman" w:hint="eastAsia"/>
          <w:sz w:val="24"/>
          <w:lang w:eastAsia="zh-TW"/>
        </w:rPr>
        <w:t>時間從原本的</w:t>
      </w:r>
      <w:r w:rsidRPr="00187795">
        <w:rPr>
          <w:rFonts w:ascii="Times New Roman" w:eastAsia="標楷體" w:hAnsi="Times New Roman"/>
          <w:sz w:val="24"/>
          <w:lang w:eastAsia="zh-TW"/>
        </w:rPr>
        <w:t xml:space="preserve"> 2-4 </w:t>
      </w:r>
      <w:r w:rsidRPr="00187795">
        <w:rPr>
          <w:rFonts w:ascii="Times New Roman" w:eastAsia="標楷體" w:hAnsi="Times New Roman" w:hint="eastAsia"/>
          <w:sz w:val="24"/>
          <w:lang w:eastAsia="zh-TW"/>
        </w:rPr>
        <w:t>分鐘縮短為</w:t>
      </w:r>
      <w:r w:rsidRPr="00187795">
        <w:rPr>
          <w:rFonts w:ascii="Times New Roman" w:eastAsia="標楷體" w:hAnsi="Times New Roman"/>
          <w:sz w:val="24"/>
          <w:lang w:eastAsia="zh-TW"/>
        </w:rPr>
        <w:t xml:space="preserve"> 1 </w:t>
      </w:r>
      <w:r w:rsidRPr="00187795">
        <w:rPr>
          <w:rFonts w:ascii="Times New Roman" w:eastAsia="標楷體" w:hAnsi="Times New Roman" w:hint="eastAsia"/>
          <w:sz w:val="24"/>
          <w:lang w:eastAsia="zh-TW"/>
        </w:rPr>
        <w:t>分鐘。</w:t>
      </w:r>
    </w:p>
    <w:p w:rsidR="00E22F80" w:rsidRPr="00187795"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lastRenderedPageBreak/>
        <w:t>(2)</w:t>
      </w:r>
      <w:r w:rsidRPr="00187795">
        <w:rPr>
          <w:rFonts w:ascii="Times New Roman" w:eastAsia="標楷體" w:hAnsi="Times New Roman" w:hint="eastAsia"/>
          <w:sz w:val="24"/>
          <w:lang w:eastAsia="zh-TW"/>
        </w:rPr>
        <w:t>交班準備：</w:t>
      </w:r>
      <w:r w:rsidRPr="00187795">
        <w:rPr>
          <w:rFonts w:ascii="Times New Roman" w:eastAsia="標楷體" w:hAnsi="Times New Roman"/>
          <w:sz w:val="24"/>
          <w:lang w:eastAsia="zh-TW"/>
        </w:rPr>
        <w:t xml:space="preserve"> </w:t>
      </w:r>
      <w:r w:rsidRPr="00187795">
        <w:rPr>
          <w:rFonts w:ascii="Times New Roman" w:eastAsia="標楷體" w:hAnsi="Times New Roman" w:hint="eastAsia"/>
          <w:sz w:val="24"/>
          <w:lang w:eastAsia="zh-TW"/>
        </w:rPr>
        <w:t>幫助護理師快速生成交班重點，避免傳統複製上一班紀錄卻無重點的狀況。</w:t>
      </w:r>
    </w:p>
    <w:p w:rsidR="00E22F80" w:rsidRPr="00187795"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(3)</w:t>
      </w:r>
      <w:r w:rsidRPr="00187795">
        <w:rPr>
          <w:rFonts w:ascii="Times New Roman" w:eastAsia="標楷體" w:hAnsi="Times New Roman" w:hint="eastAsia"/>
          <w:sz w:val="24"/>
          <w:lang w:eastAsia="zh-TW"/>
        </w:rPr>
        <w:t>藥安病安偵測：</w:t>
      </w:r>
      <w:r w:rsidRPr="00187795">
        <w:rPr>
          <w:rFonts w:ascii="Times New Roman" w:eastAsia="標楷體" w:hAnsi="Times New Roman"/>
          <w:sz w:val="24"/>
          <w:lang w:eastAsia="zh-TW"/>
        </w:rPr>
        <w:t xml:space="preserve"> </w:t>
      </w:r>
      <w:r w:rsidRPr="00187795">
        <w:rPr>
          <w:rFonts w:ascii="Times New Roman" w:eastAsia="標楷體" w:hAnsi="Times New Roman" w:hint="eastAsia"/>
          <w:sz w:val="24"/>
          <w:lang w:eastAsia="zh-TW"/>
        </w:rPr>
        <w:t>在</w:t>
      </w:r>
      <w:r w:rsidRPr="00187795">
        <w:rPr>
          <w:rFonts w:ascii="Times New Roman" w:eastAsia="標楷體" w:hAnsi="Times New Roman"/>
          <w:sz w:val="24"/>
          <w:lang w:eastAsia="zh-TW"/>
        </w:rPr>
        <w:t xml:space="preserve"> ICU </w:t>
      </w:r>
      <w:r w:rsidRPr="00187795">
        <w:rPr>
          <w:rFonts w:ascii="Times New Roman" w:eastAsia="標楷體" w:hAnsi="Times New Roman" w:hint="eastAsia"/>
          <w:sz w:val="24"/>
          <w:lang w:eastAsia="zh-TW"/>
        </w:rPr>
        <w:t>每日可偵測出疑似給藥錯誤約</w:t>
      </w:r>
      <w:r w:rsidRPr="00187795">
        <w:rPr>
          <w:rFonts w:ascii="Times New Roman" w:eastAsia="標楷體" w:hAnsi="Times New Roman"/>
          <w:sz w:val="24"/>
          <w:lang w:eastAsia="zh-TW"/>
        </w:rPr>
        <w:t xml:space="preserve"> 10 </w:t>
      </w:r>
      <w:r w:rsidRPr="00187795">
        <w:rPr>
          <w:rFonts w:ascii="Times New Roman" w:eastAsia="標楷體" w:hAnsi="Times New Roman" w:hint="eastAsia"/>
          <w:sz w:val="24"/>
          <w:lang w:eastAsia="zh-TW"/>
        </w:rPr>
        <w:t>件，有效提升病人安全。</w:t>
      </w:r>
    </w:p>
    <w:p w:rsidR="00E22F80" w:rsidRPr="00187795"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 xml:space="preserve">4. </w:t>
      </w:r>
      <w:r w:rsidRPr="00187795">
        <w:rPr>
          <w:rFonts w:ascii="Times New Roman" w:eastAsia="標楷體" w:hAnsi="Times New Roman" w:hint="eastAsia"/>
          <w:sz w:val="24"/>
          <w:lang w:eastAsia="zh-TW"/>
        </w:rPr>
        <w:t>教學目標達成與展望</w:t>
      </w:r>
    </w:p>
    <w:p w:rsidR="00E22F80" w:rsidRPr="00187795" w:rsidRDefault="00AF3BBC"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(1)</w:t>
      </w:r>
      <w:r w:rsidR="00E22F80" w:rsidRPr="00187795">
        <w:rPr>
          <w:rFonts w:ascii="Times New Roman" w:eastAsia="標楷體" w:hAnsi="Times New Roman" w:hint="eastAsia"/>
          <w:sz w:val="24"/>
          <w:lang w:eastAsia="zh-TW"/>
        </w:rPr>
        <w:t>本課程成功帶領學生從「科技使用者」轉變為「數據驅動的決策者」，實現了認知、技能與態度三大面向的培育。</w:t>
      </w:r>
    </w:p>
    <w:p w:rsidR="00E22F80" w:rsidRPr="00187795" w:rsidRDefault="00AF3BBC"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(2)</w:t>
      </w:r>
      <w:r w:rsidR="00E22F80" w:rsidRPr="00187795">
        <w:rPr>
          <w:rFonts w:ascii="Times New Roman" w:eastAsia="標楷體" w:hAnsi="Times New Roman" w:hint="eastAsia"/>
          <w:sz w:val="24"/>
          <w:lang w:eastAsia="zh-TW"/>
        </w:rPr>
        <w:t>展望未來：</w:t>
      </w:r>
      <w:r w:rsidR="00E22F80" w:rsidRPr="00187795">
        <w:rPr>
          <w:rFonts w:ascii="Times New Roman" w:eastAsia="標楷體" w:hAnsi="Times New Roman"/>
          <w:sz w:val="24"/>
          <w:lang w:eastAsia="zh-TW"/>
        </w:rPr>
        <w:t xml:space="preserve"> </w:t>
      </w:r>
      <w:r w:rsidR="00E22F80" w:rsidRPr="00187795">
        <w:rPr>
          <w:rFonts w:ascii="Times New Roman" w:eastAsia="標楷體" w:hAnsi="Times New Roman" w:hint="eastAsia"/>
          <w:sz w:val="24"/>
          <w:lang w:eastAsia="zh-TW"/>
        </w:rPr>
        <w:t>將持續精進</w:t>
      </w:r>
      <w:r w:rsidR="00E22F80" w:rsidRPr="00187795">
        <w:rPr>
          <w:rFonts w:ascii="Times New Roman" w:eastAsia="標楷體" w:hAnsi="Times New Roman"/>
          <w:sz w:val="24"/>
          <w:lang w:eastAsia="zh-TW"/>
        </w:rPr>
        <w:t xml:space="preserve"> AI </w:t>
      </w:r>
      <w:r w:rsidR="00E22F80" w:rsidRPr="00187795">
        <w:rPr>
          <w:rFonts w:ascii="Times New Roman" w:eastAsia="標楷體" w:hAnsi="Times New Roman" w:hint="eastAsia"/>
          <w:sz w:val="24"/>
          <w:lang w:eastAsia="zh-TW"/>
        </w:rPr>
        <w:t>可解釋性</w:t>
      </w:r>
      <w:r w:rsidR="00E22F80" w:rsidRPr="00187795">
        <w:rPr>
          <w:rFonts w:ascii="Times New Roman" w:eastAsia="標楷體" w:hAnsi="Times New Roman"/>
          <w:sz w:val="24"/>
          <w:lang w:eastAsia="zh-TW"/>
        </w:rPr>
        <w:t xml:space="preserve"> (XAI) </w:t>
      </w:r>
      <w:r w:rsidR="00E22F80" w:rsidRPr="00187795">
        <w:rPr>
          <w:rFonts w:ascii="Times New Roman" w:eastAsia="標楷體" w:hAnsi="Times New Roman" w:hint="eastAsia"/>
          <w:sz w:val="24"/>
          <w:lang w:eastAsia="zh-TW"/>
        </w:rPr>
        <w:t>的教學，並透過更多</w:t>
      </w:r>
      <w:r w:rsidR="00E22F80" w:rsidRPr="00187795">
        <w:rPr>
          <w:rFonts w:ascii="Times New Roman" w:eastAsia="標楷體" w:hAnsi="Times New Roman"/>
          <w:sz w:val="24"/>
          <w:lang w:eastAsia="zh-TW"/>
        </w:rPr>
        <w:t xml:space="preserve"> SHAP </w:t>
      </w:r>
      <w:r w:rsidR="00E22F80" w:rsidRPr="00187795">
        <w:rPr>
          <w:rFonts w:ascii="Times New Roman" w:eastAsia="標楷體" w:hAnsi="Times New Roman" w:hint="eastAsia"/>
          <w:sz w:val="24"/>
          <w:lang w:eastAsia="zh-TW"/>
        </w:rPr>
        <w:t>特徵重要性分析，培養學生對</w:t>
      </w:r>
      <w:r w:rsidR="00E22F80" w:rsidRPr="00187795">
        <w:rPr>
          <w:rFonts w:ascii="Times New Roman" w:eastAsia="標楷體" w:hAnsi="Times New Roman"/>
          <w:sz w:val="24"/>
          <w:lang w:eastAsia="zh-TW"/>
        </w:rPr>
        <w:t xml:space="preserve"> AI </w:t>
      </w:r>
      <w:r w:rsidR="00E22F80" w:rsidRPr="00187795">
        <w:rPr>
          <w:rFonts w:ascii="Times New Roman" w:eastAsia="標楷體" w:hAnsi="Times New Roman" w:hint="eastAsia"/>
          <w:sz w:val="24"/>
          <w:lang w:eastAsia="zh-TW"/>
        </w:rPr>
        <w:t>判讀錯誤的批判性思考能力。</w:t>
      </w:r>
    </w:p>
    <w:p w:rsidR="00E22F80" w:rsidRDefault="00E22F80" w:rsidP="00E22F80">
      <w:pPr>
        <w:rPr>
          <w:rFonts w:ascii="Times New Roman" w:eastAsia="標楷體" w:hAnsi="Times New Roman"/>
          <w:sz w:val="24"/>
          <w:lang w:eastAsia="zh-TW"/>
        </w:rPr>
      </w:pPr>
      <w:r w:rsidRPr="00187795">
        <w:rPr>
          <w:rFonts w:ascii="Times New Roman" w:eastAsia="標楷體" w:hAnsi="Times New Roman" w:hint="eastAsia"/>
          <w:sz w:val="24"/>
          <w:lang w:eastAsia="zh-TW"/>
        </w:rPr>
        <w:t>這份教案不僅止於技術傳授，更賦予了學生在智慧醫療時代具備「讓數據說話」的競爭力，落實了「與產業接軌、從做中學習」的教育目標</w:t>
      </w:r>
    </w:p>
    <w:p w:rsidR="00A509AE" w:rsidRDefault="00A509AE"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032FD4" w:rsidRDefault="00032FD4" w:rsidP="00E22F80">
      <w:pPr>
        <w:rPr>
          <w:rFonts w:ascii="Times New Roman" w:eastAsia="標楷體" w:hAnsi="Times New Roman"/>
          <w:sz w:val="24"/>
          <w:lang w:eastAsia="zh-TW"/>
        </w:rPr>
      </w:pPr>
    </w:p>
    <w:p w:rsidR="001703D4" w:rsidRPr="00342FC9" w:rsidRDefault="0096040B" w:rsidP="006378B7">
      <w:pPr>
        <w:pStyle w:val="1"/>
        <w:rPr>
          <w:rFonts w:ascii="標楷體" w:eastAsia="標楷體" w:hAnsi="標楷體"/>
          <w:lang w:eastAsia="zh-TW"/>
        </w:rPr>
      </w:pPr>
      <w:bookmarkStart w:id="12" w:name="_Toc234218899"/>
      <w:r w:rsidRPr="00342FC9">
        <w:rPr>
          <w:rFonts w:ascii="標楷體" w:eastAsia="標楷體" w:hAnsi="標楷體" w:hint="eastAsia"/>
          <w:lang w:eastAsia="zh-HK"/>
        </w:rPr>
        <w:lastRenderedPageBreak/>
        <w:t>伍</w:t>
      </w:r>
      <w:r w:rsidR="001703D4" w:rsidRPr="00342FC9">
        <w:rPr>
          <w:rFonts w:ascii="標楷體" w:eastAsia="標楷體" w:hAnsi="標楷體" w:hint="eastAsia"/>
          <w:lang w:eastAsia="zh-TW"/>
        </w:rPr>
        <w:t>、</w:t>
      </w:r>
      <w:r w:rsidR="001703D4" w:rsidRPr="00342FC9">
        <w:rPr>
          <w:rFonts w:ascii="標楷體" w:eastAsia="標楷體" w:hAnsi="標楷體"/>
          <w:lang w:eastAsia="zh-TW"/>
        </w:rPr>
        <w:t xml:space="preserve"> </w:t>
      </w:r>
      <w:r w:rsidR="001703D4" w:rsidRPr="00342FC9">
        <w:rPr>
          <w:rFonts w:ascii="標楷體" w:eastAsia="標楷體" w:hAnsi="標楷體" w:hint="eastAsia"/>
          <w:lang w:eastAsia="zh-TW"/>
        </w:rPr>
        <w:t>附錄</w:t>
      </w:r>
      <w:bookmarkEnd w:id="12"/>
    </w:p>
    <w:p w:rsidR="001703D4" w:rsidRDefault="001703D4" w:rsidP="00595BB6">
      <w:pPr>
        <w:pStyle w:val="Default"/>
        <w:rPr>
          <w:sz w:val="23"/>
          <w:szCs w:val="23"/>
          <w:lang w:eastAsia="zh-TW"/>
        </w:rPr>
      </w:pPr>
      <w:r>
        <w:rPr>
          <w:rFonts w:hint="eastAsia"/>
          <w:sz w:val="23"/>
          <w:szCs w:val="23"/>
          <w:lang w:eastAsia="zh-TW"/>
        </w:rPr>
        <w:t>附錄一</w:t>
      </w:r>
    </w:p>
    <w:p w:rsidR="001703D4" w:rsidRDefault="001703D4" w:rsidP="00510A93">
      <w:pPr>
        <w:pStyle w:val="Default"/>
        <w:jc w:val="center"/>
        <w:rPr>
          <w:sz w:val="23"/>
          <w:szCs w:val="23"/>
          <w:lang w:eastAsia="zh-TW"/>
        </w:rPr>
      </w:pPr>
      <w:r>
        <w:rPr>
          <w:rFonts w:hint="eastAsia"/>
          <w:sz w:val="28"/>
          <w:szCs w:val="28"/>
          <w:lang w:eastAsia="zh-TW"/>
        </w:rPr>
        <w:t>期末專題成果</w:t>
      </w:r>
      <w:r>
        <w:rPr>
          <w:rFonts w:ascii="Times New Roman" w:hAnsi="Times New Roman" w:cs="Times New Roman"/>
          <w:sz w:val="28"/>
          <w:szCs w:val="28"/>
          <w:lang w:eastAsia="zh-TW"/>
        </w:rPr>
        <w:t>-</w:t>
      </w:r>
      <w:r>
        <w:rPr>
          <w:rFonts w:hAnsi="Times New Roman" w:hint="eastAsia"/>
          <w:sz w:val="28"/>
          <w:szCs w:val="28"/>
          <w:lang w:eastAsia="zh-TW"/>
        </w:rPr>
        <w:t>業界專家評量問卷</w:t>
      </w:r>
    </w:p>
    <w:p w:rsidR="001703D4" w:rsidRDefault="001703D4" w:rsidP="00A509AE">
      <w:pPr>
        <w:pStyle w:val="Default"/>
        <w:rPr>
          <w:sz w:val="23"/>
          <w:szCs w:val="23"/>
          <w:lang w:eastAsia="zh-TW"/>
        </w:rPr>
      </w:pPr>
    </w:p>
    <w:p w:rsidR="001703D4" w:rsidRDefault="001703D4" w:rsidP="00A509AE">
      <w:pPr>
        <w:pStyle w:val="Default"/>
        <w:rPr>
          <w:sz w:val="23"/>
          <w:szCs w:val="23"/>
          <w:lang w:eastAsia="zh-TW"/>
        </w:rPr>
      </w:pPr>
    </w:p>
    <w:p w:rsidR="00A509AE" w:rsidRDefault="00A509AE" w:rsidP="00A509AE">
      <w:pPr>
        <w:pStyle w:val="Default"/>
        <w:rPr>
          <w:sz w:val="23"/>
          <w:szCs w:val="23"/>
          <w:lang w:eastAsia="zh-TW"/>
        </w:rPr>
      </w:pPr>
      <w:r>
        <w:rPr>
          <w:rFonts w:hint="eastAsia"/>
          <w:sz w:val="23"/>
          <w:szCs w:val="23"/>
          <w:lang w:eastAsia="zh-TW"/>
        </w:rPr>
        <w:t>一、基本說明</w:t>
      </w:r>
      <w:r>
        <w:rPr>
          <w:sz w:val="23"/>
          <w:szCs w:val="23"/>
          <w:lang w:eastAsia="zh-TW"/>
        </w:rPr>
        <w:t xml:space="preserve"> </w:t>
      </w:r>
    </w:p>
    <w:p w:rsidR="00A509AE" w:rsidRDefault="00A509AE" w:rsidP="00A509AE">
      <w:pPr>
        <w:pStyle w:val="Default"/>
        <w:rPr>
          <w:rFonts w:hAnsi="Times New Roman"/>
          <w:sz w:val="23"/>
          <w:szCs w:val="23"/>
          <w:lang w:eastAsia="zh-TW"/>
        </w:rPr>
      </w:pPr>
      <w:r>
        <w:rPr>
          <w:rFonts w:hint="eastAsia"/>
          <w:sz w:val="23"/>
          <w:szCs w:val="23"/>
          <w:lang w:eastAsia="zh-TW"/>
        </w:rPr>
        <w:t>本問卷旨在蒐集業界專家對學生期末專題成果之專業意見，評量內容著重於實務需求符合度、設計品質與人工智慧（</w:t>
      </w:r>
      <w:r>
        <w:rPr>
          <w:rFonts w:ascii="Times New Roman" w:hAnsi="Times New Roman" w:cs="Times New Roman"/>
          <w:sz w:val="23"/>
          <w:szCs w:val="23"/>
          <w:lang w:eastAsia="zh-TW"/>
        </w:rPr>
        <w:t>AI</w:t>
      </w:r>
      <w:r>
        <w:rPr>
          <w:rFonts w:hAnsi="Times New Roman" w:hint="eastAsia"/>
          <w:sz w:val="23"/>
          <w:szCs w:val="23"/>
          <w:lang w:eastAsia="zh-TW"/>
        </w:rPr>
        <w:t>）應用之合理性。所有資料僅用於教學成效分析與課程改進，不涉及成績公開。</w:t>
      </w:r>
      <w:r>
        <w:rPr>
          <w:rFonts w:hAnsi="Times New Roman"/>
          <w:sz w:val="23"/>
          <w:szCs w:val="23"/>
          <w:lang w:eastAsia="zh-TW"/>
        </w:rPr>
        <w:t xml:space="preserve"> </w:t>
      </w:r>
    </w:p>
    <w:p w:rsidR="00A509AE" w:rsidRDefault="00A509AE" w:rsidP="00A509AE">
      <w:pPr>
        <w:pStyle w:val="Default"/>
        <w:rPr>
          <w:rFonts w:hAnsi="Times New Roman"/>
          <w:sz w:val="23"/>
          <w:szCs w:val="23"/>
          <w:lang w:eastAsia="zh-TW"/>
        </w:rPr>
      </w:pPr>
      <w:r>
        <w:rPr>
          <w:rFonts w:hAnsi="Times New Roman" w:hint="eastAsia"/>
          <w:sz w:val="23"/>
          <w:szCs w:val="23"/>
          <w:lang w:eastAsia="zh-TW"/>
        </w:rPr>
        <w:t>二、量化評量（</w:t>
      </w:r>
      <w:r>
        <w:rPr>
          <w:rFonts w:ascii="Times New Roman" w:hAnsi="Times New Roman" w:cs="Times New Roman"/>
          <w:sz w:val="23"/>
          <w:szCs w:val="23"/>
          <w:lang w:eastAsia="zh-TW"/>
        </w:rPr>
        <w:t>1</w:t>
      </w:r>
      <w:r>
        <w:rPr>
          <w:rFonts w:hAnsi="Times New Roman"/>
          <w:sz w:val="23"/>
          <w:szCs w:val="23"/>
          <w:lang w:eastAsia="zh-TW"/>
        </w:rPr>
        <w:t>–</w:t>
      </w:r>
      <w:r>
        <w:rPr>
          <w:rFonts w:ascii="Times New Roman" w:hAnsi="Times New Roman" w:cs="Times New Roman"/>
          <w:sz w:val="23"/>
          <w:szCs w:val="23"/>
          <w:lang w:eastAsia="zh-TW"/>
        </w:rPr>
        <w:t xml:space="preserve">5 </w:t>
      </w:r>
      <w:r>
        <w:rPr>
          <w:rFonts w:hAnsi="Times New Roman" w:hint="eastAsia"/>
          <w:sz w:val="23"/>
          <w:szCs w:val="23"/>
          <w:lang w:eastAsia="zh-TW"/>
        </w:rPr>
        <w:t>分量表）</w:t>
      </w:r>
      <w:r>
        <w:rPr>
          <w:rFonts w:hAnsi="Times New Roman"/>
          <w:sz w:val="23"/>
          <w:szCs w:val="23"/>
          <w:lang w:eastAsia="zh-TW"/>
        </w:rPr>
        <w:t xml:space="preserve"> </w:t>
      </w:r>
    </w:p>
    <w:p w:rsidR="00A509AE" w:rsidRDefault="00A509AE" w:rsidP="00A509AE">
      <w:pPr>
        <w:pStyle w:val="Default"/>
        <w:rPr>
          <w:rFonts w:hAnsi="Times New Roman"/>
          <w:sz w:val="23"/>
          <w:szCs w:val="23"/>
          <w:lang w:eastAsia="zh-TW"/>
        </w:rPr>
      </w:pPr>
      <w:r>
        <w:rPr>
          <w:rFonts w:hAnsi="Times New Roman" w:hint="eastAsia"/>
          <w:sz w:val="23"/>
          <w:szCs w:val="23"/>
          <w:lang w:eastAsia="zh-TW"/>
        </w:rPr>
        <w:t>請依您的專業經驗，針對下列敘述進行評分：</w:t>
      </w:r>
      <w:r>
        <w:rPr>
          <w:rFonts w:hAnsi="Times New Roman"/>
          <w:sz w:val="23"/>
          <w:szCs w:val="23"/>
          <w:lang w:eastAsia="zh-TW"/>
        </w:rPr>
        <w:t xml:space="preserve"> </w:t>
      </w:r>
    </w:p>
    <w:p w:rsidR="00A509AE" w:rsidRDefault="00A509AE" w:rsidP="00A509AE">
      <w:pPr>
        <w:pStyle w:val="Default"/>
        <w:rPr>
          <w:rFonts w:hAnsi="Times New Roman"/>
          <w:sz w:val="23"/>
          <w:szCs w:val="23"/>
        </w:rPr>
      </w:pPr>
      <w:r>
        <w:rPr>
          <w:rFonts w:hAnsi="Times New Roman" w:hint="eastAsia"/>
          <w:sz w:val="23"/>
          <w:szCs w:val="23"/>
        </w:rPr>
        <w:t>（</w:t>
      </w:r>
      <w:r>
        <w:rPr>
          <w:rFonts w:ascii="Times New Roman" w:hAnsi="Times New Roman" w:cs="Times New Roman"/>
          <w:sz w:val="23"/>
          <w:szCs w:val="23"/>
        </w:rPr>
        <w:t xml:space="preserve">1 </w:t>
      </w:r>
      <w:r>
        <w:rPr>
          <w:rFonts w:hAnsi="Times New Roman" w:hint="eastAsia"/>
          <w:sz w:val="23"/>
          <w:szCs w:val="23"/>
        </w:rPr>
        <w:t>分＝非常不同意，</w:t>
      </w:r>
      <w:r>
        <w:rPr>
          <w:rFonts w:ascii="Times New Roman" w:hAnsi="Times New Roman" w:cs="Times New Roman"/>
          <w:sz w:val="23"/>
          <w:szCs w:val="23"/>
        </w:rPr>
        <w:t xml:space="preserve">2 </w:t>
      </w:r>
      <w:r>
        <w:rPr>
          <w:rFonts w:hAnsi="Times New Roman" w:hint="eastAsia"/>
          <w:sz w:val="23"/>
          <w:szCs w:val="23"/>
        </w:rPr>
        <w:t>分＝不同意，</w:t>
      </w:r>
      <w:r>
        <w:rPr>
          <w:rFonts w:ascii="Times New Roman" w:hAnsi="Times New Roman" w:cs="Times New Roman"/>
          <w:sz w:val="23"/>
          <w:szCs w:val="23"/>
        </w:rPr>
        <w:t xml:space="preserve">3 </w:t>
      </w:r>
      <w:r>
        <w:rPr>
          <w:rFonts w:hAnsi="Times New Roman" w:hint="eastAsia"/>
          <w:sz w:val="23"/>
          <w:szCs w:val="23"/>
        </w:rPr>
        <w:t>分＝普通，</w:t>
      </w:r>
      <w:r>
        <w:rPr>
          <w:rFonts w:ascii="Times New Roman" w:hAnsi="Times New Roman" w:cs="Times New Roman"/>
          <w:sz w:val="23"/>
          <w:szCs w:val="23"/>
        </w:rPr>
        <w:t xml:space="preserve">4 </w:t>
      </w:r>
      <w:r>
        <w:rPr>
          <w:rFonts w:hAnsi="Times New Roman" w:hint="eastAsia"/>
          <w:sz w:val="23"/>
          <w:szCs w:val="23"/>
        </w:rPr>
        <w:t>分＝同意，</w:t>
      </w:r>
      <w:r>
        <w:rPr>
          <w:rFonts w:ascii="Times New Roman" w:hAnsi="Times New Roman" w:cs="Times New Roman"/>
          <w:sz w:val="23"/>
          <w:szCs w:val="23"/>
        </w:rPr>
        <w:t xml:space="preserve">5 </w:t>
      </w:r>
      <w:r>
        <w:rPr>
          <w:rFonts w:hAnsi="Times New Roman" w:hint="eastAsia"/>
          <w:sz w:val="23"/>
          <w:szCs w:val="23"/>
        </w:rPr>
        <w:t>分＝非常同意）</w:t>
      </w:r>
      <w:r>
        <w:rPr>
          <w:rFonts w:hAnsi="Times New Roman"/>
          <w:sz w:val="23"/>
          <w:szCs w:val="23"/>
        </w:rPr>
        <w:t xml:space="preserve"> </w:t>
      </w:r>
    </w:p>
    <w:p w:rsidR="00A509AE" w:rsidRPr="001703D4" w:rsidRDefault="00A509AE" w:rsidP="001703D4">
      <w:pPr>
        <w:pStyle w:val="ae"/>
        <w:numPr>
          <w:ilvl w:val="0"/>
          <w:numId w:val="12"/>
        </w:numPr>
        <w:rPr>
          <w:rFonts w:eastAsia="新細明體" w:hAnsi="Times New Roman"/>
          <w:sz w:val="23"/>
          <w:szCs w:val="23"/>
          <w:lang w:eastAsia="zh-TW"/>
        </w:rPr>
      </w:pPr>
      <w:r w:rsidRPr="001703D4">
        <w:rPr>
          <w:rFonts w:hAnsi="Times New Roman" w:hint="eastAsia"/>
          <w:sz w:val="23"/>
          <w:szCs w:val="23"/>
          <w:lang w:eastAsia="zh-TW"/>
        </w:rPr>
        <w:t>問題定義與需求掌握</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632"/>
        <w:gridCol w:w="3920"/>
        <w:gridCol w:w="1117"/>
        <w:gridCol w:w="857"/>
        <w:gridCol w:w="726"/>
        <w:gridCol w:w="726"/>
        <w:gridCol w:w="982"/>
      </w:tblGrid>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題號</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問題內容</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 xml:space="preserve">1 </w:t>
            </w:r>
            <w:r>
              <w:rPr>
                <w:rFonts w:ascii="新細明體" w:hAnsi="新細明體" w:cs="新細明體" w:hint="eastAsia"/>
                <w:color w:val="000000"/>
                <w:sz w:val="17"/>
              </w:rPr>
              <w:t>非常不同意</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 xml:space="preserve">2 </w:t>
            </w:r>
            <w:r>
              <w:rPr>
                <w:rFonts w:ascii="新細明體" w:hAnsi="新細明體" w:cs="新細明體" w:hint="eastAsia"/>
                <w:color w:val="000000"/>
                <w:sz w:val="17"/>
              </w:rPr>
              <w:t>不同意</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 xml:space="preserve">3 </w:t>
            </w:r>
            <w:r>
              <w:rPr>
                <w:rFonts w:ascii="新細明體" w:hAnsi="新細明體" w:cs="新細明體" w:hint="eastAsia"/>
                <w:color w:val="000000"/>
                <w:sz w:val="17"/>
              </w:rPr>
              <w:t>普通</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 xml:space="preserve">4 </w:t>
            </w:r>
            <w:r>
              <w:rPr>
                <w:rFonts w:ascii="新細明體" w:hAnsi="新細明體" w:cs="新細明體" w:hint="eastAsia"/>
                <w:color w:val="000000"/>
                <w:sz w:val="17"/>
              </w:rPr>
              <w:t>同意</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inter" w:eastAsia="inter" w:hAnsi="inter" w:cs="inter"/>
                <w:color w:val="000000"/>
                <w:sz w:val="17"/>
              </w:rPr>
              <w:t xml:space="preserve">5 </w:t>
            </w:r>
            <w:r>
              <w:rPr>
                <w:rFonts w:ascii="新細明體" w:hAnsi="新細明體" w:cs="新細明體" w:hint="eastAsia"/>
                <w:color w:val="000000"/>
                <w:sz w:val="17"/>
              </w:rPr>
              <w:t>非常同意</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1</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我能準確識別臨床照護中與數位技術相關的問題。</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2</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我理解數位健康資訊中的專業術語與概念。</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3</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我能熟練運用數位照護用的軟硬體工具進行工作。</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4</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我在面對數位照護資訊時，能進行批判性思考與判斷。</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5</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我能使用</w:t>
            </w:r>
            <w:r>
              <w:rPr>
                <w:rFonts w:ascii="inter" w:eastAsia="inter" w:hAnsi="inter" w:cs="inter"/>
                <w:color w:val="000000"/>
                <w:sz w:val="17"/>
              </w:rPr>
              <w:t>AI</w:t>
            </w:r>
            <w:r>
              <w:rPr>
                <w:rFonts w:ascii="新細明體" w:hAnsi="新細明體" w:cs="新細明體" w:hint="eastAsia"/>
                <w:color w:val="000000"/>
                <w:sz w:val="17"/>
              </w:rPr>
              <w:t>輔助工具來優化照護流程與決策。</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6</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我能有效將數位照護相關資訊清楚傳達給患者及同事。</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7</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我能與團隊成員合作，運用數位技術提升照護品質。</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8</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我能從健康數據中識別重要臨床問題與趨勢。</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9</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我理解數據分析中常用的資訊語言與專業術語。</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10</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我能熟練使用數據分析和管理工具，如資料庫、統計軟體等。</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lastRenderedPageBreak/>
              <w:t>11</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我會批判性地檢視數據結果，判斷其準確性和有效性。</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12</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我能運用</w:t>
            </w:r>
            <w:r>
              <w:rPr>
                <w:rFonts w:ascii="inter" w:eastAsia="inter" w:hAnsi="inter" w:cs="inter"/>
                <w:color w:val="000000"/>
                <w:sz w:val="17"/>
              </w:rPr>
              <w:t>AI</w:t>
            </w:r>
            <w:r>
              <w:rPr>
                <w:rFonts w:ascii="新細明體" w:hAnsi="新細明體" w:cs="新細明體" w:hint="eastAsia"/>
                <w:color w:val="000000"/>
                <w:sz w:val="17"/>
              </w:rPr>
              <w:t>技術協助分析數據並提出解決方案。</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13</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我能以清晰易懂的方式向他人解釋數據分析結果。</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inter" w:eastAsia="inter" w:hAnsi="inter" w:cs="inter"/>
                <w:color w:val="000000"/>
                <w:sz w:val="17"/>
              </w:rPr>
              <w:t>14</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我能和跨領域團隊有效協作完成數據管理相關任務。</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DengXian"/>
              </w:rPr>
            </w:pPr>
            <w:r>
              <w:rPr>
                <w:rFonts w:ascii="inter" w:eastAsia="inter" w:hAnsi="inter" w:cs="inter"/>
                <w:color w:val="000000"/>
                <w:sz w:val="17"/>
              </w:rPr>
              <w:t>1</w:t>
            </w:r>
            <w:r>
              <w:rPr>
                <w:rFonts w:ascii="新細明體" w:hAnsi="新細明體" w:cs="inter" w:hint="eastAsia"/>
                <w:color w:val="000000"/>
                <w:sz w:val="17"/>
              </w:rPr>
              <w:t>5</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我能理解並運用跨領域溝通時的專業語言與術語。</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DengXian"/>
              </w:rPr>
            </w:pPr>
            <w:r>
              <w:rPr>
                <w:rFonts w:ascii="inter" w:eastAsia="inter" w:hAnsi="inter" w:cs="inter"/>
                <w:color w:val="000000"/>
                <w:sz w:val="17"/>
              </w:rPr>
              <w:t>1</w:t>
            </w:r>
            <w:r>
              <w:rPr>
                <w:rFonts w:ascii="新細明體" w:hAnsi="新細明體" w:cs="inter" w:hint="eastAsia"/>
                <w:color w:val="000000"/>
                <w:sz w:val="17"/>
              </w:rPr>
              <w:t>6</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我能運用批判性思考解決跨領域溝通中遇到的問題。</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DengXian"/>
              </w:rPr>
            </w:pPr>
            <w:r>
              <w:rPr>
                <w:rFonts w:ascii="inter" w:eastAsia="inter" w:hAnsi="inter" w:cs="inter"/>
                <w:color w:val="000000"/>
                <w:sz w:val="17"/>
              </w:rPr>
              <w:t>1</w:t>
            </w:r>
            <w:r>
              <w:rPr>
                <w:rFonts w:ascii="新細明體" w:hAnsi="新細明體" w:cs="inter" w:hint="eastAsia"/>
                <w:color w:val="000000"/>
                <w:sz w:val="17"/>
              </w:rPr>
              <w:t>7</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我可以使用</w:t>
            </w:r>
            <w:r>
              <w:rPr>
                <w:rFonts w:ascii="inter" w:eastAsia="inter" w:hAnsi="inter" w:cs="inter"/>
                <w:color w:val="000000"/>
                <w:sz w:val="17"/>
              </w:rPr>
              <w:t>AI</w:t>
            </w:r>
            <w:r>
              <w:rPr>
                <w:rFonts w:ascii="新細明體" w:hAnsi="新細明體" w:cs="新細明體" w:hint="eastAsia"/>
                <w:color w:val="000000"/>
                <w:sz w:val="17"/>
              </w:rPr>
              <w:t>輔助平台增強跨域溝通與協作。</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r w:rsidR="001703D4" w:rsidTr="001703D4">
        <w:trPr>
          <w:cantSplit/>
          <w:tblCellSpacing w:w="0" w:type="dxa"/>
          <w:jc w:val="center"/>
        </w:trPr>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DengXian"/>
              </w:rPr>
            </w:pPr>
            <w:r>
              <w:rPr>
                <w:rFonts w:ascii="新細明體" w:hAnsi="新細明體" w:hint="eastAsia"/>
              </w:rPr>
              <w:t>18</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新細明體" w:hAnsi="新細明體" w:cs="新細明體" w:hint="eastAsia"/>
                <w:color w:val="000000"/>
                <w:sz w:val="17"/>
              </w:rPr>
              <w:t>我能有效傳達資訊，促進團隊間的理解與共識。</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single" w:sz="2" w:space="0" w:color="000000"/>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c>
          <w:tcPr>
            <w:tcW w:w="0" w:type="auto"/>
            <w:tcBorders>
              <w:top w:val="single" w:sz="2" w:space="0" w:color="000000"/>
              <w:left w:val="nil"/>
              <w:bottom w:val="single" w:sz="2" w:space="0" w:color="000000"/>
              <w:right w:val="nil"/>
            </w:tcBorders>
            <w:hideMark/>
          </w:tcPr>
          <w:p w:rsidR="001703D4" w:rsidRDefault="001703D4">
            <w:pPr>
              <w:spacing w:line="360" w:lineRule="auto"/>
              <w:rPr>
                <w:rFonts w:eastAsia="Calibri"/>
              </w:rPr>
            </w:pPr>
            <w:r>
              <w:rPr>
                <w:rFonts w:ascii="Segoe UI Symbol" w:eastAsia="inter" w:hAnsi="Segoe UI Symbol" w:cs="Segoe UI Symbol"/>
                <w:color w:val="000000"/>
                <w:sz w:val="17"/>
              </w:rPr>
              <w:t>☐</w:t>
            </w:r>
          </w:p>
        </w:tc>
      </w:tr>
    </w:tbl>
    <w:p w:rsidR="000901E4" w:rsidRDefault="000901E4"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342FC9" w:rsidRDefault="00342FC9" w:rsidP="0035648C">
      <w:pPr>
        <w:pStyle w:val="Default"/>
        <w:rPr>
          <w:sz w:val="23"/>
          <w:szCs w:val="23"/>
          <w:lang w:eastAsia="zh-TW"/>
        </w:rPr>
      </w:pPr>
    </w:p>
    <w:p w:rsidR="000901E4" w:rsidRDefault="000901E4" w:rsidP="0035648C">
      <w:pPr>
        <w:pStyle w:val="Default"/>
        <w:rPr>
          <w:sz w:val="23"/>
          <w:szCs w:val="23"/>
          <w:lang w:eastAsia="zh-TW"/>
        </w:rPr>
      </w:pPr>
    </w:p>
    <w:p w:rsidR="00BA5DBF" w:rsidRPr="00342FC9" w:rsidRDefault="00BA5DBF" w:rsidP="0035648C">
      <w:pPr>
        <w:pStyle w:val="Default"/>
      </w:pPr>
      <w:r w:rsidRPr="00342FC9">
        <w:rPr>
          <w:rFonts w:hint="eastAsia"/>
        </w:rPr>
        <w:lastRenderedPageBreak/>
        <w:t>附錄二</w:t>
      </w:r>
    </w:p>
    <w:p w:rsidR="00BA5DBF" w:rsidRDefault="00BA5DBF" w:rsidP="00FA3628">
      <w:pPr>
        <w:pStyle w:val="Default"/>
        <w:jc w:val="center"/>
        <w:rPr>
          <w:sz w:val="32"/>
          <w:szCs w:val="32"/>
          <w:lang w:eastAsia="zh-TW"/>
        </w:rPr>
      </w:pPr>
      <w:r>
        <w:rPr>
          <w:rFonts w:hint="eastAsia"/>
          <w:sz w:val="32"/>
          <w:szCs w:val="32"/>
          <w:lang w:eastAsia="zh-TW"/>
        </w:rPr>
        <w:t>護理專題創新實作課程</w:t>
      </w:r>
      <w:r>
        <w:rPr>
          <w:sz w:val="32"/>
          <w:szCs w:val="32"/>
          <w:lang w:eastAsia="zh-TW"/>
        </w:rPr>
        <w:t xml:space="preserve"> </w:t>
      </w:r>
      <w:r>
        <w:rPr>
          <w:rFonts w:hint="eastAsia"/>
          <w:sz w:val="32"/>
          <w:szCs w:val="32"/>
          <w:lang w:eastAsia="zh-TW"/>
        </w:rPr>
        <w:t>課後學習成效問卷</w:t>
      </w:r>
    </w:p>
    <w:p w:rsidR="001703D4" w:rsidRDefault="00216BA9" w:rsidP="00216BA9">
      <w:pPr>
        <w:rPr>
          <w:rFonts w:ascii="Times New Roman" w:eastAsia="新細明體" w:hAnsi="Times New Roman"/>
          <w:sz w:val="24"/>
          <w:lang w:eastAsia="zh-TW"/>
        </w:rPr>
      </w:pPr>
      <w:r w:rsidRPr="00216BA9">
        <w:rPr>
          <w:rFonts w:ascii="Times New Roman" w:eastAsia="新細明體" w:hAnsi="Times New Roman"/>
          <w:noProof/>
          <w:sz w:val="24"/>
          <w:lang w:eastAsia="zh-TW"/>
        </w:rPr>
        <w:drawing>
          <wp:inline distT="0" distB="0" distL="0" distR="0" wp14:anchorId="7B868F19" wp14:editId="742CAADD">
            <wp:extent cx="5486400" cy="3560445"/>
            <wp:effectExtent l="0" t="0" r="0" b="19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3560445"/>
                    </a:xfrm>
                    <a:prstGeom prst="rect">
                      <a:avLst/>
                    </a:prstGeom>
                  </pic:spPr>
                </pic:pic>
              </a:graphicData>
            </a:graphic>
          </wp:inline>
        </w:drawing>
      </w:r>
    </w:p>
    <w:sectPr w:rsidR="001703D4" w:rsidSect="00034616">
      <w:footerReference w:type="defaul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1DE" w:rsidRDefault="00DE51DE" w:rsidP="004649EB">
      <w:pPr>
        <w:spacing w:after="0" w:line="240" w:lineRule="auto"/>
      </w:pPr>
      <w:r>
        <w:separator/>
      </w:r>
    </w:p>
  </w:endnote>
  <w:endnote w:type="continuationSeparator" w:id="0">
    <w:p w:rsidR="00DE51DE" w:rsidRDefault="00DE51DE" w:rsidP="0046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標楷體">
    <w:altName w:val="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inte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424134"/>
      <w:docPartObj>
        <w:docPartGallery w:val="Page Numbers (Bottom of Page)"/>
        <w:docPartUnique/>
      </w:docPartObj>
    </w:sdtPr>
    <w:sdtContent>
      <w:p w:rsidR="00025081" w:rsidRDefault="00025081">
        <w:pPr>
          <w:pStyle w:val="a7"/>
          <w:jc w:val="right"/>
        </w:pPr>
        <w:r>
          <w:fldChar w:fldCharType="begin"/>
        </w:r>
        <w:r>
          <w:instrText>PAGE   \* MERGEFORMAT</w:instrText>
        </w:r>
        <w:r>
          <w:fldChar w:fldCharType="separate"/>
        </w:r>
        <w:r w:rsidR="00961877" w:rsidRPr="00961877">
          <w:rPr>
            <w:noProof/>
            <w:lang w:val="zh-TW" w:eastAsia="zh-TW"/>
          </w:rPr>
          <w:t>2</w:t>
        </w:r>
        <w:r>
          <w:fldChar w:fldCharType="end"/>
        </w:r>
      </w:p>
    </w:sdtContent>
  </w:sdt>
  <w:p w:rsidR="00025081" w:rsidRDefault="0002508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1DE" w:rsidRDefault="00DE51DE" w:rsidP="004649EB">
      <w:pPr>
        <w:spacing w:after="0" w:line="240" w:lineRule="auto"/>
      </w:pPr>
      <w:r>
        <w:separator/>
      </w:r>
    </w:p>
  </w:footnote>
  <w:footnote w:type="continuationSeparator" w:id="0">
    <w:p w:rsidR="00DE51DE" w:rsidRDefault="00DE51DE" w:rsidP="00464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57A3DCB"/>
    <w:multiLevelType w:val="hybridMultilevel"/>
    <w:tmpl w:val="D6DEAB1C"/>
    <w:lvl w:ilvl="0" w:tplc="7C24D6C4">
      <w:start w:val="1"/>
      <w:numFmt w:val="taiwaneseCountingThousand"/>
      <w:lvlText w:val="（%1）"/>
      <w:lvlJc w:val="left"/>
      <w:pPr>
        <w:ind w:left="720" w:hanging="72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BF1456"/>
    <w:multiLevelType w:val="hybridMultilevel"/>
    <w:tmpl w:val="C7909602"/>
    <w:lvl w:ilvl="0" w:tplc="6AEC3C68">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FFE4184"/>
    <w:multiLevelType w:val="hybridMultilevel"/>
    <w:tmpl w:val="4FAA9DF0"/>
    <w:lvl w:ilvl="0" w:tplc="1F8CA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HK" w:vendorID="64" w:dllVersion="131077" w:nlCheck="1" w:checkStyle="1"/>
  <w:activeWritingStyle w:appName="MSWord" w:lang="zh-TW" w:vendorID="64" w:dllVersion="131077"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7510"/>
    <w:rsid w:val="000109C6"/>
    <w:rsid w:val="00025081"/>
    <w:rsid w:val="00032FD4"/>
    <w:rsid w:val="00034616"/>
    <w:rsid w:val="00037130"/>
    <w:rsid w:val="0006063C"/>
    <w:rsid w:val="00062D69"/>
    <w:rsid w:val="00064C3B"/>
    <w:rsid w:val="000654E9"/>
    <w:rsid w:val="0007028F"/>
    <w:rsid w:val="0008535A"/>
    <w:rsid w:val="000901E4"/>
    <w:rsid w:val="00092230"/>
    <w:rsid w:val="000947D9"/>
    <w:rsid w:val="00096401"/>
    <w:rsid w:val="000B3886"/>
    <w:rsid w:val="000C3EFF"/>
    <w:rsid w:val="000C4BF0"/>
    <w:rsid w:val="000E61D3"/>
    <w:rsid w:val="000F4779"/>
    <w:rsid w:val="00101EDD"/>
    <w:rsid w:val="001057CD"/>
    <w:rsid w:val="001058B4"/>
    <w:rsid w:val="00106707"/>
    <w:rsid w:val="00106AF4"/>
    <w:rsid w:val="00126894"/>
    <w:rsid w:val="00134547"/>
    <w:rsid w:val="0014022A"/>
    <w:rsid w:val="0014414B"/>
    <w:rsid w:val="001457D2"/>
    <w:rsid w:val="00147618"/>
    <w:rsid w:val="0015074B"/>
    <w:rsid w:val="00164AA2"/>
    <w:rsid w:val="00166D3A"/>
    <w:rsid w:val="001703D4"/>
    <w:rsid w:val="001716E2"/>
    <w:rsid w:val="00172A70"/>
    <w:rsid w:val="00173004"/>
    <w:rsid w:val="00182B57"/>
    <w:rsid w:val="001839B5"/>
    <w:rsid w:val="00187505"/>
    <w:rsid w:val="00187795"/>
    <w:rsid w:val="001929D5"/>
    <w:rsid w:val="001A67F4"/>
    <w:rsid w:val="001B38E6"/>
    <w:rsid w:val="001B4919"/>
    <w:rsid w:val="001C6C48"/>
    <w:rsid w:val="001E0BA7"/>
    <w:rsid w:val="001E381F"/>
    <w:rsid w:val="001F25DE"/>
    <w:rsid w:val="002048E9"/>
    <w:rsid w:val="00205DAC"/>
    <w:rsid w:val="00212C44"/>
    <w:rsid w:val="00216BA9"/>
    <w:rsid w:val="00224F65"/>
    <w:rsid w:val="00226918"/>
    <w:rsid w:val="00245B9F"/>
    <w:rsid w:val="00252D46"/>
    <w:rsid w:val="0025493E"/>
    <w:rsid w:val="002600AF"/>
    <w:rsid w:val="002721A4"/>
    <w:rsid w:val="00272B20"/>
    <w:rsid w:val="002755E5"/>
    <w:rsid w:val="002779C4"/>
    <w:rsid w:val="0028435C"/>
    <w:rsid w:val="00292BCF"/>
    <w:rsid w:val="00294DD4"/>
    <w:rsid w:val="00295AAF"/>
    <w:rsid w:val="0029639D"/>
    <w:rsid w:val="002A0F3E"/>
    <w:rsid w:val="002A2F5E"/>
    <w:rsid w:val="002A6144"/>
    <w:rsid w:val="002C399D"/>
    <w:rsid w:val="002C50B3"/>
    <w:rsid w:val="002D1215"/>
    <w:rsid w:val="002E1B1F"/>
    <w:rsid w:val="002E7BD8"/>
    <w:rsid w:val="002F100F"/>
    <w:rsid w:val="002F10C7"/>
    <w:rsid w:val="002F1F66"/>
    <w:rsid w:val="002F4263"/>
    <w:rsid w:val="00300BB8"/>
    <w:rsid w:val="00312C9F"/>
    <w:rsid w:val="00320125"/>
    <w:rsid w:val="00320759"/>
    <w:rsid w:val="0032561A"/>
    <w:rsid w:val="00326F90"/>
    <w:rsid w:val="0032797F"/>
    <w:rsid w:val="00333255"/>
    <w:rsid w:val="00334554"/>
    <w:rsid w:val="00342FC9"/>
    <w:rsid w:val="003449BD"/>
    <w:rsid w:val="00352355"/>
    <w:rsid w:val="0035648C"/>
    <w:rsid w:val="003638FA"/>
    <w:rsid w:val="0037103A"/>
    <w:rsid w:val="003825E5"/>
    <w:rsid w:val="003A1A75"/>
    <w:rsid w:val="003A1AC0"/>
    <w:rsid w:val="003A4545"/>
    <w:rsid w:val="003B2D9E"/>
    <w:rsid w:val="003B5331"/>
    <w:rsid w:val="003B58FD"/>
    <w:rsid w:val="003B7A96"/>
    <w:rsid w:val="003D36A6"/>
    <w:rsid w:val="003D6B9F"/>
    <w:rsid w:val="003E27DB"/>
    <w:rsid w:val="003E3FCC"/>
    <w:rsid w:val="0040154A"/>
    <w:rsid w:val="00406A28"/>
    <w:rsid w:val="0041077D"/>
    <w:rsid w:val="00410A25"/>
    <w:rsid w:val="004243BD"/>
    <w:rsid w:val="0043321D"/>
    <w:rsid w:val="00440A29"/>
    <w:rsid w:val="0044204C"/>
    <w:rsid w:val="00444062"/>
    <w:rsid w:val="0044609C"/>
    <w:rsid w:val="00452AA5"/>
    <w:rsid w:val="0046193E"/>
    <w:rsid w:val="00462317"/>
    <w:rsid w:val="004649EB"/>
    <w:rsid w:val="004656CB"/>
    <w:rsid w:val="0048152F"/>
    <w:rsid w:val="004A0C96"/>
    <w:rsid w:val="004B5152"/>
    <w:rsid w:val="004C09A0"/>
    <w:rsid w:val="004E13C2"/>
    <w:rsid w:val="004E55C3"/>
    <w:rsid w:val="00510A93"/>
    <w:rsid w:val="005164B0"/>
    <w:rsid w:val="005173EC"/>
    <w:rsid w:val="00525FD5"/>
    <w:rsid w:val="00545EF0"/>
    <w:rsid w:val="0054614F"/>
    <w:rsid w:val="0054654C"/>
    <w:rsid w:val="00546A85"/>
    <w:rsid w:val="00555D67"/>
    <w:rsid w:val="005809CC"/>
    <w:rsid w:val="00591497"/>
    <w:rsid w:val="00595BB6"/>
    <w:rsid w:val="005A51B4"/>
    <w:rsid w:val="005B7DAD"/>
    <w:rsid w:val="005D59B9"/>
    <w:rsid w:val="005D7B63"/>
    <w:rsid w:val="005F74AC"/>
    <w:rsid w:val="00600DF8"/>
    <w:rsid w:val="0060132B"/>
    <w:rsid w:val="0060709F"/>
    <w:rsid w:val="006107D0"/>
    <w:rsid w:val="0061122C"/>
    <w:rsid w:val="00615E54"/>
    <w:rsid w:val="00620A75"/>
    <w:rsid w:val="006378B7"/>
    <w:rsid w:val="00656960"/>
    <w:rsid w:val="006615FB"/>
    <w:rsid w:val="00662671"/>
    <w:rsid w:val="00666D82"/>
    <w:rsid w:val="00675839"/>
    <w:rsid w:val="006859EF"/>
    <w:rsid w:val="0069010C"/>
    <w:rsid w:val="0069211F"/>
    <w:rsid w:val="00692864"/>
    <w:rsid w:val="006966F4"/>
    <w:rsid w:val="006A2225"/>
    <w:rsid w:val="006A546D"/>
    <w:rsid w:val="006D031F"/>
    <w:rsid w:val="006E2DF9"/>
    <w:rsid w:val="006E7C56"/>
    <w:rsid w:val="006F5D52"/>
    <w:rsid w:val="00702720"/>
    <w:rsid w:val="0071298F"/>
    <w:rsid w:val="00737B1E"/>
    <w:rsid w:val="00742140"/>
    <w:rsid w:val="0075653B"/>
    <w:rsid w:val="00761445"/>
    <w:rsid w:val="0077724E"/>
    <w:rsid w:val="00784D8D"/>
    <w:rsid w:val="007865F3"/>
    <w:rsid w:val="0079030B"/>
    <w:rsid w:val="00790382"/>
    <w:rsid w:val="007976A1"/>
    <w:rsid w:val="007F0714"/>
    <w:rsid w:val="007F79F1"/>
    <w:rsid w:val="00800DAB"/>
    <w:rsid w:val="00805E0E"/>
    <w:rsid w:val="00807B7D"/>
    <w:rsid w:val="00815E78"/>
    <w:rsid w:val="00823EFF"/>
    <w:rsid w:val="00826E80"/>
    <w:rsid w:val="008276D8"/>
    <w:rsid w:val="008327EF"/>
    <w:rsid w:val="00832884"/>
    <w:rsid w:val="008422C6"/>
    <w:rsid w:val="008753C9"/>
    <w:rsid w:val="0088264F"/>
    <w:rsid w:val="00891CAB"/>
    <w:rsid w:val="00893295"/>
    <w:rsid w:val="008A0494"/>
    <w:rsid w:val="008A0B47"/>
    <w:rsid w:val="008A1B54"/>
    <w:rsid w:val="008A35D7"/>
    <w:rsid w:val="008A79A1"/>
    <w:rsid w:val="008B0B85"/>
    <w:rsid w:val="008B7D2D"/>
    <w:rsid w:val="008C741B"/>
    <w:rsid w:val="008E18F5"/>
    <w:rsid w:val="008E3358"/>
    <w:rsid w:val="008F03C8"/>
    <w:rsid w:val="008F1B46"/>
    <w:rsid w:val="008F4D2B"/>
    <w:rsid w:val="00900085"/>
    <w:rsid w:val="00905CB8"/>
    <w:rsid w:val="00907F77"/>
    <w:rsid w:val="00917289"/>
    <w:rsid w:val="00930034"/>
    <w:rsid w:val="00940F80"/>
    <w:rsid w:val="00941516"/>
    <w:rsid w:val="0096040B"/>
    <w:rsid w:val="009613CD"/>
    <w:rsid w:val="00961877"/>
    <w:rsid w:val="009678F2"/>
    <w:rsid w:val="009736CF"/>
    <w:rsid w:val="0097770C"/>
    <w:rsid w:val="0099106A"/>
    <w:rsid w:val="00995151"/>
    <w:rsid w:val="009961B5"/>
    <w:rsid w:val="009B3DC4"/>
    <w:rsid w:val="009C6C45"/>
    <w:rsid w:val="009D1B2D"/>
    <w:rsid w:val="009D2363"/>
    <w:rsid w:val="009D5208"/>
    <w:rsid w:val="009D6156"/>
    <w:rsid w:val="009E53C9"/>
    <w:rsid w:val="009F2184"/>
    <w:rsid w:val="009F29FE"/>
    <w:rsid w:val="00A049EF"/>
    <w:rsid w:val="00A05FB9"/>
    <w:rsid w:val="00A10A9F"/>
    <w:rsid w:val="00A15718"/>
    <w:rsid w:val="00A16AA3"/>
    <w:rsid w:val="00A2003A"/>
    <w:rsid w:val="00A225AC"/>
    <w:rsid w:val="00A271AA"/>
    <w:rsid w:val="00A27EE6"/>
    <w:rsid w:val="00A30047"/>
    <w:rsid w:val="00A32618"/>
    <w:rsid w:val="00A357DE"/>
    <w:rsid w:val="00A417A6"/>
    <w:rsid w:val="00A509AE"/>
    <w:rsid w:val="00A622DC"/>
    <w:rsid w:val="00A7552B"/>
    <w:rsid w:val="00AA01D1"/>
    <w:rsid w:val="00AA1D8D"/>
    <w:rsid w:val="00AA6950"/>
    <w:rsid w:val="00AB170E"/>
    <w:rsid w:val="00AC590E"/>
    <w:rsid w:val="00AC622E"/>
    <w:rsid w:val="00AD3DF8"/>
    <w:rsid w:val="00AE56AD"/>
    <w:rsid w:val="00AF0749"/>
    <w:rsid w:val="00AF3BBC"/>
    <w:rsid w:val="00AF6FD7"/>
    <w:rsid w:val="00B00D48"/>
    <w:rsid w:val="00B01735"/>
    <w:rsid w:val="00B020CF"/>
    <w:rsid w:val="00B07C75"/>
    <w:rsid w:val="00B27CC1"/>
    <w:rsid w:val="00B35A0A"/>
    <w:rsid w:val="00B47671"/>
    <w:rsid w:val="00B47730"/>
    <w:rsid w:val="00B5319B"/>
    <w:rsid w:val="00B541BC"/>
    <w:rsid w:val="00B5775B"/>
    <w:rsid w:val="00B71BEE"/>
    <w:rsid w:val="00B77214"/>
    <w:rsid w:val="00B816C2"/>
    <w:rsid w:val="00B8650E"/>
    <w:rsid w:val="00B9408B"/>
    <w:rsid w:val="00B962A5"/>
    <w:rsid w:val="00BA4DEE"/>
    <w:rsid w:val="00BA5DBF"/>
    <w:rsid w:val="00BB3855"/>
    <w:rsid w:val="00BC3E13"/>
    <w:rsid w:val="00BC41FB"/>
    <w:rsid w:val="00BD12A9"/>
    <w:rsid w:val="00BD1E01"/>
    <w:rsid w:val="00BD2213"/>
    <w:rsid w:val="00BE201F"/>
    <w:rsid w:val="00BE749B"/>
    <w:rsid w:val="00BF2E70"/>
    <w:rsid w:val="00BF401B"/>
    <w:rsid w:val="00BF65FD"/>
    <w:rsid w:val="00C05C8F"/>
    <w:rsid w:val="00C06CC6"/>
    <w:rsid w:val="00C07A09"/>
    <w:rsid w:val="00C1241A"/>
    <w:rsid w:val="00C24583"/>
    <w:rsid w:val="00C25E51"/>
    <w:rsid w:val="00C33F0E"/>
    <w:rsid w:val="00C37C6D"/>
    <w:rsid w:val="00C467B5"/>
    <w:rsid w:val="00C5138A"/>
    <w:rsid w:val="00C53AE8"/>
    <w:rsid w:val="00C545F4"/>
    <w:rsid w:val="00C70EDB"/>
    <w:rsid w:val="00C73368"/>
    <w:rsid w:val="00C900A9"/>
    <w:rsid w:val="00CA34E1"/>
    <w:rsid w:val="00CA7943"/>
    <w:rsid w:val="00CB0664"/>
    <w:rsid w:val="00CC715A"/>
    <w:rsid w:val="00CE486C"/>
    <w:rsid w:val="00CE6144"/>
    <w:rsid w:val="00CF294E"/>
    <w:rsid w:val="00CF4134"/>
    <w:rsid w:val="00CF5CC8"/>
    <w:rsid w:val="00CF6056"/>
    <w:rsid w:val="00CF7BE4"/>
    <w:rsid w:val="00D00A3B"/>
    <w:rsid w:val="00D1479A"/>
    <w:rsid w:val="00D24410"/>
    <w:rsid w:val="00D36CB2"/>
    <w:rsid w:val="00D410CD"/>
    <w:rsid w:val="00D53D1D"/>
    <w:rsid w:val="00D5736E"/>
    <w:rsid w:val="00D64AA4"/>
    <w:rsid w:val="00D7498F"/>
    <w:rsid w:val="00D81CD5"/>
    <w:rsid w:val="00D948B5"/>
    <w:rsid w:val="00DA2527"/>
    <w:rsid w:val="00DA45A8"/>
    <w:rsid w:val="00DB583E"/>
    <w:rsid w:val="00DC6713"/>
    <w:rsid w:val="00DD6527"/>
    <w:rsid w:val="00DE30FC"/>
    <w:rsid w:val="00DE51DE"/>
    <w:rsid w:val="00DE58B3"/>
    <w:rsid w:val="00DF3985"/>
    <w:rsid w:val="00E0011B"/>
    <w:rsid w:val="00E11F48"/>
    <w:rsid w:val="00E12895"/>
    <w:rsid w:val="00E20E0D"/>
    <w:rsid w:val="00E22F80"/>
    <w:rsid w:val="00E3188A"/>
    <w:rsid w:val="00E3354C"/>
    <w:rsid w:val="00E44335"/>
    <w:rsid w:val="00E45E79"/>
    <w:rsid w:val="00E515BE"/>
    <w:rsid w:val="00E67E0C"/>
    <w:rsid w:val="00E9337E"/>
    <w:rsid w:val="00EA29D3"/>
    <w:rsid w:val="00EB2142"/>
    <w:rsid w:val="00EB4396"/>
    <w:rsid w:val="00EC6CC8"/>
    <w:rsid w:val="00ED365C"/>
    <w:rsid w:val="00EE177C"/>
    <w:rsid w:val="00EF1FC5"/>
    <w:rsid w:val="00F04D66"/>
    <w:rsid w:val="00F053EA"/>
    <w:rsid w:val="00F106FB"/>
    <w:rsid w:val="00F1397E"/>
    <w:rsid w:val="00F171C2"/>
    <w:rsid w:val="00F23AC3"/>
    <w:rsid w:val="00F34A1A"/>
    <w:rsid w:val="00F405DF"/>
    <w:rsid w:val="00F5292D"/>
    <w:rsid w:val="00F54069"/>
    <w:rsid w:val="00F61650"/>
    <w:rsid w:val="00F661FB"/>
    <w:rsid w:val="00F73145"/>
    <w:rsid w:val="00F76579"/>
    <w:rsid w:val="00F7737F"/>
    <w:rsid w:val="00F82963"/>
    <w:rsid w:val="00F8709C"/>
    <w:rsid w:val="00F955BB"/>
    <w:rsid w:val="00F97B50"/>
    <w:rsid w:val="00FA3628"/>
    <w:rsid w:val="00FC4E4E"/>
    <w:rsid w:val="00FC693F"/>
    <w:rsid w:val="00FC7F58"/>
    <w:rsid w:val="00FD0C9D"/>
    <w:rsid w:val="00FF1FA1"/>
    <w:rsid w:val="00FF658C"/>
    <w:rsid w:val="00FF6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16F6A6"/>
  <w14:defaultImageDpi w14:val="300"/>
  <w15:docId w15:val="{D5AE1C1D-07C7-4776-808A-704B4340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5653B"/>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Balloon Text"/>
    <w:basedOn w:val="a1"/>
    <w:link w:val="affb"/>
    <w:uiPriority w:val="99"/>
    <w:semiHidden/>
    <w:unhideWhenUsed/>
    <w:rsid w:val="001A67F4"/>
    <w:pPr>
      <w:spacing w:after="0" w:line="240" w:lineRule="auto"/>
    </w:pPr>
    <w:rPr>
      <w:rFonts w:asciiTheme="majorHAnsi" w:eastAsiaTheme="majorEastAsia" w:hAnsiTheme="majorHAnsi" w:cstheme="majorBidi"/>
      <w:sz w:val="18"/>
      <w:szCs w:val="18"/>
    </w:rPr>
  </w:style>
  <w:style w:type="character" w:customStyle="1" w:styleId="affb">
    <w:name w:val="註解方塊文字 字元"/>
    <w:basedOn w:val="a2"/>
    <w:link w:val="affa"/>
    <w:uiPriority w:val="99"/>
    <w:semiHidden/>
    <w:rsid w:val="001A67F4"/>
    <w:rPr>
      <w:rFonts w:asciiTheme="majorHAnsi" w:eastAsiaTheme="majorEastAsia" w:hAnsiTheme="majorHAnsi" w:cstheme="majorBidi"/>
      <w:sz w:val="18"/>
      <w:szCs w:val="18"/>
    </w:rPr>
  </w:style>
  <w:style w:type="paragraph" w:customStyle="1" w:styleId="Default">
    <w:name w:val="Default"/>
    <w:rsid w:val="00CF4134"/>
    <w:pPr>
      <w:widowControl w:val="0"/>
      <w:autoSpaceDE w:val="0"/>
      <w:autoSpaceDN w:val="0"/>
      <w:adjustRightInd w:val="0"/>
      <w:spacing w:after="0" w:line="240" w:lineRule="auto"/>
    </w:pPr>
    <w:rPr>
      <w:rFonts w:ascii="標楷體" w:eastAsia="標楷體" w:cs="標楷體"/>
      <w:color w:val="000000"/>
      <w:sz w:val="24"/>
      <w:szCs w:val="24"/>
    </w:rPr>
  </w:style>
  <w:style w:type="table" w:customStyle="1" w:styleId="NormalGrid">
    <w:name w:val="Normal Grid"/>
    <w:basedOn w:val="a3"/>
    <w:uiPriority w:val="39"/>
    <w:rsid w:val="001703D4"/>
    <w:pPr>
      <w:spacing w:after="0" w:line="240" w:lineRule="auto"/>
    </w:pPr>
    <w:rPr>
      <w:rFonts w:ascii="Georgia" w:eastAsia="新細明體" w:hAnsi="Calibri" w:cs="Times New Roman"/>
      <w:sz w:val="21"/>
      <w:lang w:val="zh-CN" w:eastAsia="zh-CN"/>
    </w:rPr>
    <w:tblPr>
      <w:tblCellMar>
        <w:top w:w="80" w:type="dxa"/>
        <w:left w:w="160" w:type="dxa"/>
        <w:bottom w:w="80" w:type="dxa"/>
        <w:right w:w="160" w:type="dxa"/>
      </w:tblCellMar>
    </w:tblPr>
  </w:style>
  <w:style w:type="paragraph" w:styleId="2a">
    <w:name w:val="toc 2"/>
    <w:basedOn w:val="a1"/>
    <w:next w:val="a1"/>
    <w:autoRedefine/>
    <w:uiPriority w:val="39"/>
    <w:unhideWhenUsed/>
    <w:qFormat/>
    <w:rsid w:val="0048152F"/>
    <w:pPr>
      <w:spacing w:after="100"/>
      <w:ind w:left="220"/>
    </w:pPr>
    <w:rPr>
      <w:lang w:eastAsia="zh-TW"/>
    </w:rPr>
  </w:style>
  <w:style w:type="paragraph" w:styleId="14">
    <w:name w:val="toc 1"/>
    <w:basedOn w:val="a1"/>
    <w:next w:val="a1"/>
    <w:autoRedefine/>
    <w:uiPriority w:val="39"/>
    <w:unhideWhenUsed/>
    <w:qFormat/>
    <w:rsid w:val="0048152F"/>
    <w:pPr>
      <w:spacing w:after="100"/>
    </w:pPr>
    <w:rPr>
      <w:lang w:eastAsia="zh-TW"/>
    </w:rPr>
  </w:style>
  <w:style w:type="paragraph" w:styleId="38">
    <w:name w:val="toc 3"/>
    <w:basedOn w:val="a1"/>
    <w:next w:val="a1"/>
    <w:autoRedefine/>
    <w:uiPriority w:val="39"/>
    <w:semiHidden/>
    <w:unhideWhenUsed/>
    <w:qFormat/>
    <w:rsid w:val="0048152F"/>
    <w:pPr>
      <w:spacing w:after="100"/>
      <w:ind w:left="440"/>
    </w:pPr>
    <w:rPr>
      <w:lang w:eastAsia="zh-TW"/>
    </w:rPr>
  </w:style>
  <w:style w:type="character" w:styleId="affc">
    <w:name w:val="Hyperlink"/>
    <w:basedOn w:val="a2"/>
    <w:uiPriority w:val="99"/>
    <w:unhideWhenUsed/>
    <w:rsid w:val="004815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3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2C8DD-B94E-4295-8FB1-698DC130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CNPC</Company>
  <LinksUpToDate>false</LinksUpToDate>
  <CharactersWithSpaces>14564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2</cp:revision>
  <cp:lastPrinted>2026-07-06T00:31:00Z</cp:lastPrinted>
  <dcterms:created xsi:type="dcterms:W3CDTF">2026-07-08T04:02:00Z</dcterms:created>
  <dcterms:modified xsi:type="dcterms:W3CDTF">2026-07-08T04:02:00Z</dcterms:modified>
</cp:coreProperties>
</file>